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" w:hAnsi="Aptos"/>
          <w:b/>
          <w:color w:val="14283D"/>
          <w:sz w:val="48"/>
        </w:rPr>
        <w:t>ESP32: SETUP + FIRST BLINK</w:t>
      </w:r>
    </w:p>
    <w:p>
      <w:pPr>
        <w:spacing w:after="100"/>
      </w:pPr>
      <w:r>
        <w:rPr>
          <w:rFonts w:ascii="Aptos" w:hAnsi="Aptos"/>
          <w:b/>
          <w:color w:val="1AAFC1"/>
          <w:sz w:val="22"/>
        </w:rPr>
        <w:t>GRADE 10 DESIGN • HARDWARE LAB 01</w:t>
      </w:r>
    </w:p>
    <w:p>
      <w:pPr>
        <w:spacing w:after="120"/>
      </w:pPr>
      <w:r>
        <w:rPr>
          <w:rFonts w:ascii="Aptos" w:hAnsi="Aptos"/>
          <w:b w:val="0"/>
          <w:color w:val="20262B"/>
          <w:sz w:val="20"/>
        </w:rPr>
        <w:t>MISSION: Get your Windows computer talking to the ESP32, prove your code is running, then control a real LED.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shd w:fill="2878C8"/>
            <w:tcBorders>
              <w:top w:val="single" w:sz="4" w:color="2878C8"/>
              <w:left w:val="single" w:sz="4" w:color="2878C8"/>
              <w:bottom w:val="single" w:sz="4" w:color="2878C8"/>
              <w:right w:val="single" w:sz="4" w:color="2878C8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✓ IDE READY</w:t>
            </w:r>
          </w:p>
        </w:tc>
        <w:tc>
          <w:tcPr>
            <w:tcW w:type="dxa" w:w="2700"/>
            <w:shd w:fill="1AAFC1"/>
            <w:tcBorders>
              <w:top w:val="single" w:sz="4" w:color="1AAFC1"/>
              <w:left w:val="single" w:sz="4" w:color="1AAFC1"/>
              <w:bottom w:val="single" w:sz="4" w:color="1AAFC1"/>
              <w:right w:val="single" w:sz="4" w:color="1AAFC1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✓ BOARD FOUND</w:t>
            </w:r>
          </w:p>
        </w:tc>
        <w:tc>
          <w:tcPr>
            <w:tcW w:type="dxa" w:w="2700"/>
            <w:shd w:fill="54AE63"/>
            <w:tcBorders>
              <w:top w:val="single" w:sz="4" w:color="54AE63"/>
              <w:left w:val="single" w:sz="4" w:color="54AE63"/>
              <w:bottom w:val="single" w:sz="4" w:color="54AE63"/>
              <w:right w:val="single" w:sz="4" w:color="54AE63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✓ SERIAL WORKS</w:t>
            </w:r>
          </w:p>
        </w:tc>
        <w:tc>
          <w:tcPr>
            <w:tcW w:type="dxa" w:w="2700"/>
            <w:shd w:fill="F28B39"/>
            <w:tcBorders>
              <w:top w:val="single" w:sz="4" w:color="F28B39"/>
              <w:left w:val="single" w:sz="4" w:color="F28B39"/>
              <w:bottom w:val="single" w:sz="4" w:color="F28B39"/>
              <w:right w:val="single" w:sz="4" w:color="F28B3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✓ LED BLINKS</w:t>
            </w:r>
          </w:p>
        </w:tc>
      </w:tr>
    </w:tbl>
    <w:p>
      <w:pPr>
        <w:spacing w:after="140"/>
      </w:pPr>
      <w:r>
        <w:rPr>
          <w:rFonts w:ascii="Aptos" w:hAnsi="Aptos"/>
          <w:b/>
          <w:color w:val="E85A5A"/>
          <w:sz w:val="18"/>
        </w:rPr>
        <w:t>LAB RULE: USB power only today. Do not connect batteries, motors, relays, or unknown voltages. ESP32 GPIO uses 3.3 V logic.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2878C8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1</w:t>
            </w:r>
          </w:p>
        </w:tc>
        <w:tc>
          <w:tcPr>
            <w:tcW w:type="dxa" w:w="5400"/>
            <w:shd w:fill="14283D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r>
              <w:rPr>
                <w:b/>
                <w:color w:val="FFFFFF"/>
                <w:sz w:val="26"/>
              </w:rPr>
              <w:t>SET UP ARDUINO IDE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864"/>
      </w:tblGrid>
      <w:tr>
        <w:tc>
          <w:tcPr>
            <w:tcW w:type="dxa" w:w="5400"/>
            <w:shd w:fill="2878C8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color w:val="20262B"/>
                <w:sz w:val="18"/>
              </w:rPr>
              <w:t>Open Arduino IDE 2.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864"/>
      </w:tblGrid>
      <w:tr>
        <w:tc>
          <w:tcPr>
            <w:tcW w:type="dxa" w:w="5400"/>
            <w:shd w:fill="2878C8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color w:val="20262B"/>
                <w:sz w:val="18"/>
              </w:rPr>
              <w:t>File → Preferences → Additional Boards Manager URLs.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864"/>
      </w:tblGrid>
      <w:tr>
        <w:tc>
          <w:tcPr>
            <w:tcW w:type="dxa" w:w="5400"/>
            <w:shd w:fill="2878C8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color w:val="20262B"/>
                <w:sz w:val="18"/>
              </w:rPr>
              <w:t>Paste the URL below and click OK.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252B31"/>
            <w:tcBorders>
              <w:top w:val="single" w:sz="4" w:color="252B31"/>
              <w:left w:val="single" w:sz="4" w:color="252B31"/>
              <w:bottom w:val="single" w:sz="4" w:color="252B31"/>
              <w:right w:val="single" w:sz="4" w:color="252B31"/>
            </w:tcBorders>
          </w:tcPr>
          <w:p>
            <w:r>
              <w:rPr>
                <w:rFonts w:ascii="Consolas" w:hAnsi="Consolas"/>
                <w:color w:val="F5F7F8"/>
                <w:sz w:val="17"/>
              </w:rPr>
              <w:t>https://espressif.github.io/arduino-esp32/package_esp32_index.json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864"/>
      </w:tblGrid>
      <w:tr>
        <w:tc>
          <w:tcPr>
            <w:tcW w:type="dxa" w:w="5400"/>
            <w:shd w:fill="2878C8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pPr>
              <w:jc w:val="center"/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color w:val="20262B"/>
                <w:sz w:val="18"/>
              </w:rPr>
              <w:t>Tools → Board → Boards Manager → search "esp32".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864"/>
      </w:tblGrid>
      <w:tr>
        <w:tc>
          <w:tcPr>
            <w:tcW w:type="dxa" w:w="5400"/>
            <w:shd w:fill="2878C8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pPr>
              <w:jc w:val="center"/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color w:val="20262B"/>
                <w:sz w:val="18"/>
              </w:rPr>
              <w:t>Install "esp32 by Espressif Systems".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1AAFC1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2</w:t>
            </w:r>
          </w:p>
        </w:tc>
        <w:tc>
          <w:tcPr>
            <w:tcW w:type="dxa" w:w="5400"/>
            <w:shd w:fill="14283D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r>
              <w:rPr>
                <w:b/>
                <w:color w:val="FFFFFF"/>
                <w:sz w:val="26"/>
              </w:rPr>
              <w:t>CONNECT YOUR ESP32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864"/>
      </w:tblGrid>
      <w:tr>
        <w:tc>
          <w:tcPr>
            <w:tcW w:type="dxa" w:w="5400"/>
            <w:shd w:fill="1AAFC1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pPr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color w:val="20262B"/>
                <w:sz w:val="18"/>
              </w:rPr>
              <w:t>Plug the ESP32 into the computer with a USB-C DATA cable.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864"/>
      </w:tblGrid>
      <w:tr>
        <w:tc>
          <w:tcPr>
            <w:tcW w:type="dxa" w:w="5400"/>
            <w:shd w:fill="1AAFC1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pPr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color w:val="20262B"/>
                <w:sz w:val="18"/>
              </w:rPr>
              <w:t>Tools → Board → ESP32 Arduino → ESP32 Dev Module.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864"/>
      </w:tblGrid>
      <w:tr>
        <w:tc>
          <w:tcPr>
            <w:tcW w:type="dxa" w:w="5400"/>
            <w:shd w:fill="1AAFC1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pPr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color w:val="20262B"/>
                <w:sz w:val="18"/>
              </w:rPr>
              <w:t>Tools → Port → select the COM port that appears when your board is plugged in.</w:t>
            </w:r>
          </w:p>
        </w:tc>
      </w:tr>
    </w:tbl>
    <w:p>
      <w:pPr>
        <w:spacing w:after="120"/>
      </w:pPr>
      <w:r>
        <w:rPr>
          <w:rFonts w:ascii="Aptos" w:hAnsi="Aptos"/>
          <w:b/>
          <w:color w:val="2878C8"/>
          <w:sz w:val="18"/>
        </w:rPr>
        <w:t>TIP: unplug the board, check the port list, plug it back in. The new COM port is usually yours.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54AE63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3</w:t>
            </w:r>
          </w:p>
        </w:tc>
        <w:tc>
          <w:tcPr>
            <w:tcW w:type="dxa" w:w="5400"/>
            <w:shd w:fill="14283D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r>
              <w:rPr>
                <w:b/>
                <w:color w:val="FFFFFF"/>
                <w:sz w:val="26"/>
              </w:rPr>
              <w:t>PROVE THE CONNECTION</w:t>
            </w:r>
          </w:p>
        </w:tc>
      </w:tr>
    </w:tbl>
    <w:p>
      <w:pPr>
        <w:spacing w:after="40"/>
      </w:pPr>
      <w:r>
        <w:rPr>
          <w:rFonts w:ascii="Aptos" w:hAnsi="Aptos"/>
          <w:b/>
          <w:color w:val="14283D"/>
          <w:sz w:val="18"/>
        </w:rPr>
        <w:t>Upload this before wiring anything: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252B31"/>
            <w:tcBorders>
              <w:top w:val="single" w:sz="4" w:color="252B31"/>
              <w:left w:val="single" w:sz="4" w:color="252B31"/>
              <w:bottom w:val="single" w:sz="4" w:color="252B31"/>
              <w:right w:val="single" w:sz="4" w:color="252B31"/>
            </w:tcBorders>
          </w:tcPr>
          <w:p>
            <w:r>
              <w:rPr>
                <w:rFonts w:ascii="Consolas" w:hAnsi="Consolas"/>
                <w:color w:val="F5F7F8"/>
                <w:sz w:val="17"/>
              </w:rPr>
              <w:t>void setup() {</w:t>
              <w:br/>
              <w:t xml:space="preserve">  Serial.begin(115200);</w:t>
              <w:br/>
              <w:t>}</w:t>
              <w:br/>
              <w:br/>
              <w:t>void loop() {</w:t>
              <w:br/>
              <w:t xml:space="preserve">  Serial.println("My ESP32 works!");</w:t>
              <w:br/>
              <w:t xml:space="preserve">  delay(1000);</w:t>
              <w:br/>
              <w:t>}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rFonts w:ascii="Aptos" w:hAnsi="Aptos"/>
          <w:b w:val="0"/>
          <w:color w:val="20262B"/>
          <w:sz w:val="18"/>
        </w:rPr>
        <w:t>Open Tools → Serial Monitor and set 115200 baud. You should repeatedly see: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252B31"/>
            <w:tcBorders>
              <w:top w:val="single" w:sz="4" w:color="252B31"/>
              <w:left w:val="single" w:sz="4" w:color="252B31"/>
              <w:bottom w:val="single" w:sz="4" w:color="252B31"/>
              <w:right w:val="single" w:sz="4" w:color="252B31"/>
            </w:tcBorders>
          </w:tcPr>
          <w:p>
            <w:r>
              <w:rPr>
                <w:rFonts w:ascii="Consolas" w:hAnsi="Consolas"/>
                <w:color w:val="F5F7F8"/>
                <w:sz w:val="17"/>
              </w:rPr>
              <w:t>My ESP32 works!</w:t>
              <w:br/>
              <w:t>My ESP32 works!</w:t>
              <w:br/>
              <w:t>My ESP32 works!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Aptos" w:hAnsi="Aptos"/>
          <w:b/>
          <w:color w:val="54AE63"/>
          <w:sz w:val="18"/>
        </w:rPr>
        <w:t>CHECKPOINT: Show this working before moving 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F28B39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4</w:t>
            </w:r>
          </w:p>
        </w:tc>
        <w:tc>
          <w:tcPr>
            <w:tcW w:type="dxa" w:w="5400"/>
            <w:shd w:fill="14283D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r>
              <w:rPr>
                <w:b/>
                <w:color w:val="FFFFFF"/>
                <w:sz w:val="26"/>
              </w:rPr>
              <w:t>WIRE ONE EXTERNAL LED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fill="14283D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r>
              <w:rPr>
                <w:b/>
                <w:color w:val="FFFFFF"/>
                <w:sz w:val="16"/>
              </w:rPr>
              <w:t>FROM</w:t>
            </w:r>
          </w:p>
        </w:tc>
        <w:tc>
          <w:tcPr>
            <w:tcW w:type="dxa" w:w="3600"/>
            <w:shd w:fill="14283D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r>
              <w:rPr>
                <w:b/>
                <w:color w:val="FFFFFF"/>
                <w:sz w:val="16"/>
              </w:rPr>
              <w:t>TO</w:t>
            </w:r>
          </w:p>
        </w:tc>
        <w:tc>
          <w:tcPr>
            <w:tcW w:type="dxa" w:w="3600"/>
            <w:shd w:fill="14283D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r>
              <w:rPr>
                <w:b/>
                <w:color w:val="FFFFFF"/>
                <w:sz w:val="16"/>
              </w:rPr>
              <w:t>NOTE</w:t>
            </w:r>
          </w:p>
        </w:tc>
      </w:tr>
      <w:tr>
        <w:tc>
          <w:tcPr>
            <w:tcW w:type="dxa" w:w="36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GPIO 23</w:t>
            </w:r>
          </w:p>
        </w:tc>
        <w:tc>
          <w:tcPr>
            <w:tcW w:type="dxa" w:w="36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220Ω / 330Ω resistor</w:t>
            </w:r>
          </w:p>
        </w:tc>
        <w:tc>
          <w:tcPr>
            <w:tcW w:type="dxa" w:w="36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limits current</w:t>
            </w:r>
          </w:p>
        </w:tc>
      </w:tr>
      <w:tr>
        <w:tc>
          <w:tcPr>
            <w:tcW w:type="dxa" w:w="3600"/>
            <w:shd w:fill="F4F7F9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resistor</w:t>
            </w:r>
          </w:p>
        </w:tc>
        <w:tc>
          <w:tcPr>
            <w:tcW w:type="dxa" w:w="3600"/>
            <w:shd w:fill="F4F7F9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LED long leg (+)</w:t>
            </w:r>
          </w:p>
        </w:tc>
        <w:tc>
          <w:tcPr>
            <w:tcW w:type="dxa" w:w="3600"/>
            <w:shd w:fill="F4F7F9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positive</w:t>
            </w:r>
          </w:p>
        </w:tc>
      </w:tr>
      <w:tr>
        <w:tc>
          <w:tcPr>
            <w:tcW w:type="dxa" w:w="36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LED short leg (−)</w:t>
            </w:r>
          </w:p>
        </w:tc>
        <w:tc>
          <w:tcPr>
            <w:tcW w:type="dxa" w:w="36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GND</w:t>
            </w:r>
          </w:p>
        </w:tc>
        <w:tc>
          <w:tcPr>
            <w:tcW w:type="dxa" w:w="36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negative</w:t>
            </w:r>
          </w:p>
        </w:tc>
      </w:tr>
      <w:tr>
        <w:tc>
          <w:tcPr>
            <w:tcW w:type="dxa" w:w="3600"/>
            <w:shd w:fill="F4F7F9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USB-C</w:t>
            </w:r>
          </w:p>
        </w:tc>
        <w:tc>
          <w:tcPr>
            <w:tcW w:type="dxa" w:w="3600"/>
            <w:shd w:fill="F4F7F9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computer</w:t>
            </w:r>
          </w:p>
        </w:tc>
        <w:tc>
          <w:tcPr>
            <w:tcW w:type="dxa" w:w="3600"/>
            <w:shd w:fill="F4F7F9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power</w:t>
            </w:r>
          </w:p>
        </w:tc>
      </w:tr>
    </w:tbl>
    <w:p>
      <w:pPr>
        <w:spacing w:after="80"/>
      </w:pPr>
      <w:r>
        <w:rPr>
          <w:rFonts w:ascii="Aptos" w:hAnsi="Aptos"/>
          <w:b/>
          <w:color w:val="F28B39"/>
          <w:sz w:val="18"/>
        </w:rPr>
        <w:t>LED polarity: LONG leg = + (anode). SHORT leg = − (cathode).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8054B3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5</w:t>
            </w:r>
          </w:p>
        </w:tc>
        <w:tc>
          <w:tcPr>
            <w:tcW w:type="dxa" w:w="5400"/>
            <w:shd w:fill="14283D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r>
              <w:rPr>
                <w:b/>
                <w:color w:val="FFFFFF"/>
                <w:sz w:val="26"/>
              </w:rPr>
              <w:t>MAKE IT BLINK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252B31"/>
            <w:tcBorders>
              <w:top w:val="single" w:sz="4" w:color="252B31"/>
              <w:left w:val="single" w:sz="4" w:color="252B31"/>
              <w:bottom w:val="single" w:sz="4" w:color="252B31"/>
              <w:right w:val="single" w:sz="4" w:color="252B31"/>
            </w:tcBorders>
          </w:tcPr>
          <w:p>
            <w:r>
              <w:rPr>
                <w:rFonts w:ascii="Consolas" w:hAnsi="Consolas"/>
                <w:color w:val="F5F7F8"/>
                <w:sz w:val="17"/>
              </w:rPr>
              <w:t>const int LED = 23;</w:t>
              <w:br/>
              <w:br/>
              <w:t>void setup() {</w:t>
              <w:br/>
              <w:t xml:space="preserve">  pinMode(LED, OUTPUT);</w:t>
              <w:br/>
              <w:t>}</w:t>
              <w:br/>
              <w:br/>
              <w:t>void loop() {</w:t>
              <w:br/>
              <w:t xml:space="preserve">  digitalWrite(LED, HIGH);</w:t>
              <w:br/>
              <w:t xml:space="preserve">  delay(1000);</w:t>
              <w:br/>
              <w:br/>
              <w:t xml:space="preserve">  digitalWrite(LED, LOW);</w:t>
              <w:br/>
              <w:t xml:space="preserve">  delay(1000);</w:t>
              <w:br/>
              <w:t>}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252B31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rFonts w:ascii="Consolas" w:hAnsi="Consolas"/>
                <w:color w:val="FFFFFF"/>
                <w:sz w:val="15"/>
              </w:rPr>
              <w:t>const int LED = 23;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Give GPIO 23 the name LED.</w:t>
            </w:r>
          </w:p>
        </w:tc>
      </w:tr>
      <w:tr>
        <w:tc>
          <w:tcPr>
            <w:tcW w:type="dxa" w:w="5400"/>
            <w:shd w:fill="252B31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rFonts w:ascii="Consolas" w:hAnsi="Consolas"/>
                <w:color w:val="FFFFFF"/>
                <w:sz w:val="15"/>
              </w:rPr>
              <w:t>pinMode(LED, OUTPUT);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Make the pin an output.</w:t>
            </w:r>
          </w:p>
        </w:tc>
      </w:tr>
      <w:tr>
        <w:tc>
          <w:tcPr>
            <w:tcW w:type="dxa" w:w="5400"/>
            <w:shd w:fill="252B31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rFonts w:ascii="Consolas" w:hAnsi="Consolas"/>
                <w:color w:val="FFFFFF"/>
                <w:sz w:val="15"/>
              </w:rPr>
              <w:t>digitalWrite(LED, HIGH);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Turn the output ON.</w:t>
            </w:r>
          </w:p>
        </w:tc>
      </w:tr>
      <w:tr>
        <w:tc>
          <w:tcPr>
            <w:tcW w:type="dxa" w:w="5400"/>
            <w:shd w:fill="252B31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rFonts w:ascii="Consolas" w:hAnsi="Consolas"/>
                <w:color w:val="FFFFFF"/>
                <w:sz w:val="15"/>
              </w:rPr>
              <w:t>delay(1000);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Wait 1000 ms = 1 second.</w:t>
            </w:r>
          </w:p>
        </w:tc>
      </w:tr>
    </w:tbl>
    <w:p>
      <w:pPr>
        <w:spacing w:after="100"/>
      </w:pPr>
      <w:r>
        <w:rPr>
          <w:rFonts w:ascii="Aptos" w:hAnsi="Aptos"/>
          <w:b/>
          <w:color w:val="E85A5A"/>
          <w:sz w:val="26"/>
        </w:rPr>
        <w:t>STOP FOLLOWING INSTRUCTIONS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7776"/>
      </w:tblGrid>
      <w:tr>
        <w:tc>
          <w:tcPr>
            <w:tcW w:type="dxa" w:w="5400"/>
            <w:shd w:fill="54AE63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b/>
                <w:color w:val="FFFFFF"/>
                <w:sz w:val="16"/>
              </w:rPr>
              <w:t>LEVEL 1 — FAST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Make the LED blink five times faster.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7776"/>
      </w:tblGrid>
      <w:tr>
        <w:tc>
          <w:tcPr>
            <w:tcW w:type="dxa" w:w="5400"/>
            <w:shd w:fill="F28B39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b/>
                <w:color w:val="FFFFFF"/>
                <w:sz w:val="16"/>
              </w:rPr>
              <w:t>LEVEL 2 — HEARTBEAT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Make: flash-flash … pause … repeat.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7776"/>
      </w:tblGrid>
      <w:tr>
        <w:tc>
          <w:tcPr>
            <w:tcW w:type="dxa" w:w="5400"/>
            <w:shd w:fill="E85A5A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b/>
                <w:color w:val="FFFFFF"/>
                <w:sz w:val="16"/>
              </w:rPr>
              <w:t>LEVEL 3 — SOS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Signal ... --- ... with short and long flashes.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7776"/>
      </w:tblGrid>
      <w:tr>
        <w:tc>
          <w:tcPr>
            <w:tcW w:type="dxa" w:w="5400"/>
            <w:shd w:fill="8054B3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b/>
                <w:color w:val="FFFFFF"/>
                <w:sz w:val="16"/>
              </w:rPr>
              <w:t>LEVEL 4 — YOUR SIGNAL</w:t>
            </w:r>
          </w:p>
        </w:tc>
        <w:tc>
          <w:tcPr>
            <w:tcW w:type="dxa" w:w="5400"/>
            <w:shd w:fill="FFFFFF"/>
            <w:tcBorders>
              <w:top w:val="single" w:sz="4" w:color="D7E0E6"/>
              <w:left w:val="single" w:sz="4" w:color="D7E0E6"/>
              <w:bottom w:val="single" w:sz="4" w:color="D7E0E6"/>
              <w:right w:val="single" w:sz="4" w:color="D7E0E6"/>
            </w:tcBorders>
          </w:tcPr>
          <w:p>
            <w:r>
              <w:rPr>
                <w:sz w:val="17"/>
              </w:rPr>
              <w:t>Invent your own repeating pattern.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"/>
        <w:gridCol w:w="9792"/>
      </w:tblGrid>
      <w:tr>
        <w:tc>
          <w:tcPr>
            <w:tcW w:type="dxa" w:w="5400"/>
            <w:shd w:fill="F2C94C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6</w:t>
            </w:r>
          </w:p>
        </w:tc>
        <w:tc>
          <w:tcPr>
            <w:tcW w:type="dxa" w:w="5400"/>
            <w:shd w:fill="14283D"/>
            <w:tcBorders>
              <w:top w:val="single" w:sz="4" w:color="14283D"/>
              <w:left w:val="single" w:sz="4" w:color="14283D"/>
              <w:bottom w:val="single" w:sz="4" w:color="14283D"/>
              <w:right w:val="single" w:sz="4" w:color="14283D"/>
            </w:tcBorders>
          </w:tcPr>
          <w:p>
            <w:r>
              <w:rPr>
                <w:b/>
                <w:color w:val="FFFFFF"/>
                <w:sz w:val="26"/>
              </w:rPr>
              <w:t>TROUBLESHOOT LIKE AN ENGINEER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7776"/>
      </w:tblGrid>
      <w:tr>
        <w:tc>
          <w:tcPr>
            <w:tcW w:type="dxa" w:w="5400"/>
            <w:shd w:fill="FFF7D6"/>
            <w:tcBorders>
              <w:top w:val="single" w:sz="4" w:color="F2C94C"/>
              <w:left w:val="single" w:sz="4" w:color="F2C94C"/>
              <w:bottom w:val="single" w:sz="4" w:color="F2C94C"/>
              <w:right w:val="single" w:sz="4" w:color="F2C94C"/>
            </w:tcBorders>
          </w:tcPr>
          <w:p>
            <w:r>
              <w:rPr>
                <w:b/>
                <w:color w:val="14283D"/>
                <w:sz w:val="16"/>
              </w:rPr>
              <w:t>NO COM PORT</w:t>
            </w:r>
          </w:p>
        </w:tc>
        <w:tc>
          <w:tcPr>
            <w:tcW w:type="dxa" w:w="5400"/>
            <w:shd w:fill="FFFFFF"/>
            <w:tcBorders>
              <w:top w:val="single" w:sz="4" w:color="F2C94C"/>
              <w:left w:val="single" w:sz="4" w:color="F2C94C"/>
              <w:bottom w:val="single" w:sz="4" w:color="F2C94C"/>
              <w:right w:val="single" w:sz="4" w:color="F2C94C"/>
            </w:tcBorders>
          </w:tcPr>
          <w:p>
            <w:r>
              <w:rPr>
                <w:sz w:val="16"/>
              </w:rPr>
              <w:t>Unplug/replug → different USB port → different DATA cable → different ESP32 → Device Manager.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7776"/>
      </w:tblGrid>
      <w:tr>
        <w:tc>
          <w:tcPr>
            <w:tcW w:type="dxa" w:w="5400"/>
            <w:shd w:fill="FFF7D6"/>
            <w:tcBorders>
              <w:top w:val="single" w:sz="4" w:color="F2C94C"/>
              <w:left w:val="single" w:sz="4" w:color="F2C94C"/>
              <w:bottom w:val="single" w:sz="4" w:color="F2C94C"/>
              <w:right w:val="single" w:sz="4" w:color="F2C94C"/>
            </w:tcBorders>
          </w:tcPr>
          <w:p>
            <w:r>
              <w:rPr>
                <w:b/>
                <w:color w:val="14283D"/>
                <w:sz w:val="16"/>
              </w:rPr>
              <w:t>UPLOAD STUCK AT CONNECTING</w:t>
            </w:r>
          </w:p>
        </w:tc>
        <w:tc>
          <w:tcPr>
            <w:tcW w:type="dxa" w:w="5400"/>
            <w:shd w:fill="FFFFFF"/>
            <w:tcBorders>
              <w:top w:val="single" w:sz="4" w:color="F2C94C"/>
              <w:left w:val="single" w:sz="4" w:color="F2C94C"/>
              <w:bottom w:val="single" w:sz="4" w:color="F2C94C"/>
              <w:right w:val="single" w:sz="4" w:color="F2C94C"/>
            </w:tcBorders>
          </w:tcPr>
          <w:p>
            <w:r>
              <w:rPr>
                <w:sz w:val="16"/>
              </w:rPr>
              <w:t>Check board and COM port. If needed, hold BOOT as upload begins; release when it starts connecting.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7776"/>
      </w:tblGrid>
      <w:tr>
        <w:tc>
          <w:tcPr>
            <w:tcW w:type="dxa" w:w="5400"/>
            <w:shd w:fill="FFF7D6"/>
            <w:tcBorders>
              <w:top w:val="single" w:sz="4" w:color="F2C94C"/>
              <w:left w:val="single" w:sz="4" w:color="F2C94C"/>
              <w:bottom w:val="single" w:sz="4" w:color="F2C94C"/>
              <w:right w:val="single" w:sz="4" w:color="F2C94C"/>
            </w:tcBorders>
          </w:tcPr>
          <w:p>
            <w:r>
              <w:rPr>
                <w:b/>
                <w:color w:val="14283D"/>
                <w:sz w:val="16"/>
              </w:rPr>
              <w:t>LED DOESN'T LIGHT</w:t>
            </w:r>
          </w:p>
        </w:tc>
        <w:tc>
          <w:tcPr>
            <w:tcW w:type="dxa" w:w="5400"/>
            <w:shd w:fill="FFFFFF"/>
            <w:tcBorders>
              <w:top w:val="single" w:sz="4" w:color="F2C94C"/>
              <w:left w:val="single" w:sz="4" w:color="F2C94C"/>
              <w:bottom w:val="single" w:sz="4" w:color="F2C94C"/>
              <w:right w:val="single" w:sz="4" w:color="F2C94C"/>
            </w:tcBorders>
          </w:tcPr>
          <w:p>
            <w:r>
              <w:rPr>
                <w:sz w:val="16"/>
              </w:rPr>
              <w:t>Check LED direction → GPIO 23 → GND → resistor → breadboard row → try another LED.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880"/>
        <w:gridCol w:w="7776"/>
      </w:tblGrid>
      <w:tr>
        <w:tc>
          <w:tcPr>
            <w:tcW w:type="dxa" w:w="5400"/>
            <w:shd w:fill="FFF7D6"/>
            <w:tcBorders>
              <w:top w:val="single" w:sz="4" w:color="F2C94C"/>
              <w:left w:val="single" w:sz="4" w:color="F2C94C"/>
              <w:bottom w:val="single" w:sz="4" w:color="F2C94C"/>
              <w:right w:val="single" w:sz="4" w:color="F2C94C"/>
            </w:tcBorders>
          </w:tcPr>
          <w:p>
            <w:r>
              <w:rPr>
                <w:b/>
                <w:color w:val="14283D"/>
                <w:sz w:val="16"/>
              </w:rPr>
              <w:t>SERIAL TEXT IS GARBLED</w:t>
            </w:r>
          </w:p>
        </w:tc>
        <w:tc>
          <w:tcPr>
            <w:tcW w:type="dxa" w:w="5400"/>
            <w:shd w:fill="FFFFFF"/>
            <w:tcBorders>
              <w:top w:val="single" w:sz="4" w:color="F2C94C"/>
              <w:left w:val="single" w:sz="4" w:color="F2C94C"/>
              <w:bottom w:val="single" w:sz="4" w:color="F2C94C"/>
              <w:right w:val="single" w:sz="4" w:color="F2C94C"/>
            </w:tcBorders>
          </w:tcPr>
          <w:p>
            <w:r>
              <w:rPr>
                <w:sz w:val="16"/>
              </w:rPr>
              <w:t>Set Serial Monitor to 115200 baud.</w:t>
            </w:r>
          </w:p>
        </w:tc>
      </w:tr>
    </w:tbl>
    <w:p>
      <w:pPr>
        <w:spacing w:after="120"/>
      </w:pPr>
      <w:r>
        <w:rPr>
          <w:rFonts w:ascii="Aptos" w:hAnsi="Aptos"/>
          <w:b/>
          <w:color w:val="14283D"/>
          <w:sz w:val="26"/>
        </w:rPr>
        <w:t>EXIT CHECK</w:t>
      </w:r>
    </w:p>
    <w:p>
      <w:pPr>
        <w:spacing w:after="60"/>
      </w:pPr>
      <w:r>
        <w:rPr>
          <w:rFonts w:ascii="Aptos" w:hAnsi="Aptos"/>
          <w:b/>
          <w:color w:val="20262B"/>
          <w:sz w:val="19"/>
        </w:rPr>
        <w:t>□ Arduino IDE + ESP32 board package installed</w:t>
      </w:r>
    </w:p>
    <w:p>
      <w:pPr>
        <w:spacing w:after="60"/>
      </w:pPr>
      <w:r>
        <w:rPr>
          <w:rFonts w:ascii="Aptos" w:hAnsi="Aptos"/>
          <w:b/>
          <w:color w:val="20262B"/>
          <w:sz w:val="19"/>
        </w:rPr>
        <w:t>□ Correct board and COM port selected</w:t>
      </w:r>
    </w:p>
    <w:p>
      <w:pPr>
        <w:spacing w:after="60"/>
      </w:pPr>
      <w:r>
        <w:rPr>
          <w:rFonts w:ascii="Aptos" w:hAnsi="Aptos"/>
          <w:b/>
          <w:color w:val="20262B"/>
          <w:sz w:val="19"/>
        </w:rPr>
        <w:t>□ Serial Monitor test works</w:t>
      </w:r>
    </w:p>
    <w:p>
      <w:pPr>
        <w:spacing w:after="60"/>
      </w:pPr>
      <w:r>
        <w:rPr>
          <w:rFonts w:ascii="Aptos" w:hAnsi="Aptos"/>
          <w:b/>
          <w:color w:val="20262B"/>
          <w:sz w:val="19"/>
        </w:rPr>
        <w:t>□ External LED blinks</w:t>
      </w:r>
    </w:p>
    <w:p>
      <w:pPr>
        <w:spacing w:after="60"/>
      </w:pPr>
      <w:r>
        <w:rPr>
          <w:rFonts w:ascii="Aptos" w:hAnsi="Aptos"/>
          <w:b/>
          <w:color w:val="20262B"/>
          <w:sz w:val="19"/>
        </w:rPr>
        <w:t>□ I completed at least one challenge</w:t>
      </w:r>
    </w:p>
    <w:p>
      <w:pPr>
        <w:spacing w:after="100"/>
      </w:pPr>
      <w:r>
        <w:rPr>
          <w:rFonts w:ascii="Aptos" w:hAnsi="Aptos"/>
          <w:b/>
          <w:color w:val="1AAFC1"/>
          <w:sz w:val="18"/>
        </w:rPr>
        <w:t>Is this IoT yet?  NO — today you built an embedded system. Soon: sensor → ESP32 → Wi-Fi → service/user.</w:t>
      </w:r>
    </w:p>
    <w:p>
      <w:pPr>
        <w:spacing w:after="80"/>
      </w:pPr>
      <w:r>
        <w:rPr>
          <w:rFonts w:ascii="Aptos" w:hAnsi="Aptos"/>
          <w:b w:val="0"/>
          <w:color w:val="20262B"/>
          <w:sz w:val="18"/>
        </w:rPr>
        <w:t>One thing I got working: ________________________________________________</w:t>
      </w:r>
    </w:p>
    <w:p>
      <w:pPr>
        <w:spacing w:after="80"/>
      </w:pPr>
      <w:r>
        <w:rPr>
          <w:rFonts w:ascii="Aptos" w:hAnsi="Aptos"/>
          <w:b w:val="0"/>
          <w:color w:val="20262B"/>
          <w:sz w:val="18"/>
        </w:rPr>
        <w:t>One thing I want to try next: _____________________________________________</w:t>
      </w:r>
    </w:p>
    <w:sectPr w:rsidR="00FC693F" w:rsidRPr="0006063C" w:rsidSect="00034616">
      <w:footerReference w:type="default" r:id="rId9"/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5838C"/>
        <w:sz w:val="15"/>
      </w:rPr>
      <w:t>GRADE 10 DESIGN • ESP32 HARDWARE LAB 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