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7056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HANDOUT 6</w:t>
            </w:r>
          </w:p>
        </w:tc>
        <w:tc>
          <w:tcPr>
            <w:tcW w:type="dxa" w:w="2880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PERSONAL IDENTITY POSTER</w:t>
            </w:r>
          </w:p>
        </w:tc>
      </w:tr>
    </w:tbl>
    <w:p>
      <w:pPr>
        <w:spacing w:before="120" w:after="60" w:line="247" w:lineRule="auto"/>
      </w:pPr>
      <w:r>
        <w:rPr>
          <w:rFonts w:ascii="Aptos" w:hAnsi="Aptos"/>
          <w:b/>
          <w:i w:val="0"/>
          <w:color w:val="007C83"/>
          <w:sz w:val="42"/>
        </w:rPr>
        <w:t>Write your specification and final plan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664"/>
            <w:shd w:fill="E1F4F3"/>
            <w:tcBorders>
              <w:top w:val="single" w:sz="5" w:color="007C83"/>
              <w:left w:val="single" w:sz="5" w:color="007C83"/>
              <w:bottom w:val="single" w:sz="5" w:color="007C83"/>
              <w:right w:val="single" w:sz="5" w:color="007C83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14"/>
              </w:rPr>
              <w:t>TODAY’S ASSESSMENT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22"/>
              </w:rPr>
              <w:t>CRITERION B</w:t>
            </w:r>
          </w:p>
        </w:tc>
        <w:tc>
          <w:tcPr>
            <w:tcW w:type="dxa" w:w="7272"/>
            <w:shd w:fill="E1F4F3"/>
            <w:tcBorders>
              <w:top w:val="single" w:sz="5" w:color="007C83"/>
              <w:left w:val="single" w:sz="5" w:color="007C83"/>
              <w:bottom w:val="single" w:sz="5" w:color="007C83"/>
              <w:right w:val="single" w:sz="5" w:color="007C83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14"/>
              </w:rPr>
              <w:t>FORMATIVE ASSESSMENT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202B38"/>
                <w:sz w:val="18"/>
              </w:rPr>
              <w:t>Criterion B only: create clear success requirements, justify your chosen direction, and label a plan another person could follow.</w:t>
            </w:r>
          </w:p>
        </w:tc>
      </w:tr>
    </w:tbl>
    <w:p>
      <w:pPr>
        <w:spacing w:before="20" w:after="80" w:line="247" w:lineRule="auto"/>
      </w:pPr>
      <w:r>
        <w:rPr>
          <w:rFonts w:ascii="Aptos" w:hAnsi="Aptos"/>
          <w:b/>
          <w:i w:val="0"/>
          <w:color w:val="007C83"/>
          <w:sz w:val="17"/>
        </w:rPr>
        <w:t xml:space="preserve">For this handout, your teacher records a score for Criterion B only. </w:t>
      </w:r>
      <w:r>
        <w:rPr>
          <w:rFonts w:ascii="Aptos" w:hAnsi="Aptos"/>
          <w:b w:val="0"/>
          <w:i w:val="0"/>
          <w:color w:val="202B38"/>
          <w:sz w:val="17"/>
        </w:rPr>
        <w:t>The other criteria are not being graded on this task.</w:t>
      </w:r>
    </w:p>
    <w:p>
      <w:pPr>
        <w:spacing w:before="80" w:after="40" w:line="247" w:lineRule="auto"/>
      </w:pPr>
      <w:r>
        <w:rPr>
          <w:rFonts w:ascii="Aptos" w:hAnsi="Aptos"/>
          <w:b/>
          <w:i w:val="0"/>
          <w:color w:val="007C83"/>
          <w:sz w:val="24"/>
        </w:rPr>
        <w:t>Key words you need today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160"/>
            <w:shd w:fill="007C83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WORD</w:t>
            </w:r>
          </w:p>
        </w:tc>
        <w:tc>
          <w:tcPr>
            <w:tcW w:type="dxa" w:w="7776"/>
            <w:shd w:fill="007C83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IT MEANS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17"/>
              </w:rPr>
              <w:t>design specification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a testable checklist of what the final design must do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17"/>
              </w:rPr>
              <w:t>justification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a reason supported by evidence or requirements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17"/>
              </w:rPr>
              <w:t>labelled plan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a drawing with notes that explain important decisions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007C83"/>
          <w:sz w:val="24"/>
        </w:rPr>
        <w:t>Follow these steps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007C83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18"/>
              </w:rPr>
              <w:t xml:space="preserve">Write five requirements.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Each must be checkable. Avoid vague words such as ‘good’ or ‘nice’. Use clear statements such as ‘The three identity words can be read from two metres away.’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007C83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18"/>
              </w:rPr>
              <w:t xml:space="preserve">Compare your three ideas.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Look at the thumbnails. Choose one that best suits the audience and your brief.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007C83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18"/>
              </w:rPr>
              <w:t xml:space="preserve">Justify the choice.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Explain how the chosen layout meets at least three requirements in your specification.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007C83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18"/>
              </w:rPr>
              <w:t xml:space="preserve">Draw the final plan.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Make a labelled drawing of the poster. Show hierarchy, image placement, colours, fonts, and the position of each identity word.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007C83"/>
          <w:sz w:val="24"/>
        </w:rPr>
        <w:t>Record your thinking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tcBorders>
              <w:top w:val="single" w:sz="5" w:color="007C83"/>
              <w:left w:val="single" w:sz="5" w:color="007C83"/>
              <w:bottom w:val="single" w:sz="5" w:color="007C83"/>
              <w:right w:val="single" w:sz="5" w:color="007C83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17"/>
              </w:rPr>
              <w:t>My poster must…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tcBorders>
              <w:top w:val="single" w:sz="5" w:color="007C83"/>
              <w:left w:val="single" w:sz="5" w:color="007C83"/>
              <w:bottom w:val="single" w:sz="5" w:color="007C83"/>
              <w:right w:val="single" w:sz="5" w:color="007C83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17"/>
              </w:rPr>
              <w:t>I chose Idea ___ because it meets these requirements…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tcBorders>
              <w:top w:val="single" w:sz="5" w:color="007C83"/>
              <w:left w:val="single" w:sz="5" w:color="007C83"/>
              <w:bottom w:val="single" w:sz="5" w:color="007C83"/>
              <w:right w:val="single" w:sz="5" w:color="007C83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17"/>
              </w:rPr>
              <w:t>On my final plan, the focal point is… and the viewer reads… first.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007C83"/>
          <w:sz w:val="24"/>
        </w:rPr>
        <w:t>Check before you upload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007C83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My specification has at least five clear requirements.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007C83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I attached all three ideas or photographs of them.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007C83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I justified my chosen idea using my requirements.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007C83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My plan is labelled with type, colour, image, and layout notes.</w:t>
      </w:r>
    </w:p>
    <w:p>
      <w:pPr>
        <w:spacing w:before="60" w:after="0" w:line="247" w:lineRule="auto"/>
      </w:pPr>
      <w:r>
        <w:rPr>
          <w:rFonts w:ascii="Aptos" w:hAnsi="Aptos"/>
          <w:b/>
          <w:i w:val="0"/>
          <w:color w:val="007C83"/>
          <w:sz w:val="17"/>
        </w:rPr>
        <w:t xml:space="preserve">Toddle upload: </w:t>
      </w:r>
      <w:r>
        <w:rPr>
          <w:rFonts w:ascii="Aptos" w:hAnsi="Aptos"/>
          <w:b w:val="0"/>
          <w:i w:val="0"/>
          <w:color w:val="202B38"/>
          <w:sz w:val="17"/>
        </w:rPr>
        <w:t>Attach this completed handout plus the work named above to the same Toddle assignment. This is where your work is collected; do not make a separate portfolio upload.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7056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HANDOUT 6 • CRITERION B RUBRIC</w:t>
            </w:r>
          </w:p>
        </w:tc>
        <w:tc>
          <w:tcPr>
            <w:tcW w:type="dxa" w:w="2880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PERSONAL IDENTITY POSTER</w:t>
            </w:r>
          </w:p>
        </w:tc>
      </w:tr>
    </w:tbl>
    <w:p>
      <w:pPr>
        <w:spacing w:before="80" w:after="0" w:line="247" w:lineRule="auto"/>
      </w:pPr>
      <w:r>
        <w:rPr>
          <w:rFonts w:ascii="Aptos" w:hAnsi="Aptos"/>
          <w:b w:val="0"/>
          <w:i/>
          <w:color w:val="007C83"/>
          <w:sz w:val="17"/>
        </w:rPr>
        <w:t>Continue using the evidence from the previous page.</w:t>
      </w:r>
    </w:p>
    <w:p>
      <w:pPr>
        <w:spacing w:before="80" w:after="40" w:line="247" w:lineRule="auto"/>
      </w:pPr>
      <w:r>
        <w:rPr>
          <w:rFonts w:ascii="Aptos" w:hAnsi="Aptos"/>
          <w:b/>
          <w:i w:val="0"/>
          <w:color w:val="007C83"/>
          <w:sz w:val="24"/>
        </w:rPr>
        <w:t>Criterion B rubric • score out of 8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1224"/>
            <w:shd w:fill="007C83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SCORE</w:t>
            </w:r>
          </w:p>
        </w:tc>
        <w:tc>
          <w:tcPr>
            <w:tcW w:type="dxa" w:w="8712"/>
            <w:shd w:fill="007C83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YOUR WORK SHOWS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E1F4F3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007C83"/>
                <w:sz w:val="18"/>
              </w:rPr>
              <w:t>7–8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I create an exceptionally detailed, coherent specification and plan with precise justification connected to audience and communication.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E1F4F3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007C83"/>
                <w:sz w:val="18"/>
              </w:rPr>
              <w:t>5–6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I create clear requirements, justify a suitable chosen idea, and provide a labelled plan for the final poster.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E1F4F3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007C83"/>
                <w:sz w:val="18"/>
              </w:rPr>
              <w:t>3–4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I included some requirements and a plan, but important details or reasons are unclear.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E1F4F3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007C83"/>
                <w:sz w:val="18"/>
              </w:rPr>
              <w:t>1–2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My specification, chosen idea, or plan is missing or cannot guide the final poster.</w:t>
            </w:r>
          </w:p>
        </w:tc>
      </w:tr>
    </w:tbl>
    <w:p>
      <w:pPr>
        <w:spacing w:before="80" w:after="0" w:line="247" w:lineRule="auto"/>
      </w:pPr>
      <w:r>
        <w:rPr>
          <w:rFonts w:ascii="Aptos" w:hAnsi="Aptos"/>
          <w:b/>
          <w:i w:val="0"/>
          <w:color w:val="007C83"/>
          <w:sz w:val="20"/>
        </w:rPr>
        <w:t xml:space="preserve">Teacher score — Criterion B: </w:t>
      </w:r>
      <w:r>
        <w:rPr>
          <w:rFonts w:ascii="Aptos" w:hAnsi="Aptos"/>
          <w:b/>
          <w:i w:val="0"/>
          <w:color w:val="202B38"/>
          <w:sz w:val="20"/>
        </w:rPr>
        <w:t>____ / 8</w:t>
      </w:r>
    </w:p>
    <w:sectPr w:rsidR="00FC693F" w:rsidRPr="0006063C" w:rsidSect="00034616">
      <w:footerReference w:type="default" r:id="rId9"/>
      <w:pgSz w:w="12240" w:h="15840"/>
      <w:pgMar w:top="648" w:right="792" w:bottom="648" w:left="792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7" w:lineRule="auto"/>
      <w:jc w:val="center"/>
    </w:pPr>
    <w:r>
      <w:rPr>
        <w:rFonts w:ascii="Aptos" w:hAnsi="Aptos"/>
        <w:b/>
        <w:i w:val="0"/>
        <w:color w:val="667085"/>
        <w:sz w:val="15"/>
      </w:rPr>
      <w:t>GRADE 6 DESIGN  •  WEEKLY CLASSROOM HANDOUT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02B3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