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328"/>
        <w:gridCol w:w="5328"/>
      </w:tblGrid>
      <w:tr>
        <w:tc>
          <w:tcPr>
            <w:tcW w:type="dxa" w:w="7056"/>
            <w:shd w:fill="17365D"/>
            <w:tcMar>
              <w:top w:w="75" w:type="dxa"/>
              <w:bottom w:w="75" w:type="dxa"/>
              <w:start w:w="120" w:type="dxa"/>
              <w:end w:w="120" w:type="dxa"/>
            </w:tcMar>
            <w:vAlign w:val="center"/>
          </w:tcPr>
          <w:p>
            <w:pPr>
              <w:spacing w:before="0" w:after="0" w:line="247" w:lineRule="auto"/>
            </w:pPr>
            <w:r>
              <w:rPr>
                <w:rFonts w:ascii="Aptos" w:hAnsi="Aptos"/>
                <w:b/>
                <w:i w:val="0"/>
                <w:color w:val="FFFFFF"/>
                <w:sz w:val="17"/>
              </w:rPr>
              <w:t>HANDOUT 7 • SUMMATIVE</w:t>
            </w:r>
          </w:p>
        </w:tc>
        <w:tc>
          <w:tcPr>
            <w:tcW w:type="dxa" w:w="2880"/>
            <w:shd w:fill="17365D"/>
            <w:tcMar>
              <w:top w:w="75" w:type="dxa"/>
              <w:bottom w:w="75" w:type="dxa"/>
              <w:start w:w="120" w:type="dxa"/>
              <w:end w:w="120" w:type="dxa"/>
            </w:tcMar>
            <w:vAlign w:val="center"/>
          </w:tcPr>
          <w:p>
            <w:pPr>
              <w:spacing w:before="0" w:after="0" w:line="247" w:lineRule="auto"/>
              <w:jc w:val="right"/>
            </w:pPr>
            <w:r>
              <w:rPr>
                <w:rFonts w:ascii="Aptos" w:hAnsi="Aptos"/>
                <w:b/>
                <w:i w:val="0"/>
                <w:color w:val="FFFFFF"/>
                <w:sz w:val="17"/>
              </w:rPr>
              <w:t>PERSONAL IDENTITY POSTER</w:t>
            </w:r>
          </w:p>
        </w:tc>
      </w:tr>
    </w:tbl>
    <w:p>
      <w:pPr>
        <w:spacing w:before="120" w:after="60" w:line="247" w:lineRule="auto"/>
      </w:pPr>
      <w:r>
        <w:rPr>
          <w:rFonts w:ascii="Aptos" w:hAnsi="Aptos"/>
          <w:b/>
          <w:i w:val="0"/>
          <w:color w:val="17365D"/>
          <w:sz w:val="42"/>
        </w:rPr>
        <w:t>Personal Identity Poster — Summative</w:t>
      </w:r>
    </w:p>
    <w:p>
      <w:pPr>
        <w:spacing w:before="0" w:after="40" w:line="247" w:lineRule="auto"/>
      </w:pPr>
      <w:r>
        <w:rPr>
          <w:rFonts w:ascii="Aptos" w:hAnsi="Aptos"/>
          <w:b/>
          <w:i w:val="0"/>
          <w:color w:val="17365D"/>
          <w:sz w:val="18"/>
        </w:rPr>
        <w:t xml:space="preserve">Your final challenge: </w:t>
      </w:r>
      <w:r>
        <w:rPr>
          <w:rFonts w:ascii="Aptos" w:hAnsi="Aptos"/>
          <w:b w:val="0"/>
          <w:i w:val="0"/>
          <w:color w:val="202B38"/>
          <w:sz w:val="18"/>
        </w:rPr>
        <w:t>Create an A4 personal identity poster for other Grade 6 students. Your poster must communicate three true identity words through images, colour, type, and layout. Submit the final poster and the evidence in this one handout to the Identity Poster Summative assignment.</w:t>
      </w:r>
    </w:p>
    <w:p>
      <w:pPr>
        <w:spacing w:before="80" w:after="40" w:line="247" w:lineRule="auto"/>
      </w:pPr>
      <w:r>
        <w:rPr>
          <w:rFonts w:ascii="Aptos" w:hAnsi="Aptos"/>
          <w:b/>
          <w:i w:val="0"/>
          <w:color w:val="17365D"/>
          <w:sz w:val="24"/>
        </w:rPr>
        <w:t>How the summative is scored</w:t>
      </w:r>
    </w:p>
    <w:p>
      <w:pPr>
        <w:spacing w:before="0" w:after="40" w:line="247" w:lineRule="auto"/>
      </w:pPr>
      <w:r>
        <w:rPr>
          <w:rFonts w:ascii="Aptos" w:hAnsi="Aptos"/>
          <w:b/>
          <w:i w:val="0"/>
          <w:color w:val="D76A00"/>
          <w:sz w:val="18"/>
        </w:rPr>
        <w:t xml:space="preserve">Criterion A: </w:t>
      </w:r>
      <w:r>
        <w:rPr>
          <w:rFonts w:ascii="Aptos" w:hAnsi="Aptos"/>
          <w:b w:val="0"/>
          <w:i w:val="0"/>
          <w:color w:val="202B38"/>
          <w:sz w:val="18"/>
        </w:rPr>
        <w:t>your research, audience understanding, and design brief. Score: ____ / 8</w:t>
      </w:r>
    </w:p>
    <w:p>
      <w:pPr>
        <w:spacing w:before="0" w:after="40" w:line="247" w:lineRule="auto"/>
      </w:pPr>
      <w:r>
        <w:rPr>
          <w:rFonts w:ascii="Aptos" w:hAnsi="Aptos"/>
          <w:b/>
          <w:i w:val="0"/>
          <w:color w:val="007C83"/>
          <w:sz w:val="18"/>
        </w:rPr>
        <w:t xml:space="preserve">Criterion B: </w:t>
      </w:r>
      <w:r>
        <w:rPr>
          <w:rFonts w:ascii="Aptos" w:hAnsi="Aptos"/>
          <w:b w:val="0"/>
          <w:i w:val="0"/>
          <w:color w:val="202B38"/>
          <w:sz w:val="18"/>
        </w:rPr>
        <w:t>your specification, ideas, chosen design, and final plan. Score: ____ / 8</w:t>
      </w:r>
    </w:p>
    <w:p>
      <w:pPr>
        <w:spacing w:before="0" w:after="40" w:line="247" w:lineRule="auto"/>
      </w:pPr>
      <w:r>
        <w:rPr>
          <w:rFonts w:ascii="Aptos" w:hAnsi="Aptos"/>
          <w:b/>
          <w:i w:val="0"/>
          <w:color w:val="17365D"/>
          <w:sz w:val="18"/>
        </w:rPr>
        <w:t xml:space="preserve">Final product: </w:t>
      </w:r>
      <w:r>
        <w:rPr>
          <w:rFonts w:ascii="Aptos" w:hAnsi="Aptos"/>
          <w:b w:val="0"/>
          <w:i w:val="0"/>
          <w:color w:val="202B38"/>
          <w:sz w:val="18"/>
        </w:rPr>
        <w:t>your finished poster must be readable, personal, and appropriate for Grade 6 peers. It supports the evidence but is not a separate criterion score on this page.</w:t>
      </w:r>
    </w:p>
    <w:p>
      <w:r>
        <w:br w:type="page"/>
      </w:r>
    </w:p>
    <w:tbl>
      <w:tblPr>
        <w:tblW w:type="auto" w:w="0"/>
        <w:tblLayout w:type="fixed"/>
        <w:tblLook w:firstColumn="1" w:firstRow="1" w:lastColumn="0" w:lastRow="0" w:noHBand="0" w:noVBand="1" w:val="04A0"/>
      </w:tblPr>
      <w:tblGrid>
        <w:gridCol w:w="5328"/>
        <w:gridCol w:w="5328"/>
      </w:tblGrid>
      <w:tr>
        <w:tc>
          <w:tcPr>
            <w:tcW w:type="dxa" w:w="7056"/>
            <w:shd w:fill="17365D"/>
            <w:tcMar>
              <w:top w:w="75" w:type="dxa"/>
              <w:bottom w:w="75" w:type="dxa"/>
              <w:start w:w="120" w:type="dxa"/>
              <w:end w:w="120" w:type="dxa"/>
            </w:tcMar>
            <w:vAlign w:val="center"/>
          </w:tcPr>
          <w:p>
            <w:pPr>
              <w:spacing w:before="0" w:after="0" w:line="247" w:lineRule="auto"/>
            </w:pPr>
            <w:r>
              <w:rPr>
                <w:rFonts w:ascii="Aptos" w:hAnsi="Aptos"/>
                <w:b/>
                <w:i w:val="0"/>
                <w:color w:val="FFFFFF"/>
                <w:sz w:val="17"/>
              </w:rPr>
              <w:t>HANDOUT 7 • SUMMATIVE</w:t>
            </w:r>
          </w:p>
        </w:tc>
        <w:tc>
          <w:tcPr>
            <w:tcW w:type="dxa" w:w="2880"/>
            <w:shd w:fill="17365D"/>
            <w:tcMar>
              <w:top w:w="75" w:type="dxa"/>
              <w:bottom w:w="75" w:type="dxa"/>
              <w:start w:w="120" w:type="dxa"/>
              <w:end w:w="120" w:type="dxa"/>
            </w:tcMar>
            <w:vAlign w:val="center"/>
          </w:tcPr>
          <w:p>
            <w:pPr>
              <w:spacing w:before="0" w:after="0" w:line="247" w:lineRule="auto"/>
              <w:jc w:val="right"/>
            </w:pPr>
            <w:r>
              <w:rPr>
                <w:rFonts w:ascii="Aptos" w:hAnsi="Aptos"/>
                <w:b/>
                <w:i w:val="0"/>
                <w:color w:val="FFFFFF"/>
                <w:sz w:val="17"/>
              </w:rPr>
              <w:t>CRITERION A</w:t>
            </w:r>
          </w:p>
        </w:tc>
      </w:tr>
    </w:tbl>
    <w:p>
      <w:pPr>
        <w:spacing w:before="120" w:after="60" w:line="247" w:lineRule="auto"/>
      </w:pPr>
      <w:r>
        <w:rPr>
          <w:rFonts w:ascii="Aptos" w:hAnsi="Aptos"/>
          <w:b/>
          <w:i w:val="0"/>
          <w:color w:val="D76A00"/>
          <w:sz w:val="42"/>
        </w:rPr>
        <w:t>Section 1 — Criterion A: Inquiring and analysing</w:t>
      </w:r>
    </w:p>
    <w:tbl>
      <w:tblPr>
        <w:tblW w:type="auto" w:w="0"/>
        <w:tblLayout w:type="fixed"/>
        <w:tblLook w:firstColumn="1" w:firstRow="1" w:lastColumn="0" w:lastRow="0" w:noHBand="0" w:noVBand="1" w:val="04A0"/>
      </w:tblPr>
      <w:tblGrid>
        <w:gridCol w:w="5328"/>
        <w:gridCol w:w="5328"/>
      </w:tblGrid>
      <w:tr>
        <w:tc>
          <w:tcPr>
            <w:tcW w:type="dxa" w:w="2664"/>
            <w:shd w:fill="FFF0DD"/>
            <w:tcBorders>
              <w:top w:val="single" w:sz="5" w:color="D76A00"/>
              <w:left w:val="single" w:sz="5" w:color="D76A00"/>
              <w:bottom w:val="single" w:sz="5" w:color="D76A00"/>
              <w:right w:val="single" w:sz="5" w:color="D76A00"/>
            </w:tcBorders>
            <w:tcMar>
              <w:top w:w="90" w:type="dxa"/>
              <w:bottom w:w="90" w:type="dxa"/>
              <w:start w:w="120" w:type="dxa"/>
              <w:end w:w="120" w:type="dxa"/>
            </w:tcMar>
          </w:tcPr>
          <w:p>
            <w:pPr>
              <w:spacing w:before="0" w:after="20" w:line="247" w:lineRule="auto"/>
            </w:pPr>
            <w:r>
              <w:rPr>
                <w:rFonts w:ascii="Aptos" w:hAnsi="Aptos"/>
                <w:b/>
                <w:i w:val="0"/>
                <w:color w:val="D76A00"/>
                <w:sz w:val="14"/>
              </w:rPr>
              <w:t>TODAY’S ASSESSMENT</w:t>
            </w:r>
          </w:p>
          <w:p>
            <w:pPr>
              <w:spacing w:before="0" w:after="0" w:line="247" w:lineRule="auto"/>
            </w:pPr>
            <w:r>
              <w:rPr>
                <w:rFonts w:ascii="Aptos" w:hAnsi="Aptos"/>
                <w:b/>
                <w:i w:val="0"/>
                <w:color w:val="D76A00"/>
                <w:sz w:val="22"/>
              </w:rPr>
              <w:t>CRITERION A</w:t>
            </w:r>
          </w:p>
        </w:tc>
        <w:tc>
          <w:tcPr>
            <w:tcW w:type="dxa" w:w="7272"/>
            <w:shd w:fill="FFF0DD"/>
            <w:tcBorders>
              <w:top w:val="single" w:sz="5" w:color="D76A00"/>
              <w:left w:val="single" w:sz="5" w:color="D76A00"/>
              <w:bottom w:val="single" w:sz="5" w:color="D76A00"/>
              <w:right w:val="single" w:sz="5" w:color="D76A00"/>
            </w:tcBorders>
            <w:tcMar>
              <w:top w:w="90" w:type="dxa"/>
              <w:bottom w:w="90" w:type="dxa"/>
              <w:start w:w="120" w:type="dxa"/>
              <w:end w:w="120" w:type="dxa"/>
            </w:tcMar>
          </w:tcPr>
          <w:p>
            <w:pPr>
              <w:spacing w:before="0" w:after="20" w:line="247" w:lineRule="auto"/>
            </w:pPr>
            <w:r>
              <w:rPr>
                <w:rFonts w:ascii="Aptos" w:hAnsi="Aptos"/>
                <w:b/>
                <w:i w:val="0"/>
                <w:color w:val="D76A00"/>
                <w:sz w:val="14"/>
              </w:rPr>
              <w:t>SUMMATIVE ASSESSMENT</w:t>
            </w:r>
          </w:p>
          <w:p>
            <w:pPr>
              <w:spacing w:before="0" w:after="0" w:line="247" w:lineRule="auto"/>
            </w:pPr>
            <w:r>
              <w:rPr>
                <w:rFonts w:ascii="Aptos" w:hAnsi="Aptos"/>
                <w:b/>
                <w:i w:val="0"/>
                <w:color w:val="202B38"/>
                <w:sz w:val="18"/>
              </w:rPr>
              <w:t>You are graded on how well you explain the need, research existing posters, analyse them, and write a clear design brief.</w:t>
            </w:r>
          </w:p>
        </w:tc>
      </w:tr>
    </w:tbl>
    <w:p>
      <w:pPr>
        <w:spacing w:before="20" w:after="80" w:line="247" w:lineRule="auto"/>
      </w:pPr>
      <w:r>
        <w:rPr>
          <w:rFonts w:ascii="Aptos" w:hAnsi="Aptos"/>
          <w:b/>
          <w:i w:val="0"/>
          <w:color w:val="D76A00"/>
          <w:sz w:val="17"/>
        </w:rPr>
        <w:t xml:space="preserve">For this handout, your teacher records a score for Criterion A only. </w:t>
      </w:r>
      <w:r>
        <w:rPr>
          <w:rFonts w:ascii="Aptos" w:hAnsi="Aptos"/>
          <w:b w:val="0"/>
          <w:i w:val="0"/>
          <w:color w:val="202B38"/>
          <w:sz w:val="17"/>
        </w:rPr>
        <w:t>The other criteria are not being graded on this task.</w:t>
      </w:r>
    </w:p>
    <w:p>
      <w:pPr>
        <w:spacing w:before="80" w:after="40" w:line="247" w:lineRule="auto"/>
      </w:pPr>
      <w:r>
        <w:rPr>
          <w:rFonts w:ascii="Aptos" w:hAnsi="Aptos"/>
          <w:b/>
          <w:i w:val="0"/>
          <w:color w:val="D76A00"/>
          <w:sz w:val="24"/>
        </w:rPr>
        <w:t>Follow these steps</w:t>
      </w:r>
    </w:p>
    <w:tbl>
      <w:tblPr>
        <w:tblW w:type="auto" w:w="0"/>
        <w:tblLayout w:type="fixed"/>
        <w:tblLook w:firstColumn="1" w:firstRow="1" w:lastColumn="0" w:lastRow="0" w:noHBand="0" w:noVBand="1" w:val="04A0"/>
      </w:tblPr>
      <w:tblGrid>
        <w:gridCol w:w="5328"/>
        <w:gridCol w:w="5328"/>
      </w:tblGrid>
      <w:tr>
        <w:tc>
          <w:tcPr>
            <w:tcW w:type="dxa" w:w="5328"/>
            <w:tcBorders>
              <w:top w:val="single" w:sz="5" w:color="C9D6E3"/>
              <w:left w:val="single" w:sz="5" w:color="C9D6E3"/>
              <w:bottom w:val="single" w:sz="5" w:color="C9D6E3"/>
              <w:right w:val="single" w:sz="5" w:color="C9D6E3"/>
            </w:tcBorders>
            <w:tcMar>
              <w:top w:w="80" w:type="dxa"/>
              <w:bottom w:w="80" w:type="dxa"/>
              <w:start w:w="120" w:type="dxa"/>
              <w:end w:w="120" w:type="dxa"/>
            </w:tcMar>
            <w:shd w:fill="D76A00"/>
          </w:tcPr>
          <w:p>
            <w:pPr>
              <w:spacing w:before="0" w:after="0" w:line="247" w:lineRule="auto"/>
              <w:jc w:val="center"/>
            </w:pPr>
            <w:r>
              <w:rPr>
                <w:rFonts w:ascii="Aptos" w:hAnsi="Aptos"/>
                <w:b/>
                <w:i w:val="0"/>
                <w:color w:val="FFFFFF"/>
                <w:sz w:val="20"/>
              </w:rPr>
              <w:t>1</w:t>
            </w:r>
          </w:p>
        </w:tc>
        <w:tc>
          <w:tcPr>
            <w:tcW w:type="dxa" w:w="5328"/>
            <w:tcBorders>
              <w:top w:val="single" w:sz="5" w:color="C9D6E3"/>
              <w:left w:val="single" w:sz="5" w:color="C9D6E3"/>
              <w:bottom w:val="single" w:sz="5" w:color="C9D6E3"/>
              <w:right w:val="single" w:sz="5" w:color="C9D6E3"/>
            </w:tcBorders>
            <w:tcMar>
              <w:top w:w="80" w:type="dxa"/>
              <w:bottom w:w="80" w:type="dxa"/>
              <w:start w:w="120" w:type="dxa"/>
              <w:end w:w="120" w:type="dxa"/>
            </w:tcMar>
          </w:tcPr>
          <w:p>
            <w:pPr>
              <w:spacing w:before="0" w:after="20" w:line="247" w:lineRule="auto"/>
            </w:pPr>
            <w:r>
              <w:rPr>
                <w:rFonts w:ascii="Aptos" w:hAnsi="Aptos"/>
                <w:b/>
                <w:i w:val="0"/>
                <w:color w:val="D76A00"/>
                <w:sz w:val="18"/>
              </w:rPr>
              <w:t xml:space="preserve">State the design need. </w:t>
            </w:r>
            <w:r>
              <w:rPr>
                <w:rFonts w:ascii="Aptos" w:hAnsi="Aptos"/>
                <w:b w:val="0"/>
                <w:i w:val="0"/>
                <w:color w:val="202B38"/>
                <w:sz w:val="18"/>
              </w:rPr>
              <w:t>Write why a personal identity poster is useful in this class. Name the audience: other Grade 6 students.</w:t>
            </w:r>
          </w:p>
        </w:tc>
      </w:tr>
      <w:tr>
        <w:tc>
          <w:tcPr>
            <w:tcW w:type="dxa" w:w="5328"/>
            <w:tcBorders>
              <w:top w:val="single" w:sz="5" w:color="C9D6E3"/>
              <w:left w:val="single" w:sz="5" w:color="C9D6E3"/>
              <w:bottom w:val="single" w:sz="5" w:color="C9D6E3"/>
              <w:right w:val="single" w:sz="5" w:color="C9D6E3"/>
            </w:tcBorders>
            <w:tcMar>
              <w:top w:w="80" w:type="dxa"/>
              <w:bottom w:w="80" w:type="dxa"/>
              <w:start w:w="120" w:type="dxa"/>
              <w:end w:w="120" w:type="dxa"/>
            </w:tcMar>
            <w:shd w:fill="D76A00"/>
          </w:tcPr>
          <w:p>
            <w:pPr>
              <w:spacing w:before="0" w:after="0" w:line="247" w:lineRule="auto"/>
              <w:jc w:val="center"/>
            </w:pPr>
            <w:r>
              <w:rPr>
                <w:rFonts w:ascii="Aptos" w:hAnsi="Aptos"/>
                <w:b/>
                <w:i w:val="0"/>
                <w:color w:val="FFFFFF"/>
                <w:sz w:val="20"/>
              </w:rPr>
              <w:t>2</w:t>
            </w:r>
          </w:p>
        </w:tc>
        <w:tc>
          <w:tcPr>
            <w:tcW w:type="dxa" w:w="5328"/>
            <w:tcBorders>
              <w:top w:val="single" w:sz="5" w:color="C9D6E3"/>
              <w:left w:val="single" w:sz="5" w:color="C9D6E3"/>
              <w:bottom w:val="single" w:sz="5" w:color="C9D6E3"/>
              <w:right w:val="single" w:sz="5" w:color="C9D6E3"/>
            </w:tcBorders>
            <w:tcMar>
              <w:top w:w="80" w:type="dxa"/>
              <w:bottom w:w="80" w:type="dxa"/>
              <w:start w:w="120" w:type="dxa"/>
              <w:end w:w="120" w:type="dxa"/>
            </w:tcMar>
          </w:tcPr>
          <w:p>
            <w:pPr>
              <w:spacing w:before="0" w:after="20" w:line="247" w:lineRule="auto"/>
            </w:pPr>
            <w:r>
              <w:rPr>
                <w:rFonts w:ascii="Aptos" w:hAnsi="Aptos"/>
                <w:b/>
                <w:i w:val="0"/>
                <w:color w:val="D76A00"/>
                <w:sz w:val="18"/>
              </w:rPr>
              <w:t xml:space="preserve">Research three existing posters. </w:t>
            </w:r>
            <w:r>
              <w:rPr>
                <w:rFonts w:ascii="Aptos" w:hAnsi="Aptos"/>
                <w:b w:val="0"/>
                <w:i w:val="0"/>
                <w:color w:val="202B38"/>
                <w:sz w:val="18"/>
              </w:rPr>
              <w:t>Choose three identity, ‘about me’, or personal-brand posters. Include an image or link for each. Do not use the same poster three times.</w:t>
            </w:r>
          </w:p>
        </w:tc>
      </w:tr>
      <w:tr>
        <w:tc>
          <w:tcPr>
            <w:tcW w:type="dxa" w:w="5328"/>
            <w:tcBorders>
              <w:top w:val="single" w:sz="5" w:color="C9D6E3"/>
              <w:left w:val="single" w:sz="5" w:color="C9D6E3"/>
              <w:bottom w:val="single" w:sz="5" w:color="C9D6E3"/>
              <w:right w:val="single" w:sz="5" w:color="C9D6E3"/>
            </w:tcBorders>
            <w:tcMar>
              <w:top w:w="80" w:type="dxa"/>
              <w:bottom w:w="80" w:type="dxa"/>
              <w:start w:w="120" w:type="dxa"/>
              <w:end w:w="120" w:type="dxa"/>
            </w:tcMar>
            <w:shd w:fill="D76A00"/>
          </w:tcPr>
          <w:p>
            <w:pPr>
              <w:spacing w:before="0" w:after="0" w:line="247" w:lineRule="auto"/>
              <w:jc w:val="center"/>
            </w:pPr>
            <w:r>
              <w:rPr>
                <w:rFonts w:ascii="Aptos" w:hAnsi="Aptos"/>
                <w:b/>
                <w:i w:val="0"/>
                <w:color w:val="FFFFFF"/>
                <w:sz w:val="20"/>
              </w:rPr>
              <w:t>3</w:t>
            </w:r>
          </w:p>
        </w:tc>
        <w:tc>
          <w:tcPr>
            <w:tcW w:type="dxa" w:w="5328"/>
            <w:tcBorders>
              <w:top w:val="single" w:sz="5" w:color="C9D6E3"/>
              <w:left w:val="single" w:sz="5" w:color="C9D6E3"/>
              <w:bottom w:val="single" w:sz="5" w:color="C9D6E3"/>
              <w:right w:val="single" w:sz="5" w:color="C9D6E3"/>
            </w:tcBorders>
            <w:tcMar>
              <w:top w:w="80" w:type="dxa"/>
              <w:bottom w:w="80" w:type="dxa"/>
              <w:start w:w="120" w:type="dxa"/>
              <w:end w:w="120" w:type="dxa"/>
            </w:tcMar>
          </w:tcPr>
          <w:p>
            <w:pPr>
              <w:spacing w:before="0" w:after="20" w:line="247" w:lineRule="auto"/>
            </w:pPr>
            <w:r>
              <w:rPr>
                <w:rFonts w:ascii="Aptos" w:hAnsi="Aptos"/>
                <w:b/>
                <w:i w:val="0"/>
                <w:color w:val="D76A00"/>
                <w:sz w:val="18"/>
              </w:rPr>
              <w:t xml:space="preserve">Analyse each poster. </w:t>
            </w:r>
            <w:r>
              <w:rPr>
                <w:rFonts w:ascii="Aptos" w:hAnsi="Aptos"/>
                <w:b w:val="0"/>
                <w:i w:val="0"/>
                <w:color w:val="202B38"/>
                <w:sz w:val="18"/>
              </w:rPr>
              <w:t>For every poster, explain one visual choice that helps communication and one choice you would avoid in your own work. Mention image, type, colour, hierarchy, or layout.</w:t>
            </w:r>
          </w:p>
        </w:tc>
      </w:tr>
      <w:tr>
        <w:tc>
          <w:tcPr>
            <w:tcW w:type="dxa" w:w="5328"/>
            <w:tcBorders>
              <w:top w:val="single" w:sz="5" w:color="C9D6E3"/>
              <w:left w:val="single" w:sz="5" w:color="C9D6E3"/>
              <w:bottom w:val="single" w:sz="5" w:color="C9D6E3"/>
              <w:right w:val="single" w:sz="5" w:color="C9D6E3"/>
            </w:tcBorders>
            <w:tcMar>
              <w:top w:w="80" w:type="dxa"/>
              <w:bottom w:w="80" w:type="dxa"/>
              <w:start w:w="120" w:type="dxa"/>
              <w:end w:w="120" w:type="dxa"/>
            </w:tcMar>
            <w:shd w:fill="D76A00"/>
          </w:tcPr>
          <w:p>
            <w:pPr>
              <w:spacing w:before="0" w:after="0" w:line="247" w:lineRule="auto"/>
              <w:jc w:val="center"/>
            </w:pPr>
            <w:r>
              <w:rPr>
                <w:rFonts w:ascii="Aptos" w:hAnsi="Aptos"/>
                <w:b/>
                <w:i w:val="0"/>
                <w:color w:val="FFFFFF"/>
                <w:sz w:val="20"/>
              </w:rPr>
              <w:t>4</w:t>
            </w:r>
          </w:p>
        </w:tc>
        <w:tc>
          <w:tcPr>
            <w:tcW w:type="dxa" w:w="5328"/>
            <w:tcBorders>
              <w:top w:val="single" w:sz="5" w:color="C9D6E3"/>
              <w:left w:val="single" w:sz="5" w:color="C9D6E3"/>
              <w:bottom w:val="single" w:sz="5" w:color="C9D6E3"/>
              <w:right w:val="single" w:sz="5" w:color="C9D6E3"/>
            </w:tcBorders>
            <w:tcMar>
              <w:top w:w="80" w:type="dxa"/>
              <w:bottom w:w="80" w:type="dxa"/>
              <w:start w:w="120" w:type="dxa"/>
              <w:end w:w="120" w:type="dxa"/>
            </w:tcMar>
          </w:tcPr>
          <w:p>
            <w:pPr>
              <w:spacing w:before="0" w:after="20" w:line="247" w:lineRule="auto"/>
            </w:pPr>
            <w:r>
              <w:rPr>
                <w:rFonts w:ascii="Aptos" w:hAnsi="Aptos"/>
                <w:b/>
                <w:i w:val="0"/>
                <w:color w:val="D76A00"/>
                <w:sz w:val="18"/>
              </w:rPr>
              <w:t xml:space="preserve">Write your design brief. </w:t>
            </w:r>
            <w:r>
              <w:rPr>
                <w:rFonts w:ascii="Aptos" w:hAnsi="Aptos"/>
                <w:b w:val="0"/>
                <w:i w:val="0"/>
                <w:color w:val="202B38"/>
                <w:sz w:val="18"/>
              </w:rPr>
              <w:t>A design brief is a short statement explaining who needs the product, what it should communicate, and who will use it. Use the sentence frame below, then improve it with your own words.</w:t>
            </w:r>
          </w:p>
        </w:tc>
      </w:tr>
    </w:tbl>
    <w:p>
      <w:pPr>
        <w:spacing w:before="80" w:after="40" w:line="247" w:lineRule="auto"/>
      </w:pPr>
      <w:r>
        <w:rPr>
          <w:rFonts w:ascii="Aptos" w:hAnsi="Aptos"/>
          <w:b/>
          <w:i w:val="0"/>
          <w:color w:val="D76A00"/>
          <w:sz w:val="24"/>
        </w:rPr>
        <w:t>Criterion A writing frame</w:t>
      </w:r>
    </w:p>
    <w:tbl>
      <w:tblPr>
        <w:tblW w:type="auto" w:w="0"/>
        <w:tblLook w:firstColumn="1" w:firstRow="1" w:lastColumn="0" w:lastRow="0" w:noHBand="0" w:noVBand="1" w:val="04A0"/>
      </w:tblPr>
      <w:tblGrid>
        <w:gridCol w:w="10656"/>
      </w:tblGrid>
      <w:tr>
        <w:tc>
          <w:tcPr>
            <w:tcW w:type="dxa" w:w="10656"/>
            <w:tcBorders>
              <w:top w:val="single" w:sz="5" w:color="D76A00"/>
              <w:left w:val="single" w:sz="5" w:color="D76A00"/>
              <w:bottom w:val="single" w:sz="5" w:color="D76A00"/>
              <w:right w:val="single" w:sz="5" w:color="D76A00"/>
            </w:tcBorders>
            <w:tcMar>
              <w:top w:w="80" w:type="dxa"/>
              <w:bottom w:w="120" w:type="dxa"/>
              <w:start w:w="120" w:type="dxa"/>
              <w:end w:w="120" w:type="dxa"/>
            </w:tcMar>
            <w:shd w:fill="FFFFFF"/>
          </w:tcPr>
          <w:p>
            <w:pPr>
              <w:spacing w:before="0" w:after="60" w:line="247" w:lineRule="auto"/>
            </w:pPr>
            <w:r>
              <w:rPr>
                <w:rFonts w:ascii="Aptos" w:hAnsi="Aptos"/>
                <w:b/>
                <w:i w:val="0"/>
                <w:color w:val="D76A00"/>
                <w:sz w:val="17"/>
              </w:rPr>
              <w:t>Design need: A personal identity poster is useful because…</w:t>
            </w:r>
          </w:p>
          <w:p>
            <w:pPr>
              <w:spacing w:before="0" w:after="0" w:line="247" w:lineRule="auto"/>
            </w:pPr>
            <w:r>
              <w:rPr>
                <w:rFonts w:ascii="Aptos" w:hAnsi="Aptos"/>
                <w:b w:val="0"/>
                <w:i w:val="0"/>
                <w:color w:val="8B9AA8"/>
                <w:sz w:val="18"/>
              </w:rPr>
              <w:t>________________________________________________________________________________</w:t>
            </w:r>
          </w:p>
        </w:tc>
      </w:tr>
      <w:tr>
        <w:tc>
          <w:tcPr>
            <w:tcW w:type="dxa" w:w="10656"/>
            <w:tcBorders>
              <w:top w:val="single" w:sz="5" w:color="D76A00"/>
              <w:left w:val="single" w:sz="5" w:color="D76A00"/>
              <w:bottom w:val="single" w:sz="5" w:color="D76A00"/>
              <w:right w:val="single" w:sz="5" w:color="D76A00"/>
            </w:tcBorders>
            <w:tcMar>
              <w:top w:w="80" w:type="dxa"/>
              <w:bottom w:w="120" w:type="dxa"/>
              <w:start w:w="120" w:type="dxa"/>
              <w:end w:w="120" w:type="dxa"/>
            </w:tcMar>
            <w:shd w:fill="FFFFFF"/>
          </w:tcPr>
          <w:p>
            <w:pPr>
              <w:spacing w:before="0" w:after="60" w:line="247" w:lineRule="auto"/>
            </w:pPr>
            <w:r>
              <w:rPr>
                <w:rFonts w:ascii="Aptos" w:hAnsi="Aptos"/>
                <w:b/>
                <w:i w:val="0"/>
                <w:color w:val="D76A00"/>
                <w:sz w:val="17"/>
              </w:rPr>
              <w:t>Audience: My poster is for…  They need to understand…</w:t>
            </w:r>
          </w:p>
          <w:p>
            <w:pPr>
              <w:spacing w:before="0" w:after="0" w:line="247" w:lineRule="auto"/>
            </w:pPr>
            <w:r>
              <w:rPr>
                <w:rFonts w:ascii="Aptos" w:hAnsi="Aptos"/>
                <w:b w:val="0"/>
                <w:i w:val="0"/>
                <w:color w:val="8B9AA8"/>
                <w:sz w:val="18"/>
              </w:rPr>
              <w:t>________________________________________________________________________________</w:t>
            </w:r>
          </w:p>
        </w:tc>
      </w:tr>
      <w:tr>
        <w:tc>
          <w:tcPr>
            <w:tcW w:type="dxa" w:w="10656"/>
            <w:tcBorders>
              <w:top w:val="single" w:sz="5" w:color="D76A00"/>
              <w:left w:val="single" w:sz="5" w:color="D76A00"/>
              <w:bottom w:val="single" w:sz="5" w:color="D76A00"/>
              <w:right w:val="single" w:sz="5" w:color="D76A00"/>
            </w:tcBorders>
            <w:tcMar>
              <w:top w:w="80" w:type="dxa"/>
              <w:bottom w:w="120" w:type="dxa"/>
              <w:start w:w="120" w:type="dxa"/>
              <w:end w:w="120" w:type="dxa"/>
            </w:tcMar>
            <w:shd w:fill="FFFFFF"/>
          </w:tcPr>
          <w:p>
            <w:pPr>
              <w:spacing w:before="0" w:after="60" w:line="247" w:lineRule="auto"/>
            </w:pPr>
            <w:r>
              <w:rPr>
                <w:rFonts w:ascii="Aptos" w:hAnsi="Aptos"/>
                <w:b/>
                <w:i w:val="0"/>
                <w:color w:val="D76A00"/>
                <w:sz w:val="17"/>
              </w:rPr>
              <w:t>Design brief: I will design an A4 poster for… so that… It will communicate…</w:t>
            </w:r>
          </w:p>
          <w:p>
            <w:pPr>
              <w:spacing w:before="0" w:after="0" w:line="247" w:lineRule="auto"/>
            </w:pPr>
            <w:r>
              <w:rPr>
                <w:rFonts w:ascii="Aptos" w:hAnsi="Aptos"/>
                <w:b w:val="0"/>
                <w:i w:val="0"/>
                <w:color w:val="8B9AA8"/>
                <w:sz w:val="18"/>
              </w:rPr>
              <w:t>________________________________________________________________________________</w:t>
            </w:r>
          </w:p>
        </w:tc>
      </w:tr>
    </w:tbl>
    <w:p>
      <w:r>
        <w:br w:type="page"/>
      </w:r>
    </w:p>
    <w:tbl>
      <w:tblPr>
        <w:tblW w:type="auto" w:w="0"/>
        <w:tblLayout w:type="fixed"/>
        <w:tblLook w:firstColumn="1" w:firstRow="1" w:lastColumn="0" w:lastRow="0" w:noHBand="0" w:noVBand="1" w:val="04A0"/>
      </w:tblPr>
      <w:tblGrid>
        <w:gridCol w:w="5328"/>
        <w:gridCol w:w="5328"/>
      </w:tblGrid>
      <w:tr>
        <w:tc>
          <w:tcPr>
            <w:tcW w:type="dxa" w:w="7056"/>
            <w:shd w:fill="17365D"/>
            <w:tcMar>
              <w:top w:w="75" w:type="dxa"/>
              <w:bottom w:w="75" w:type="dxa"/>
              <w:start w:w="120" w:type="dxa"/>
              <w:end w:w="120" w:type="dxa"/>
            </w:tcMar>
            <w:vAlign w:val="center"/>
          </w:tcPr>
          <w:p>
            <w:pPr>
              <w:spacing w:before="0" w:after="0" w:line="247" w:lineRule="auto"/>
            </w:pPr>
            <w:r>
              <w:rPr>
                <w:rFonts w:ascii="Aptos" w:hAnsi="Aptos"/>
                <w:b/>
                <w:i w:val="0"/>
                <w:color w:val="FFFFFF"/>
                <w:sz w:val="17"/>
              </w:rPr>
              <w:t>HANDOUT 7 • SUMMATIVE • RUBRIC AND SCORE</w:t>
            </w:r>
          </w:p>
        </w:tc>
        <w:tc>
          <w:tcPr>
            <w:tcW w:type="dxa" w:w="2880"/>
            <w:shd w:fill="17365D"/>
            <w:tcMar>
              <w:top w:w="75" w:type="dxa"/>
              <w:bottom w:w="75" w:type="dxa"/>
              <w:start w:w="120" w:type="dxa"/>
              <w:end w:w="120" w:type="dxa"/>
            </w:tcMar>
            <w:vAlign w:val="center"/>
          </w:tcPr>
          <w:p>
            <w:pPr>
              <w:spacing w:before="0" w:after="0" w:line="247" w:lineRule="auto"/>
              <w:jc w:val="right"/>
            </w:pPr>
            <w:r>
              <w:rPr>
                <w:rFonts w:ascii="Aptos" w:hAnsi="Aptos"/>
                <w:b/>
                <w:i w:val="0"/>
                <w:color w:val="FFFFFF"/>
                <w:sz w:val="17"/>
              </w:rPr>
              <w:t>CRITERION A</w:t>
            </w:r>
          </w:p>
        </w:tc>
      </w:tr>
    </w:tbl>
    <w:p>
      <w:pPr>
        <w:spacing w:before="80" w:after="0" w:line="247" w:lineRule="auto"/>
      </w:pPr>
      <w:r>
        <w:rPr>
          <w:rFonts w:ascii="Aptos" w:hAnsi="Aptos"/>
          <w:b w:val="0"/>
          <w:i/>
          <w:color w:val="D76A00"/>
          <w:sz w:val="17"/>
        </w:rPr>
        <w:t>Continue using the evidence from the previous page.</w:t>
      </w:r>
    </w:p>
    <w:p>
      <w:pPr>
        <w:spacing w:before="80" w:after="40" w:line="247" w:lineRule="auto"/>
      </w:pPr>
      <w:r>
        <w:rPr>
          <w:rFonts w:ascii="Aptos" w:hAnsi="Aptos"/>
          <w:b/>
          <w:i w:val="0"/>
          <w:color w:val="D76A00"/>
          <w:sz w:val="24"/>
        </w:rPr>
        <w:t>Criterion A rubric • score out of 8</w:t>
      </w:r>
    </w:p>
    <w:tbl>
      <w:tblPr>
        <w:tblW w:type="auto" w:w="0"/>
        <w:tblLayout w:type="fixed"/>
        <w:tblLook w:firstColumn="1" w:firstRow="1" w:lastColumn="0" w:lastRow="0" w:noHBand="0" w:noVBand="1" w:val="04A0"/>
      </w:tblPr>
      <w:tblGrid>
        <w:gridCol w:w="5328"/>
        <w:gridCol w:w="5328"/>
      </w:tblGrid>
      <w:tr>
        <w:tc>
          <w:tcPr>
            <w:tcW w:type="dxa" w:w="1224"/>
            <w:shd w:fill="D76A00"/>
            <w:tcMar>
              <w:top w:w="55" w:type="dxa"/>
              <w:bottom w:w="55" w:type="dxa"/>
              <w:start w:w="120" w:type="dxa"/>
              <w:end w:w="120" w:type="dxa"/>
            </w:tcMar>
          </w:tcPr>
          <w:p>
            <w:pPr>
              <w:spacing w:before="0" w:after="0" w:line="247" w:lineRule="auto"/>
            </w:pPr>
            <w:r>
              <w:rPr>
                <w:rFonts w:ascii="Aptos" w:hAnsi="Aptos"/>
                <w:b/>
                <w:i w:val="0"/>
                <w:color w:val="FFFFFF"/>
                <w:sz w:val="15"/>
              </w:rPr>
              <w:t>SCORE</w:t>
            </w:r>
          </w:p>
        </w:tc>
        <w:tc>
          <w:tcPr>
            <w:tcW w:type="dxa" w:w="8712"/>
            <w:shd w:fill="D76A00"/>
            <w:tcMar>
              <w:top w:w="55" w:type="dxa"/>
              <w:bottom w:w="55" w:type="dxa"/>
              <w:start w:w="120" w:type="dxa"/>
              <w:end w:w="120" w:type="dxa"/>
            </w:tcMar>
          </w:tcPr>
          <w:p>
            <w:pPr>
              <w:spacing w:before="0" w:after="0" w:line="247" w:lineRule="auto"/>
            </w:pPr>
            <w:r>
              <w:rPr>
                <w:rFonts w:ascii="Aptos" w:hAnsi="Aptos"/>
                <w:b/>
                <w:i w:val="0"/>
                <w:color w:val="FFFFFF"/>
                <w:sz w:val="15"/>
              </w:rPr>
              <w:t>WHAT YOUR WORK SHOWS</w:t>
            </w:r>
          </w:p>
        </w:tc>
      </w:tr>
      <w:tr>
        <w:tc>
          <w:tcPr>
            <w:tcW w:type="dxa" w:w="5328"/>
            <w:tcBorders>
              <w:top w:val="single" w:sz="5" w:color="C9D6E3"/>
              <w:left w:val="single" w:sz="5" w:color="C9D6E3"/>
              <w:bottom w:val="single" w:sz="5" w:color="C9D6E3"/>
              <w:right w:val="single" w:sz="5" w:color="C9D6E3"/>
            </w:tcBorders>
            <w:tcMar>
              <w:top w:w="65" w:type="dxa"/>
              <w:bottom w:w="65" w:type="dxa"/>
              <w:start w:w="120" w:type="dxa"/>
              <w:end w:w="120" w:type="dxa"/>
            </w:tcMar>
            <w:shd w:fill="FFF0DD"/>
          </w:tcPr>
          <w:p>
            <w:pPr>
              <w:spacing w:before="0" w:after="0" w:line="247" w:lineRule="auto"/>
              <w:jc w:val="center"/>
            </w:pPr>
            <w:r>
              <w:rPr>
                <w:rFonts w:ascii="Aptos" w:hAnsi="Aptos"/>
                <w:b/>
                <w:i w:val="0"/>
                <w:color w:val="D76A00"/>
                <w:sz w:val="18"/>
              </w:rPr>
              <w:t>7–8</w:t>
            </w:r>
          </w:p>
        </w:tc>
        <w:tc>
          <w:tcPr>
            <w:tcW w:type="dxa" w:w="5328"/>
            <w:tcBorders>
              <w:top w:val="single" w:sz="5" w:color="C9D6E3"/>
              <w:left w:val="single" w:sz="5" w:color="C9D6E3"/>
              <w:bottom w:val="single" w:sz="5" w:color="C9D6E3"/>
              <w:right w:val="single" w:sz="5" w:color="C9D6E3"/>
            </w:tcBorders>
            <w:tcMar>
              <w:top w:w="65" w:type="dxa"/>
              <w:bottom w:w="65" w:type="dxa"/>
              <w:start w:w="120" w:type="dxa"/>
              <w:end w:w="120" w:type="dxa"/>
            </w:tcMar>
          </w:tcPr>
          <w:p>
            <w:pPr>
              <w:spacing w:before="0" w:after="0" w:line="247" w:lineRule="auto"/>
            </w:pPr>
            <w:r>
              <w:rPr>
                <w:rFonts w:ascii="Aptos" w:hAnsi="Aptos"/>
                <w:b w:val="0"/>
                <w:i w:val="0"/>
                <w:color w:val="202B38"/>
                <w:sz w:val="17"/>
              </w:rPr>
              <w:t>I make insightful links between audience, research, visual analysis, and a precise design brief that strongly guides my poster.</w:t>
            </w:r>
          </w:p>
        </w:tc>
      </w:tr>
      <w:tr>
        <w:tc>
          <w:tcPr>
            <w:tcW w:type="dxa" w:w="5328"/>
            <w:tcBorders>
              <w:top w:val="single" w:sz="5" w:color="C9D6E3"/>
              <w:left w:val="single" w:sz="5" w:color="C9D6E3"/>
              <w:bottom w:val="single" w:sz="5" w:color="C9D6E3"/>
              <w:right w:val="single" w:sz="5" w:color="C9D6E3"/>
            </w:tcBorders>
            <w:tcMar>
              <w:top w:w="65" w:type="dxa"/>
              <w:bottom w:w="65" w:type="dxa"/>
              <w:start w:w="120" w:type="dxa"/>
              <w:end w:w="120" w:type="dxa"/>
            </w:tcMar>
            <w:shd w:fill="FFF0DD"/>
          </w:tcPr>
          <w:p>
            <w:pPr>
              <w:spacing w:before="0" w:after="0" w:line="247" w:lineRule="auto"/>
              <w:jc w:val="center"/>
            </w:pPr>
            <w:r>
              <w:rPr>
                <w:rFonts w:ascii="Aptos" w:hAnsi="Aptos"/>
                <w:b/>
                <w:i w:val="0"/>
                <w:color w:val="D76A00"/>
                <w:sz w:val="18"/>
              </w:rPr>
              <w:t>5–6</w:t>
            </w:r>
          </w:p>
        </w:tc>
        <w:tc>
          <w:tcPr>
            <w:tcW w:type="dxa" w:w="5328"/>
            <w:tcBorders>
              <w:top w:val="single" w:sz="5" w:color="C9D6E3"/>
              <w:left w:val="single" w:sz="5" w:color="C9D6E3"/>
              <w:bottom w:val="single" w:sz="5" w:color="C9D6E3"/>
              <w:right w:val="single" w:sz="5" w:color="C9D6E3"/>
            </w:tcBorders>
            <w:tcMar>
              <w:top w:w="65" w:type="dxa"/>
              <w:bottom w:w="65" w:type="dxa"/>
              <w:start w:w="120" w:type="dxa"/>
              <w:end w:w="120" w:type="dxa"/>
            </w:tcMar>
          </w:tcPr>
          <w:p>
            <w:pPr>
              <w:spacing w:before="0" w:after="0" w:line="247" w:lineRule="auto"/>
            </w:pPr>
            <w:r>
              <w:rPr>
                <w:rFonts w:ascii="Aptos" w:hAnsi="Aptos"/>
                <w:b w:val="0"/>
                <w:i w:val="0"/>
                <w:color w:val="202B38"/>
                <w:sz w:val="17"/>
              </w:rPr>
              <w:t>I clearly explain the need, use relevant research, analyse useful poster choices, and write a focused brief for Grade 6 peers.</w:t>
            </w:r>
          </w:p>
        </w:tc>
      </w:tr>
      <w:tr>
        <w:tc>
          <w:tcPr>
            <w:tcW w:type="dxa" w:w="5328"/>
            <w:tcBorders>
              <w:top w:val="single" w:sz="5" w:color="C9D6E3"/>
              <w:left w:val="single" w:sz="5" w:color="C9D6E3"/>
              <w:bottom w:val="single" w:sz="5" w:color="C9D6E3"/>
              <w:right w:val="single" w:sz="5" w:color="C9D6E3"/>
            </w:tcBorders>
            <w:tcMar>
              <w:top w:w="65" w:type="dxa"/>
              <w:bottom w:w="65" w:type="dxa"/>
              <w:start w:w="120" w:type="dxa"/>
              <w:end w:w="120" w:type="dxa"/>
            </w:tcMar>
            <w:shd w:fill="FFF0DD"/>
          </w:tcPr>
          <w:p>
            <w:pPr>
              <w:spacing w:before="0" w:after="0" w:line="247" w:lineRule="auto"/>
              <w:jc w:val="center"/>
            </w:pPr>
            <w:r>
              <w:rPr>
                <w:rFonts w:ascii="Aptos" w:hAnsi="Aptos"/>
                <w:b/>
                <w:i w:val="0"/>
                <w:color w:val="D76A00"/>
                <w:sz w:val="18"/>
              </w:rPr>
              <w:t>3–4</w:t>
            </w:r>
          </w:p>
        </w:tc>
        <w:tc>
          <w:tcPr>
            <w:tcW w:type="dxa" w:w="5328"/>
            <w:tcBorders>
              <w:top w:val="single" w:sz="5" w:color="C9D6E3"/>
              <w:left w:val="single" w:sz="5" w:color="C9D6E3"/>
              <w:bottom w:val="single" w:sz="5" w:color="C9D6E3"/>
              <w:right w:val="single" w:sz="5" w:color="C9D6E3"/>
            </w:tcBorders>
            <w:tcMar>
              <w:top w:w="65" w:type="dxa"/>
              <w:bottom w:w="65" w:type="dxa"/>
              <w:start w:w="120" w:type="dxa"/>
              <w:end w:w="120" w:type="dxa"/>
            </w:tcMar>
          </w:tcPr>
          <w:p>
            <w:pPr>
              <w:spacing w:before="0" w:after="0" w:line="247" w:lineRule="auto"/>
            </w:pPr>
            <w:r>
              <w:rPr>
                <w:rFonts w:ascii="Aptos" w:hAnsi="Aptos"/>
                <w:b w:val="0"/>
                <w:i w:val="0"/>
                <w:color w:val="202B38"/>
                <w:sz w:val="17"/>
              </w:rPr>
              <w:t>I included some research and a basic brief, but my analysis is mostly description rather than explanation.</w:t>
            </w:r>
          </w:p>
        </w:tc>
      </w:tr>
      <w:tr>
        <w:tc>
          <w:tcPr>
            <w:tcW w:type="dxa" w:w="5328"/>
            <w:tcBorders>
              <w:top w:val="single" w:sz="5" w:color="C9D6E3"/>
              <w:left w:val="single" w:sz="5" w:color="C9D6E3"/>
              <w:bottom w:val="single" w:sz="5" w:color="C9D6E3"/>
              <w:right w:val="single" w:sz="5" w:color="C9D6E3"/>
            </w:tcBorders>
            <w:tcMar>
              <w:top w:w="65" w:type="dxa"/>
              <w:bottom w:w="65" w:type="dxa"/>
              <w:start w:w="120" w:type="dxa"/>
              <w:end w:w="120" w:type="dxa"/>
            </w:tcMar>
            <w:shd w:fill="FFF0DD"/>
          </w:tcPr>
          <w:p>
            <w:pPr>
              <w:spacing w:before="0" w:after="0" w:line="247" w:lineRule="auto"/>
              <w:jc w:val="center"/>
            </w:pPr>
            <w:r>
              <w:rPr>
                <w:rFonts w:ascii="Aptos" w:hAnsi="Aptos"/>
                <w:b/>
                <w:i w:val="0"/>
                <w:color w:val="D76A00"/>
                <w:sz w:val="18"/>
              </w:rPr>
              <w:t>1–2</w:t>
            </w:r>
          </w:p>
        </w:tc>
        <w:tc>
          <w:tcPr>
            <w:tcW w:type="dxa" w:w="5328"/>
            <w:tcBorders>
              <w:top w:val="single" w:sz="5" w:color="C9D6E3"/>
              <w:left w:val="single" w:sz="5" w:color="C9D6E3"/>
              <w:bottom w:val="single" w:sz="5" w:color="C9D6E3"/>
              <w:right w:val="single" w:sz="5" w:color="C9D6E3"/>
            </w:tcBorders>
            <w:tcMar>
              <w:top w:w="65" w:type="dxa"/>
              <w:bottom w:w="65" w:type="dxa"/>
              <w:start w:w="120" w:type="dxa"/>
              <w:end w:w="120" w:type="dxa"/>
            </w:tcMar>
          </w:tcPr>
          <w:p>
            <w:pPr>
              <w:spacing w:before="0" w:after="0" w:line="247" w:lineRule="auto"/>
            </w:pPr>
            <w:r>
              <w:rPr>
                <w:rFonts w:ascii="Aptos" w:hAnsi="Aptos"/>
                <w:b w:val="0"/>
                <w:i w:val="0"/>
                <w:color w:val="202B38"/>
                <w:sz w:val="17"/>
              </w:rPr>
              <w:t>My need, research, analysis, or brief is missing, unclear, or not connected to the poster.</w:t>
            </w:r>
          </w:p>
        </w:tc>
      </w:tr>
    </w:tbl>
    <w:p>
      <w:pPr>
        <w:spacing w:before="80" w:after="0" w:line="247" w:lineRule="auto"/>
      </w:pPr>
      <w:r>
        <w:rPr>
          <w:rFonts w:ascii="Aptos" w:hAnsi="Aptos"/>
          <w:b/>
          <w:i w:val="0"/>
          <w:color w:val="D76A00"/>
          <w:sz w:val="20"/>
        </w:rPr>
        <w:t xml:space="preserve">Teacher score — Criterion A: </w:t>
      </w:r>
      <w:r>
        <w:rPr>
          <w:rFonts w:ascii="Aptos" w:hAnsi="Aptos"/>
          <w:b/>
          <w:i w:val="0"/>
          <w:color w:val="202B38"/>
          <w:sz w:val="20"/>
        </w:rPr>
        <w:t>____ / 8</w:t>
      </w:r>
    </w:p>
    <w:p>
      <w:r>
        <w:br w:type="page"/>
      </w:r>
    </w:p>
    <w:tbl>
      <w:tblPr>
        <w:tblW w:type="auto" w:w="0"/>
        <w:tblLayout w:type="fixed"/>
        <w:tblLook w:firstColumn="1" w:firstRow="1" w:lastColumn="0" w:lastRow="0" w:noHBand="0" w:noVBand="1" w:val="04A0"/>
      </w:tblPr>
      <w:tblGrid>
        <w:gridCol w:w="5328"/>
        <w:gridCol w:w="5328"/>
      </w:tblGrid>
      <w:tr>
        <w:tc>
          <w:tcPr>
            <w:tcW w:type="dxa" w:w="7056"/>
            <w:shd w:fill="17365D"/>
            <w:tcMar>
              <w:top w:w="75" w:type="dxa"/>
              <w:bottom w:w="75" w:type="dxa"/>
              <w:start w:w="120" w:type="dxa"/>
              <w:end w:w="120" w:type="dxa"/>
            </w:tcMar>
            <w:vAlign w:val="center"/>
          </w:tcPr>
          <w:p>
            <w:pPr>
              <w:spacing w:before="0" w:after="0" w:line="247" w:lineRule="auto"/>
            </w:pPr>
            <w:r>
              <w:rPr>
                <w:rFonts w:ascii="Aptos" w:hAnsi="Aptos"/>
                <w:b/>
                <w:i w:val="0"/>
                <w:color w:val="FFFFFF"/>
                <w:sz w:val="17"/>
              </w:rPr>
              <w:t>HANDOUT 7 • SUMMATIVE</w:t>
            </w:r>
          </w:p>
        </w:tc>
        <w:tc>
          <w:tcPr>
            <w:tcW w:type="dxa" w:w="2880"/>
            <w:shd w:fill="17365D"/>
            <w:tcMar>
              <w:top w:w="75" w:type="dxa"/>
              <w:bottom w:w="75" w:type="dxa"/>
              <w:start w:w="120" w:type="dxa"/>
              <w:end w:w="120" w:type="dxa"/>
            </w:tcMar>
            <w:vAlign w:val="center"/>
          </w:tcPr>
          <w:p>
            <w:pPr>
              <w:spacing w:before="0" w:after="0" w:line="247" w:lineRule="auto"/>
              <w:jc w:val="right"/>
            </w:pPr>
            <w:r>
              <w:rPr>
                <w:rFonts w:ascii="Aptos" w:hAnsi="Aptos"/>
                <w:b/>
                <w:i w:val="0"/>
                <w:color w:val="FFFFFF"/>
                <w:sz w:val="17"/>
              </w:rPr>
              <w:t>CRITERION B</w:t>
            </w:r>
          </w:p>
        </w:tc>
      </w:tr>
    </w:tbl>
    <w:p>
      <w:pPr>
        <w:spacing w:before="120" w:after="60" w:line="247" w:lineRule="auto"/>
      </w:pPr>
      <w:r>
        <w:rPr>
          <w:rFonts w:ascii="Aptos" w:hAnsi="Aptos"/>
          <w:b/>
          <w:i w:val="0"/>
          <w:color w:val="007C83"/>
          <w:sz w:val="42"/>
        </w:rPr>
        <w:t>Section 2 — Criterion B: Developing ideas</w:t>
      </w:r>
    </w:p>
    <w:tbl>
      <w:tblPr>
        <w:tblW w:type="auto" w:w="0"/>
        <w:tblLayout w:type="fixed"/>
        <w:tblLook w:firstColumn="1" w:firstRow="1" w:lastColumn="0" w:lastRow="0" w:noHBand="0" w:noVBand="1" w:val="04A0"/>
      </w:tblPr>
      <w:tblGrid>
        <w:gridCol w:w="5328"/>
        <w:gridCol w:w="5328"/>
      </w:tblGrid>
      <w:tr>
        <w:tc>
          <w:tcPr>
            <w:tcW w:type="dxa" w:w="2664"/>
            <w:shd w:fill="E1F4F3"/>
            <w:tcBorders>
              <w:top w:val="single" w:sz="5" w:color="007C83"/>
              <w:left w:val="single" w:sz="5" w:color="007C83"/>
              <w:bottom w:val="single" w:sz="5" w:color="007C83"/>
              <w:right w:val="single" w:sz="5" w:color="007C83"/>
            </w:tcBorders>
            <w:tcMar>
              <w:top w:w="90" w:type="dxa"/>
              <w:bottom w:w="90" w:type="dxa"/>
              <w:start w:w="120" w:type="dxa"/>
              <w:end w:w="120" w:type="dxa"/>
            </w:tcMar>
          </w:tcPr>
          <w:p>
            <w:pPr>
              <w:spacing w:before="0" w:after="20" w:line="247" w:lineRule="auto"/>
            </w:pPr>
            <w:r>
              <w:rPr>
                <w:rFonts w:ascii="Aptos" w:hAnsi="Aptos"/>
                <w:b/>
                <w:i w:val="0"/>
                <w:color w:val="007C83"/>
                <w:sz w:val="14"/>
              </w:rPr>
              <w:t>TODAY’S ASSESSMENT</w:t>
            </w:r>
          </w:p>
          <w:p>
            <w:pPr>
              <w:spacing w:before="0" w:after="0" w:line="247" w:lineRule="auto"/>
            </w:pPr>
            <w:r>
              <w:rPr>
                <w:rFonts w:ascii="Aptos" w:hAnsi="Aptos"/>
                <w:b/>
                <w:i w:val="0"/>
                <w:color w:val="007C83"/>
                <w:sz w:val="22"/>
              </w:rPr>
              <w:t>CRITERION B</w:t>
            </w:r>
          </w:p>
        </w:tc>
        <w:tc>
          <w:tcPr>
            <w:tcW w:type="dxa" w:w="7272"/>
            <w:shd w:fill="E1F4F3"/>
            <w:tcBorders>
              <w:top w:val="single" w:sz="5" w:color="007C83"/>
              <w:left w:val="single" w:sz="5" w:color="007C83"/>
              <w:bottom w:val="single" w:sz="5" w:color="007C83"/>
              <w:right w:val="single" w:sz="5" w:color="007C83"/>
            </w:tcBorders>
            <w:tcMar>
              <w:top w:w="90" w:type="dxa"/>
              <w:bottom w:w="90" w:type="dxa"/>
              <w:start w:w="120" w:type="dxa"/>
              <w:end w:w="120" w:type="dxa"/>
            </w:tcMar>
          </w:tcPr>
          <w:p>
            <w:pPr>
              <w:spacing w:before="0" w:after="20" w:line="247" w:lineRule="auto"/>
            </w:pPr>
            <w:r>
              <w:rPr>
                <w:rFonts w:ascii="Aptos" w:hAnsi="Aptos"/>
                <w:b/>
                <w:i w:val="0"/>
                <w:color w:val="007C83"/>
                <w:sz w:val="14"/>
              </w:rPr>
              <w:t>SUMMATIVE ASSESSMENT</w:t>
            </w:r>
          </w:p>
          <w:p>
            <w:pPr>
              <w:spacing w:before="0" w:after="0" w:line="247" w:lineRule="auto"/>
            </w:pPr>
            <w:r>
              <w:rPr>
                <w:rFonts w:ascii="Aptos" w:hAnsi="Aptos"/>
                <w:b/>
                <w:i w:val="0"/>
                <w:color w:val="202B38"/>
                <w:sz w:val="18"/>
              </w:rPr>
              <w:t>You are graded on how clearly you set requirements, develop ideas, choose one direction, and plan the final poster.</w:t>
            </w:r>
          </w:p>
        </w:tc>
      </w:tr>
    </w:tbl>
    <w:p>
      <w:pPr>
        <w:spacing w:before="20" w:after="80" w:line="247" w:lineRule="auto"/>
      </w:pPr>
      <w:r>
        <w:rPr>
          <w:rFonts w:ascii="Aptos" w:hAnsi="Aptos"/>
          <w:b/>
          <w:i w:val="0"/>
          <w:color w:val="007C83"/>
          <w:sz w:val="17"/>
        </w:rPr>
        <w:t xml:space="preserve">For this handout, your teacher records a score for Criterion B only. </w:t>
      </w:r>
      <w:r>
        <w:rPr>
          <w:rFonts w:ascii="Aptos" w:hAnsi="Aptos"/>
          <w:b w:val="0"/>
          <w:i w:val="0"/>
          <w:color w:val="202B38"/>
          <w:sz w:val="17"/>
        </w:rPr>
        <w:t>The other criteria are not being graded on this task.</w:t>
      </w:r>
    </w:p>
    <w:p>
      <w:pPr>
        <w:spacing w:before="80" w:after="40" w:line="247" w:lineRule="auto"/>
      </w:pPr>
      <w:r>
        <w:rPr>
          <w:rFonts w:ascii="Aptos" w:hAnsi="Aptos"/>
          <w:b/>
          <w:i w:val="0"/>
          <w:color w:val="007C83"/>
          <w:sz w:val="24"/>
        </w:rPr>
        <w:t>Follow these steps</w:t>
      </w:r>
    </w:p>
    <w:tbl>
      <w:tblPr>
        <w:tblW w:type="auto" w:w="0"/>
        <w:tblLayout w:type="fixed"/>
        <w:tblLook w:firstColumn="1" w:firstRow="1" w:lastColumn="0" w:lastRow="0" w:noHBand="0" w:noVBand="1" w:val="04A0"/>
      </w:tblPr>
      <w:tblGrid>
        <w:gridCol w:w="5328"/>
        <w:gridCol w:w="5328"/>
      </w:tblGrid>
      <w:tr>
        <w:tc>
          <w:tcPr>
            <w:tcW w:type="dxa" w:w="5328"/>
            <w:tcBorders>
              <w:top w:val="single" w:sz="5" w:color="C9D6E3"/>
              <w:left w:val="single" w:sz="5" w:color="C9D6E3"/>
              <w:bottom w:val="single" w:sz="5" w:color="C9D6E3"/>
              <w:right w:val="single" w:sz="5" w:color="C9D6E3"/>
            </w:tcBorders>
            <w:tcMar>
              <w:top w:w="80" w:type="dxa"/>
              <w:bottom w:w="80" w:type="dxa"/>
              <w:start w:w="120" w:type="dxa"/>
              <w:end w:w="120" w:type="dxa"/>
            </w:tcMar>
            <w:shd w:fill="007C83"/>
          </w:tcPr>
          <w:p>
            <w:pPr>
              <w:spacing w:before="0" w:after="0" w:line="247" w:lineRule="auto"/>
              <w:jc w:val="center"/>
            </w:pPr>
            <w:r>
              <w:rPr>
                <w:rFonts w:ascii="Aptos" w:hAnsi="Aptos"/>
                <w:b/>
                <w:i w:val="0"/>
                <w:color w:val="FFFFFF"/>
                <w:sz w:val="20"/>
              </w:rPr>
              <w:t>1</w:t>
            </w:r>
          </w:p>
        </w:tc>
        <w:tc>
          <w:tcPr>
            <w:tcW w:type="dxa" w:w="5328"/>
            <w:tcBorders>
              <w:top w:val="single" w:sz="5" w:color="C9D6E3"/>
              <w:left w:val="single" w:sz="5" w:color="C9D6E3"/>
              <w:bottom w:val="single" w:sz="5" w:color="C9D6E3"/>
              <w:right w:val="single" w:sz="5" w:color="C9D6E3"/>
            </w:tcBorders>
            <w:tcMar>
              <w:top w:w="80" w:type="dxa"/>
              <w:bottom w:w="80" w:type="dxa"/>
              <w:start w:w="120" w:type="dxa"/>
              <w:end w:w="120" w:type="dxa"/>
            </w:tcMar>
          </w:tcPr>
          <w:p>
            <w:pPr>
              <w:spacing w:before="0" w:after="20" w:line="247" w:lineRule="auto"/>
            </w:pPr>
            <w:r>
              <w:rPr>
                <w:rFonts w:ascii="Aptos" w:hAnsi="Aptos"/>
                <w:b/>
                <w:i w:val="0"/>
                <w:color w:val="007C83"/>
                <w:sz w:val="18"/>
              </w:rPr>
              <w:t xml:space="preserve">Write a design specification. </w:t>
            </w:r>
            <w:r>
              <w:rPr>
                <w:rFonts w:ascii="Aptos" w:hAnsi="Aptos"/>
                <w:b w:val="0"/>
                <w:i w:val="0"/>
                <w:color w:val="202B38"/>
                <w:sz w:val="18"/>
              </w:rPr>
              <w:t>A specification is a checklist of success requirements. It tells you what the poster must do before you make it.</w:t>
            </w:r>
          </w:p>
        </w:tc>
      </w:tr>
      <w:tr>
        <w:tc>
          <w:tcPr>
            <w:tcW w:type="dxa" w:w="5328"/>
            <w:tcBorders>
              <w:top w:val="single" w:sz="5" w:color="C9D6E3"/>
              <w:left w:val="single" w:sz="5" w:color="C9D6E3"/>
              <w:bottom w:val="single" w:sz="5" w:color="C9D6E3"/>
              <w:right w:val="single" w:sz="5" w:color="C9D6E3"/>
            </w:tcBorders>
            <w:tcMar>
              <w:top w:w="80" w:type="dxa"/>
              <w:bottom w:w="80" w:type="dxa"/>
              <w:start w:w="120" w:type="dxa"/>
              <w:end w:w="120" w:type="dxa"/>
            </w:tcMar>
            <w:shd w:fill="007C83"/>
          </w:tcPr>
          <w:p>
            <w:pPr>
              <w:spacing w:before="0" w:after="0" w:line="247" w:lineRule="auto"/>
              <w:jc w:val="center"/>
            </w:pPr>
            <w:r>
              <w:rPr>
                <w:rFonts w:ascii="Aptos" w:hAnsi="Aptos"/>
                <w:b/>
                <w:i w:val="0"/>
                <w:color w:val="FFFFFF"/>
                <w:sz w:val="20"/>
              </w:rPr>
              <w:t>2</w:t>
            </w:r>
          </w:p>
        </w:tc>
        <w:tc>
          <w:tcPr>
            <w:tcW w:type="dxa" w:w="5328"/>
            <w:tcBorders>
              <w:top w:val="single" w:sz="5" w:color="C9D6E3"/>
              <w:left w:val="single" w:sz="5" w:color="C9D6E3"/>
              <w:bottom w:val="single" w:sz="5" w:color="C9D6E3"/>
              <w:right w:val="single" w:sz="5" w:color="C9D6E3"/>
            </w:tcBorders>
            <w:tcMar>
              <w:top w:w="80" w:type="dxa"/>
              <w:bottom w:w="80" w:type="dxa"/>
              <w:start w:w="120" w:type="dxa"/>
              <w:end w:w="120" w:type="dxa"/>
            </w:tcMar>
          </w:tcPr>
          <w:p>
            <w:pPr>
              <w:spacing w:before="0" w:after="20" w:line="247" w:lineRule="auto"/>
            </w:pPr>
            <w:r>
              <w:rPr>
                <w:rFonts w:ascii="Aptos" w:hAnsi="Aptos"/>
                <w:b/>
                <w:i w:val="0"/>
                <w:color w:val="007C83"/>
                <w:sz w:val="18"/>
              </w:rPr>
              <w:t xml:space="preserve">Show three ideas. </w:t>
            </w:r>
            <w:r>
              <w:rPr>
                <w:rFonts w:ascii="Aptos" w:hAnsi="Aptos"/>
                <w:b w:val="0"/>
                <w:i w:val="0"/>
                <w:color w:val="202B38"/>
                <w:sz w:val="18"/>
              </w:rPr>
              <w:t>Attach or photograph your three different thumbnail layouts. Each must show a different arrangement, focal point, or visual approach.</w:t>
            </w:r>
          </w:p>
        </w:tc>
      </w:tr>
      <w:tr>
        <w:tc>
          <w:tcPr>
            <w:tcW w:type="dxa" w:w="5328"/>
            <w:tcBorders>
              <w:top w:val="single" w:sz="5" w:color="C9D6E3"/>
              <w:left w:val="single" w:sz="5" w:color="C9D6E3"/>
              <w:bottom w:val="single" w:sz="5" w:color="C9D6E3"/>
              <w:right w:val="single" w:sz="5" w:color="C9D6E3"/>
            </w:tcBorders>
            <w:tcMar>
              <w:top w:w="80" w:type="dxa"/>
              <w:bottom w:w="80" w:type="dxa"/>
              <w:start w:w="120" w:type="dxa"/>
              <w:end w:w="120" w:type="dxa"/>
            </w:tcMar>
            <w:shd w:fill="007C83"/>
          </w:tcPr>
          <w:p>
            <w:pPr>
              <w:spacing w:before="0" w:after="0" w:line="247" w:lineRule="auto"/>
              <w:jc w:val="center"/>
            </w:pPr>
            <w:r>
              <w:rPr>
                <w:rFonts w:ascii="Aptos" w:hAnsi="Aptos"/>
                <w:b/>
                <w:i w:val="0"/>
                <w:color w:val="FFFFFF"/>
                <w:sz w:val="20"/>
              </w:rPr>
              <w:t>3</w:t>
            </w:r>
          </w:p>
        </w:tc>
        <w:tc>
          <w:tcPr>
            <w:tcW w:type="dxa" w:w="5328"/>
            <w:tcBorders>
              <w:top w:val="single" w:sz="5" w:color="C9D6E3"/>
              <w:left w:val="single" w:sz="5" w:color="C9D6E3"/>
              <w:bottom w:val="single" w:sz="5" w:color="C9D6E3"/>
              <w:right w:val="single" w:sz="5" w:color="C9D6E3"/>
            </w:tcBorders>
            <w:tcMar>
              <w:top w:w="80" w:type="dxa"/>
              <w:bottom w:w="80" w:type="dxa"/>
              <w:start w:w="120" w:type="dxa"/>
              <w:end w:w="120" w:type="dxa"/>
            </w:tcMar>
          </w:tcPr>
          <w:p>
            <w:pPr>
              <w:spacing w:before="0" w:after="20" w:line="247" w:lineRule="auto"/>
            </w:pPr>
            <w:r>
              <w:rPr>
                <w:rFonts w:ascii="Aptos" w:hAnsi="Aptos"/>
                <w:b/>
                <w:i w:val="0"/>
                <w:color w:val="007C83"/>
                <w:sz w:val="18"/>
              </w:rPr>
              <w:t xml:space="preserve">Choose and justify one idea. </w:t>
            </w:r>
            <w:r>
              <w:rPr>
                <w:rFonts w:ascii="Aptos" w:hAnsi="Aptos"/>
                <w:b w:val="0"/>
                <w:i w:val="0"/>
                <w:color w:val="202B38"/>
                <w:sz w:val="18"/>
              </w:rPr>
              <w:t>Name the chosen idea. Explain how it best meets your audience, identity words, and specification.</w:t>
            </w:r>
          </w:p>
        </w:tc>
      </w:tr>
      <w:tr>
        <w:tc>
          <w:tcPr>
            <w:tcW w:type="dxa" w:w="5328"/>
            <w:tcBorders>
              <w:top w:val="single" w:sz="5" w:color="C9D6E3"/>
              <w:left w:val="single" w:sz="5" w:color="C9D6E3"/>
              <w:bottom w:val="single" w:sz="5" w:color="C9D6E3"/>
              <w:right w:val="single" w:sz="5" w:color="C9D6E3"/>
            </w:tcBorders>
            <w:tcMar>
              <w:top w:w="80" w:type="dxa"/>
              <w:bottom w:w="80" w:type="dxa"/>
              <w:start w:w="120" w:type="dxa"/>
              <w:end w:w="120" w:type="dxa"/>
            </w:tcMar>
            <w:shd w:fill="007C83"/>
          </w:tcPr>
          <w:p>
            <w:pPr>
              <w:spacing w:before="0" w:after="0" w:line="247" w:lineRule="auto"/>
              <w:jc w:val="center"/>
            </w:pPr>
            <w:r>
              <w:rPr>
                <w:rFonts w:ascii="Aptos" w:hAnsi="Aptos"/>
                <w:b/>
                <w:i w:val="0"/>
                <w:color w:val="FFFFFF"/>
                <w:sz w:val="20"/>
              </w:rPr>
              <w:t>4</w:t>
            </w:r>
          </w:p>
        </w:tc>
        <w:tc>
          <w:tcPr>
            <w:tcW w:type="dxa" w:w="5328"/>
            <w:tcBorders>
              <w:top w:val="single" w:sz="5" w:color="C9D6E3"/>
              <w:left w:val="single" w:sz="5" w:color="C9D6E3"/>
              <w:bottom w:val="single" w:sz="5" w:color="C9D6E3"/>
              <w:right w:val="single" w:sz="5" w:color="C9D6E3"/>
            </w:tcBorders>
            <w:tcMar>
              <w:top w:w="80" w:type="dxa"/>
              <w:bottom w:w="80" w:type="dxa"/>
              <w:start w:w="120" w:type="dxa"/>
              <w:end w:w="120" w:type="dxa"/>
            </w:tcMar>
          </w:tcPr>
          <w:p>
            <w:pPr>
              <w:spacing w:before="0" w:after="20" w:line="247" w:lineRule="auto"/>
            </w:pPr>
            <w:r>
              <w:rPr>
                <w:rFonts w:ascii="Aptos" w:hAnsi="Aptos"/>
                <w:b/>
                <w:i w:val="0"/>
                <w:color w:val="007C83"/>
                <w:sz w:val="18"/>
              </w:rPr>
              <w:t xml:space="preserve">Create a final plan. </w:t>
            </w:r>
            <w:r>
              <w:rPr>
                <w:rFonts w:ascii="Aptos" w:hAnsi="Aptos"/>
                <w:b w:val="0"/>
                <w:i w:val="0"/>
                <w:color w:val="202B38"/>
                <w:sz w:val="18"/>
              </w:rPr>
              <w:t>Make a labelled plan of the poster. Label headline, focal image, colour palette, fonts, supporting text, and where the three identity words appear.</w:t>
            </w:r>
          </w:p>
        </w:tc>
      </w:tr>
    </w:tbl>
    <w:p>
      <w:pPr>
        <w:spacing w:before="80" w:after="40" w:line="247" w:lineRule="auto"/>
      </w:pPr>
      <w:r>
        <w:rPr>
          <w:rFonts w:ascii="Aptos" w:hAnsi="Aptos"/>
          <w:b/>
          <w:i w:val="0"/>
          <w:color w:val="007C83"/>
          <w:sz w:val="24"/>
        </w:rPr>
        <w:t>Criterion B planning frames</w:t>
      </w:r>
    </w:p>
    <w:tbl>
      <w:tblPr>
        <w:tblW w:type="auto" w:w="0"/>
        <w:tblLook w:firstColumn="1" w:firstRow="1" w:lastColumn="0" w:lastRow="0" w:noHBand="0" w:noVBand="1" w:val="04A0"/>
      </w:tblPr>
      <w:tblGrid>
        <w:gridCol w:w="10656"/>
      </w:tblGrid>
      <w:tr>
        <w:tc>
          <w:tcPr>
            <w:tcW w:type="dxa" w:w="10656"/>
            <w:tcBorders>
              <w:top w:val="single" w:sz="5" w:color="007C83"/>
              <w:left w:val="single" w:sz="5" w:color="007C83"/>
              <w:bottom w:val="single" w:sz="5" w:color="007C83"/>
              <w:right w:val="single" w:sz="5" w:color="007C83"/>
            </w:tcBorders>
            <w:tcMar>
              <w:top w:w="80" w:type="dxa"/>
              <w:bottom w:w="120" w:type="dxa"/>
              <w:start w:w="120" w:type="dxa"/>
              <w:end w:w="120" w:type="dxa"/>
            </w:tcMar>
            <w:shd w:fill="FFFFFF"/>
          </w:tcPr>
          <w:p>
            <w:pPr>
              <w:spacing w:before="0" w:after="60" w:line="247" w:lineRule="auto"/>
            </w:pPr>
            <w:r>
              <w:rPr>
                <w:rFonts w:ascii="Aptos" w:hAnsi="Aptos"/>
                <w:b/>
                <w:i w:val="0"/>
                <w:color w:val="007C83"/>
                <w:sz w:val="17"/>
              </w:rPr>
              <w:t>My poster must… (write at least five checkable requirements)</w:t>
            </w:r>
          </w:p>
          <w:p>
            <w:pPr>
              <w:spacing w:before="0" w:after="0" w:line="247" w:lineRule="auto"/>
            </w:pPr>
            <w:r>
              <w:rPr>
                <w:rFonts w:ascii="Aptos" w:hAnsi="Aptos"/>
                <w:b w:val="0"/>
                <w:i w:val="0"/>
                <w:color w:val="8B9AA8"/>
                <w:sz w:val="18"/>
              </w:rPr>
              <w:t>________________________________________________________________________________</w:t>
            </w:r>
          </w:p>
        </w:tc>
      </w:tr>
      <w:tr>
        <w:tc>
          <w:tcPr>
            <w:tcW w:type="dxa" w:w="10656"/>
            <w:tcBorders>
              <w:top w:val="single" w:sz="5" w:color="007C83"/>
              <w:left w:val="single" w:sz="5" w:color="007C83"/>
              <w:bottom w:val="single" w:sz="5" w:color="007C83"/>
              <w:right w:val="single" w:sz="5" w:color="007C83"/>
            </w:tcBorders>
            <w:tcMar>
              <w:top w:w="80" w:type="dxa"/>
              <w:bottom w:w="120" w:type="dxa"/>
              <w:start w:w="120" w:type="dxa"/>
              <w:end w:w="120" w:type="dxa"/>
            </w:tcMar>
            <w:shd w:fill="FFFFFF"/>
          </w:tcPr>
          <w:p>
            <w:pPr>
              <w:spacing w:before="0" w:after="60" w:line="247" w:lineRule="auto"/>
            </w:pPr>
            <w:r>
              <w:rPr>
                <w:rFonts w:ascii="Aptos" w:hAnsi="Aptos"/>
                <w:b/>
                <w:i w:val="0"/>
                <w:color w:val="007C83"/>
                <w:sz w:val="17"/>
              </w:rPr>
              <w:t>I chose Idea ___ because… It best communicates…</w:t>
            </w:r>
          </w:p>
          <w:p>
            <w:pPr>
              <w:spacing w:before="0" w:after="0" w:line="247" w:lineRule="auto"/>
            </w:pPr>
            <w:r>
              <w:rPr>
                <w:rFonts w:ascii="Aptos" w:hAnsi="Aptos"/>
                <w:b w:val="0"/>
                <w:i w:val="0"/>
                <w:color w:val="8B9AA8"/>
                <w:sz w:val="18"/>
              </w:rPr>
              <w:t>________________________________________________________________________________</w:t>
            </w:r>
          </w:p>
        </w:tc>
      </w:tr>
      <w:tr>
        <w:tc>
          <w:tcPr>
            <w:tcW w:type="dxa" w:w="10656"/>
            <w:tcBorders>
              <w:top w:val="single" w:sz="5" w:color="007C83"/>
              <w:left w:val="single" w:sz="5" w:color="007C83"/>
              <w:bottom w:val="single" w:sz="5" w:color="007C83"/>
              <w:right w:val="single" w:sz="5" w:color="007C83"/>
            </w:tcBorders>
            <w:tcMar>
              <w:top w:w="80" w:type="dxa"/>
              <w:bottom w:w="120" w:type="dxa"/>
              <w:start w:w="120" w:type="dxa"/>
              <w:end w:w="120" w:type="dxa"/>
            </w:tcMar>
            <w:shd w:fill="FFFFFF"/>
          </w:tcPr>
          <w:p>
            <w:pPr>
              <w:spacing w:before="0" w:after="60" w:line="247" w:lineRule="auto"/>
            </w:pPr>
            <w:r>
              <w:rPr>
                <w:rFonts w:ascii="Aptos" w:hAnsi="Aptos"/>
                <w:b/>
                <w:i w:val="0"/>
                <w:color w:val="007C83"/>
                <w:sz w:val="17"/>
              </w:rPr>
              <w:t>My final plan uses… (headline / image / colours / fonts / layout)</w:t>
            </w:r>
          </w:p>
          <w:p>
            <w:pPr>
              <w:spacing w:before="0" w:after="0" w:line="247" w:lineRule="auto"/>
            </w:pPr>
            <w:r>
              <w:rPr>
                <w:rFonts w:ascii="Aptos" w:hAnsi="Aptos"/>
                <w:b w:val="0"/>
                <w:i w:val="0"/>
                <w:color w:val="8B9AA8"/>
                <w:sz w:val="18"/>
              </w:rPr>
              <w:t>________________________________________________________________________________</w:t>
            </w:r>
          </w:p>
        </w:tc>
      </w:tr>
    </w:tbl>
    <w:p>
      <w:r>
        <w:br w:type="page"/>
      </w:r>
    </w:p>
    <w:tbl>
      <w:tblPr>
        <w:tblW w:type="auto" w:w="0"/>
        <w:tblLayout w:type="fixed"/>
        <w:tblLook w:firstColumn="1" w:firstRow="1" w:lastColumn="0" w:lastRow="0" w:noHBand="0" w:noVBand="1" w:val="04A0"/>
      </w:tblPr>
      <w:tblGrid>
        <w:gridCol w:w="5328"/>
        <w:gridCol w:w="5328"/>
      </w:tblGrid>
      <w:tr>
        <w:tc>
          <w:tcPr>
            <w:tcW w:type="dxa" w:w="7056"/>
            <w:shd w:fill="17365D"/>
            <w:tcMar>
              <w:top w:w="75" w:type="dxa"/>
              <w:bottom w:w="75" w:type="dxa"/>
              <w:start w:w="120" w:type="dxa"/>
              <w:end w:w="120" w:type="dxa"/>
            </w:tcMar>
            <w:vAlign w:val="center"/>
          </w:tcPr>
          <w:p>
            <w:pPr>
              <w:spacing w:before="0" w:after="0" w:line="247" w:lineRule="auto"/>
            </w:pPr>
            <w:r>
              <w:rPr>
                <w:rFonts w:ascii="Aptos" w:hAnsi="Aptos"/>
                <w:b/>
                <w:i w:val="0"/>
                <w:color w:val="FFFFFF"/>
                <w:sz w:val="17"/>
              </w:rPr>
              <w:t>HANDOUT 7 • SUMMATIVE • RUBRIC AND SCORE</w:t>
            </w:r>
          </w:p>
        </w:tc>
        <w:tc>
          <w:tcPr>
            <w:tcW w:type="dxa" w:w="2880"/>
            <w:shd w:fill="17365D"/>
            <w:tcMar>
              <w:top w:w="75" w:type="dxa"/>
              <w:bottom w:w="75" w:type="dxa"/>
              <w:start w:w="120" w:type="dxa"/>
              <w:end w:w="120" w:type="dxa"/>
            </w:tcMar>
            <w:vAlign w:val="center"/>
          </w:tcPr>
          <w:p>
            <w:pPr>
              <w:spacing w:before="0" w:after="0" w:line="247" w:lineRule="auto"/>
              <w:jc w:val="right"/>
            </w:pPr>
            <w:r>
              <w:rPr>
                <w:rFonts w:ascii="Aptos" w:hAnsi="Aptos"/>
                <w:b/>
                <w:i w:val="0"/>
                <w:color w:val="FFFFFF"/>
                <w:sz w:val="17"/>
              </w:rPr>
              <w:t>CRITERION B</w:t>
            </w:r>
          </w:p>
        </w:tc>
      </w:tr>
    </w:tbl>
    <w:p>
      <w:pPr>
        <w:spacing w:before="80" w:after="0" w:line="247" w:lineRule="auto"/>
      </w:pPr>
      <w:r>
        <w:rPr>
          <w:rFonts w:ascii="Aptos" w:hAnsi="Aptos"/>
          <w:b w:val="0"/>
          <w:i/>
          <w:color w:val="007C83"/>
          <w:sz w:val="17"/>
        </w:rPr>
        <w:t>Continue using the evidence from the previous page.</w:t>
      </w:r>
    </w:p>
    <w:p>
      <w:pPr>
        <w:spacing w:before="80" w:after="40" w:line="247" w:lineRule="auto"/>
      </w:pPr>
      <w:r>
        <w:rPr>
          <w:rFonts w:ascii="Aptos" w:hAnsi="Aptos"/>
          <w:b/>
          <w:i w:val="0"/>
          <w:color w:val="007C83"/>
          <w:sz w:val="24"/>
        </w:rPr>
        <w:t>Criterion B rubric • score out of 8</w:t>
      </w:r>
    </w:p>
    <w:tbl>
      <w:tblPr>
        <w:tblW w:type="auto" w:w="0"/>
        <w:tblLayout w:type="fixed"/>
        <w:tblLook w:firstColumn="1" w:firstRow="1" w:lastColumn="0" w:lastRow="0" w:noHBand="0" w:noVBand="1" w:val="04A0"/>
      </w:tblPr>
      <w:tblGrid>
        <w:gridCol w:w="5328"/>
        <w:gridCol w:w="5328"/>
      </w:tblGrid>
      <w:tr>
        <w:tc>
          <w:tcPr>
            <w:tcW w:type="dxa" w:w="1224"/>
            <w:shd w:fill="007C83"/>
            <w:tcMar>
              <w:top w:w="55" w:type="dxa"/>
              <w:bottom w:w="55" w:type="dxa"/>
              <w:start w:w="120" w:type="dxa"/>
              <w:end w:w="120" w:type="dxa"/>
            </w:tcMar>
          </w:tcPr>
          <w:p>
            <w:pPr>
              <w:spacing w:before="0" w:after="0" w:line="247" w:lineRule="auto"/>
            </w:pPr>
            <w:r>
              <w:rPr>
                <w:rFonts w:ascii="Aptos" w:hAnsi="Aptos"/>
                <w:b/>
                <w:i w:val="0"/>
                <w:color w:val="FFFFFF"/>
                <w:sz w:val="15"/>
              </w:rPr>
              <w:t>SCORE</w:t>
            </w:r>
          </w:p>
        </w:tc>
        <w:tc>
          <w:tcPr>
            <w:tcW w:type="dxa" w:w="8712"/>
            <w:shd w:fill="007C83"/>
            <w:tcMar>
              <w:top w:w="55" w:type="dxa"/>
              <w:bottom w:w="55" w:type="dxa"/>
              <w:start w:w="120" w:type="dxa"/>
              <w:end w:w="120" w:type="dxa"/>
            </w:tcMar>
          </w:tcPr>
          <w:p>
            <w:pPr>
              <w:spacing w:before="0" w:after="0" w:line="247" w:lineRule="auto"/>
            </w:pPr>
            <w:r>
              <w:rPr>
                <w:rFonts w:ascii="Aptos" w:hAnsi="Aptos"/>
                <w:b/>
                <w:i w:val="0"/>
                <w:color w:val="FFFFFF"/>
                <w:sz w:val="15"/>
              </w:rPr>
              <w:t>WHAT YOUR WORK SHOWS</w:t>
            </w:r>
          </w:p>
        </w:tc>
      </w:tr>
      <w:tr>
        <w:tc>
          <w:tcPr>
            <w:tcW w:type="dxa" w:w="5328"/>
            <w:tcBorders>
              <w:top w:val="single" w:sz="5" w:color="C9D6E3"/>
              <w:left w:val="single" w:sz="5" w:color="C9D6E3"/>
              <w:bottom w:val="single" w:sz="5" w:color="C9D6E3"/>
              <w:right w:val="single" w:sz="5" w:color="C9D6E3"/>
            </w:tcBorders>
            <w:tcMar>
              <w:top w:w="65" w:type="dxa"/>
              <w:bottom w:w="65" w:type="dxa"/>
              <w:start w:w="120" w:type="dxa"/>
              <w:end w:w="120" w:type="dxa"/>
            </w:tcMar>
            <w:shd w:fill="E1F4F3"/>
          </w:tcPr>
          <w:p>
            <w:pPr>
              <w:spacing w:before="0" w:after="0" w:line="247" w:lineRule="auto"/>
              <w:jc w:val="center"/>
            </w:pPr>
            <w:r>
              <w:rPr>
                <w:rFonts w:ascii="Aptos" w:hAnsi="Aptos"/>
                <w:b/>
                <w:i w:val="0"/>
                <w:color w:val="007C83"/>
                <w:sz w:val="18"/>
              </w:rPr>
              <w:t>7–8</w:t>
            </w:r>
          </w:p>
        </w:tc>
        <w:tc>
          <w:tcPr>
            <w:tcW w:type="dxa" w:w="5328"/>
            <w:tcBorders>
              <w:top w:val="single" w:sz="5" w:color="C9D6E3"/>
              <w:left w:val="single" w:sz="5" w:color="C9D6E3"/>
              <w:bottom w:val="single" w:sz="5" w:color="C9D6E3"/>
              <w:right w:val="single" w:sz="5" w:color="C9D6E3"/>
            </w:tcBorders>
            <w:tcMar>
              <w:top w:w="65" w:type="dxa"/>
              <w:bottom w:w="65" w:type="dxa"/>
              <w:start w:w="120" w:type="dxa"/>
              <w:end w:w="120" w:type="dxa"/>
            </w:tcMar>
          </w:tcPr>
          <w:p>
            <w:pPr>
              <w:spacing w:before="0" w:after="0" w:line="247" w:lineRule="auto"/>
            </w:pPr>
            <w:r>
              <w:rPr>
                <w:rFonts w:ascii="Aptos" w:hAnsi="Aptos"/>
                <w:b w:val="0"/>
                <w:i w:val="0"/>
                <w:color w:val="202B38"/>
                <w:sz w:val="17"/>
              </w:rPr>
              <w:t>I develop highly purposeful ideas and a detailed, coherent plan. My justification makes precise links to the audience, brief, and specification.</w:t>
            </w:r>
          </w:p>
        </w:tc>
      </w:tr>
      <w:tr>
        <w:tc>
          <w:tcPr>
            <w:tcW w:type="dxa" w:w="5328"/>
            <w:tcBorders>
              <w:top w:val="single" w:sz="5" w:color="C9D6E3"/>
              <w:left w:val="single" w:sz="5" w:color="C9D6E3"/>
              <w:bottom w:val="single" w:sz="5" w:color="C9D6E3"/>
              <w:right w:val="single" w:sz="5" w:color="C9D6E3"/>
            </w:tcBorders>
            <w:tcMar>
              <w:top w:w="65" w:type="dxa"/>
              <w:bottom w:w="65" w:type="dxa"/>
              <w:start w:w="120" w:type="dxa"/>
              <w:end w:w="120" w:type="dxa"/>
            </w:tcMar>
            <w:shd w:fill="E1F4F3"/>
          </w:tcPr>
          <w:p>
            <w:pPr>
              <w:spacing w:before="0" w:after="0" w:line="247" w:lineRule="auto"/>
              <w:jc w:val="center"/>
            </w:pPr>
            <w:r>
              <w:rPr>
                <w:rFonts w:ascii="Aptos" w:hAnsi="Aptos"/>
                <w:b/>
                <w:i w:val="0"/>
                <w:color w:val="007C83"/>
                <w:sz w:val="18"/>
              </w:rPr>
              <w:t>5–6</w:t>
            </w:r>
          </w:p>
        </w:tc>
        <w:tc>
          <w:tcPr>
            <w:tcW w:type="dxa" w:w="5328"/>
            <w:tcBorders>
              <w:top w:val="single" w:sz="5" w:color="C9D6E3"/>
              <w:left w:val="single" w:sz="5" w:color="C9D6E3"/>
              <w:bottom w:val="single" w:sz="5" w:color="C9D6E3"/>
              <w:right w:val="single" w:sz="5" w:color="C9D6E3"/>
            </w:tcBorders>
            <w:tcMar>
              <w:top w:w="65" w:type="dxa"/>
              <w:bottom w:w="65" w:type="dxa"/>
              <w:start w:w="120" w:type="dxa"/>
              <w:end w:w="120" w:type="dxa"/>
            </w:tcMar>
          </w:tcPr>
          <w:p>
            <w:pPr>
              <w:spacing w:before="0" w:after="0" w:line="247" w:lineRule="auto"/>
            </w:pPr>
            <w:r>
              <w:rPr>
                <w:rFonts w:ascii="Aptos" w:hAnsi="Aptos"/>
                <w:b w:val="0"/>
                <w:i w:val="0"/>
                <w:color w:val="202B38"/>
                <w:sz w:val="17"/>
              </w:rPr>
              <w:t>I create a clear specification, develop feasible different ideas, justify a suitable chosen design, and provide a labelled final plan.</w:t>
            </w:r>
          </w:p>
        </w:tc>
      </w:tr>
      <w:tr>
        <w:tc>
          <w:tcPr>
            <w:tcW w:type="dxa" w:w="5328"/>
            <w:tcBorders>
              <w:top w:val="single" w:sz="5" w:color="C9D6E3"/>
              <w:left w:val="single" w:sz="5" w:color="C9D6E3"/>
              <w:bottom w:val="single" w:sz="5" w:color="C9D6E3"/>
              <w:right w:val="single" w:sz="5" w:color="C9D6E3"/>
            </w:tcBorders>
            <w:tcMar>
              <w:top w:w="65" w:type="dxa"/>
              <w:bottom w:w="65" w:type="dxa"/>
              <w:start w:w="120" w:type="dxa"/>
              <w:end w:w="120" w:type="dxa"/>
            </w:tcMar>
            <w:shd w:fill="E1F4F3"/>
          </w:tcPr>
          <w:p>
            <w:pPr>
              <w:spacing w:before="0" w:after="0" w:line="247" w:lineRule="auto"/>
              <w:jc w:val="center"/>
            </w:pPr>
            <w:r>
              <w:rPr>
                <w:rFonts w:ascii="Aptos" w:hAnsi="Aptos"/>
                <w:b/>
                <w:i w:val="0"/>
                <w:color w:val="007C83"/>
                <w:sz w:val="18"/>
              </w:rPr>
              <w:t>3–4</w:t>
            </w:r>
          </w:p>
        </w:tc>
        <w:tc>
          <w:tcPr>
            <w:tcW w:type="dxa" w:w="5328"/>
            <w:tcBorders>
              <w:top w:val="single" w:sz="5" w:color="C9D6E3"/>
              <w:left w:val="single" w:sz="5" w:color="C9D6E3"/>
              <w:bottom w:val="single" w:sz="5" w:color="C9D6E3"/>
              <w:right w:val="single" w:sz="5" w:color="C9D6E3"/>
            </w:tcBorders>
            <w:tcMar>
              <w:top w:w="65" w:type="dxa"/>
              <w:bottom w:w="65" w:type="dxa"/>
              <w:start w:w="120" w:type="dxa"/>
              <w:end w:w="120" w:type="dxa"/>
            </w:tcMar>
          </w:tcPr>
          <w:p>
            <w:pPr>
              <w:spacing w:before="0" w:after="0" w:line="247" w:lineRule="auto"/>
            </w:pPr>
            <w:r>
              <w:rPr>
                <w:rFonts w:ascii="Aptos" w:hAnsi="Aptos"/>
                <w:b w:val="0"/>
                <w:i w:val="0"/>
                <w:color w:val="202B38"/>
                <w:sz w:val="17"/>
              </w:rPr>
              <w:t>I included some requirements and ideas, but they are limited, unclear, or weakly connected to my chosen design.</w:t>
            </w:r>
          </w:p>
        </w:tc>
      </w:tr>
      <w:tr>
        <w:tc>
          <w:tcPr>
            <w:tcW w:type="dxa" w:w="5328"/>
            <w:tcBorders>
              <w:top w:val="single" w:sz="5" w:color="C9D6E3"/>
              <w:left w:val="single" w:sz="5" w:color="C9D6E3"/>
              <w:bottom w:val="single" w:sz="5" w:color="C9D6E3"/>
              <w:right w:val="single" w:sz="5" w:color="C9D6E3"/>
            </w:tcBorders>
            <w:tcMar>
              <w:top w:w="65" w:type="dxa"/>
              <w:bottom w:w="65" w:type="dxa"/>
              <w:start w:w="120" w:type="dxa"/>
              <w:end w:w="120" w:type="dxa"/>
            </w:tcMar>
            <w:shd w:fill="E1F4F3"/>
          </w:tcPr>
          <w:p>
            <w:pPr>
              <w:spacing w:before="0" w:after="0" w:line="247" w:lineRule="auto"/>
              <w:jc w:val="center"/>
            </w:pPr>
            <w:r>
              <w:rPr>
                <w:rFonts w:ascii="Aptos" w:hAnsi="Aptos"/>
                <w:b/>
                <w:i w:val="0"/>
                <w:color w:val="007C83"/>
                <w:sz w:val="18"/>
              </w:rPr>
              <w:t>1–2</w:t>
            </w:r>
          </w:p>
        </w:tc>
        <w:tc>
          <w:tcPr>
            <w:tcW w:type="dxa" w:w="5328"/>
            <w:tcBorders>
              <w:top w:val="single" w:sz="5" w:color="C9D6E3"/>
              <w:left w:val="single" w:sz="5" w:color="C9D6E3"/>
              <w:bottom w:val="single" w:sz="5" w:color="C9D6E3"/>
              <w:right w:val="single" w:sz="5" w:color="C9D6E3"/>
            </w:tcBorders>
            <w:tcMar>
              <w:top w:w="65" w:type="dxa"/>
              <w:bottom w:w="65" w:type="dxa"/>
              <w:start w:w="120" w:type="dxa"/>
              <w:end w:w="120" w:type="dxa"/>
            </w:tcMar>
          </w:tcPr>
          <w:p>
            <w:pPr>
              <w:spacing w:before="0" w:after="0" w:line="247" w:lineRule="auto"/>
            </w:pPr>
            <w:r>
              <w:rPr>
                <w:rFonts w:ascii="Aptos" w:hAnsi="Aptos"/>
                <w:b w:val="0"/>
                <w:i w:val="0"/>
                <w:color w:val="202B38"/>
                <w:sz w:val="17"/>
              </w:rPr>
              <w:t>My specification, ideas, explanation, or plan is missing or too incomplete to guide a final poster.</w:t>
            </w:r>
          </w:p>
        </w:tc>
      </w:tr>
    </w:tbl>
    <w:p>
      <w:pPr>
        <w:spacing w:before="80" w:after="0" w:line="247" w:lineRule="auto"/>
      </w:pPr>
      <w:r>
        <w:rPr>
          <w:rFonts w:ascii="Aptos" w:hAnsi="Aptos"/>
          <w:b/>
          <w:i w:val="0"/>
          <w:color w:val="007C83"/>
          <w:sz w:val="20"/>
        </w:rPr>
        <w:t xml:space="preserve">Teacher score — Criterion B: </w:t>
      </w:r>
      <w:r>
        <w:rPr>
          <w:rFonts w:ascii="Aptos" w:hAnsi="Aptos"/>
          <w:b/>
          <w:i w:val="0"/>
          <w:color w:val="202B38"/>
          <w:sz w:val="20"/>
        </w:rPr>
        <w:t>____ / 8</w:t>
      </w:r>
    </w:p>
    <w:p>
      <w:r>
        <w:br w:type="page"/>
      </w:r>
    </w:p>
    <w:tbl>
      <w:tblPr>
        <w:tblW w:type="auto" w:w="0"/>
        <w:tblLayout w:type="fixed"/>
        <w:tblLook w:firstColumn="1" w:firstRow="1" w:lastColumn="0" w:lastRow="0" w:noHBand="0" w:noVBand="1" w:val="04A0"/>
      </w:tblPr>
      <w:tblGrid>
        <w:gridCol w:w="5328"/>
        <w:gridCol w:w="5328"/>
      </w:tblGrid>
      <w:tr>
        <w:tc>
          <w:tcPr>
            <w:tcW w:type="dxa" w:w="7056"/>
            <w:shd w:fill="17365D"/>
            <w:tcMar>
              <w:top w:w="75" w:type="dxa"/>
              <w:bottom w:w="75" w:type="dxa"/>
              <w:start w:w="120" w:type="dxa"/>
              <w:end w:w="120" w:type="dxa"/>
            </w:tcMar>
            <w:vAlign w:val="center"/>
          </w:tcPr>
          <w:p>
            <w:pPr>
              <w:spacing w:before="0" w:after="0" w:line="247" w:lineRule="auto"/>
            </w:pPr>
            <w:r>
              <w:rPr>
                <w:rFonts w:ascii="Aptos" w:hAnsi="Aptos"/>
                <w:b/>
                <w:i w:val="0"/>
                <w:color w:val="FFFFFF"/>
                <w:sz w:val="17"/>
              </w:rPr>
              <w:t>HANDOUT 7 • SUMMATIVE</w:t>
            </w:r>
          </w:p>
        </w:tc>
        <w:tc>
          <w:tcPr>
            <w:tcW w:type="dxa" w:w="2880"/>
            <w:shd w:fill="17365D"/>
            <w:tcMar>
              <w:top w:w="75" w:type="dxa"/>
              <w:bottom w:w="75" w:type="dxa"/>
              <w:start w:w="120" w:type="dxa"/>
              <w:end w:w="120" w:type="dxa"/>
            </w:tcMar>
            <w:vAlign w:val="center"/>
          </w:tcPr>
          <w:p>
            <w:pPr>
              <w:spacing w:before="0" w:after="0" w:line="247" w:lineRule="auto"/>
              <w:jc w:val="right"/>
            </w:pPr>
            <w:r>
              <w:rPr>
                <w:rFonts w:ascii="Aptos" w:hAnsi="Aptos"/>
                <w:b/>
                <w:i w:val="0"/>
                <w:color w:val="FFFFFF"/>
                <w:sz w:val="17"/>
              </w:rPr>
              <w:t>FINAL SUBMISSION</w:t>
            </w:r>
          </w:p>
        </w:tc>
      </w:tr>
    </w:tbl>
    <w:p>
      <w:pPr>
        <w:spacing w:before="120" w:after="60" w:line="247" w:lineRule="auto"/>
      </w:pPr>
      <w:r>
        <w:rPr>
          <w:rFonts w:ascii="Aptos" w:hAnsi="Aptos"/>
          <w:b/>
          <w:i w:val="0"/>
          <w:color w:val="17365D"/>
          <w:sz w:val="42"/>
        </w:rPr>
        <w:t>Final submission checklist</w:t>
      </w:r>
    </w:p>
    <w:p>
      <w:pPr>
        <w:spacing w:before="80" w:after="40" w:line="247" w:lineRule="auto"/>
      </w:pPr>
      <w:r>
        <w:rPr>
          <w:rFonts w:ascii="Aptos" w:hAnsi="Aptos"/>
          <w:b/>
          <w:i w:val="0"/>
          <w:color w:val="17365D"/>
          <w:sz w:val="24"/>
        </w:rPr>
        <w:t>Check before you upload</w:t>
      </w:r>
    </w:p>
    <w:p>
      <w:pPr>
        <w:spacing w:before="0" w:after="20" w:line="247" w:lineRule="auto"/>
      </w:pPr>
      <w:r>
        <w:rPr>
          <w:rFonts w:ascii="Aptos" w:hAnsi="Aptos"/>
          <w:b/>
          <w:i w:val="0"/>
          <w:color w:val="17365D"/>
          <w:sz w:val="20"/>
        </w:rPr>
        <w:t xml:space="preserve">□ </w:t>
      </w:r>
      <w:r>
        <w:rPr>
          <w:rFonts w:ascii="Aptos" w:hAnsi="Aptos"/>
          <w:b w:val="0"/>
          <w:i w:val="0"/>
          <w:color w:val="202B38"/>
          <w:sz w:val="18"/>
        </w:rPr>
        <w:t>I exported my final A4 poster as a PNG, PDF, or PowerPoint file.</w:t>
      </w:r>
    </w:p>
    <w:p>
      <w:pPr>
        <w:spacing w:before="0" w:after="20" w:line="247" w:lineRule="auto"/>
      </w:pPr>
      <w:r>
        <w:rPr>
          <w:rFonts w:ascii="Aptos" w:hAnsi="Aptos"/>
          <w:b/>
          <w:i w:val="0"/>
          <w:color w:val="17365D"/>
          <w:sz w:val="20"/>
        </w:rPr>
        <w:t xml:space="preserve">□ </w:t>
      </w:r>
      <w:r>
        <w:rPr>
          <w:rFonts w:ascii="Aptos" w:hAnsi="Aptos"/>
          <w:b w:val="0"/>
          <w:i w:val="0"/>
          <w:color w:val="202B38"/>
          <w:sz w:val="18"/>
        </w:rPr>
        <w:t>I included three identity words that are true about me.</w:t>
      </w:r>
    </w:p>
    <w:p>
      <w:pPr>
        <w:spacing w:before="0" w:after="20" w:line="247" w:lineRule="auto"/>
      </w:pPr>
      <w:r>
        <w:rPr>
          <w:rFonts w:ascii="Aptos" w:hAnsi="Aptos"/>
          <w:b/>
          <w:i w:val="0"/>
          <w:color w:val="17365D"/>
          <w:sz w:val="20"/>
        </w:rPr>
        <w:t xml:space="preserve">□ </w:t>
      </w:r>
      <w:r>
        <w:rPr>
          <w:rFonts w:ascii="Aptos" w:hAnsi="Aptos"/>
          <w:b w:val="0"/>
          <w:i w:val="0"/>
          <w:color w:val="202B38"/>
          <w:sz w:val="18"/>
        </w:rPr>
        <w:t>I attached the design need, research images/links, three poster analyses, and design brief for Criterion A.</w:t>
      </w:r>
    </w:p>
    <w:p>
      <w:pPr>
        <w:spacing w:before="0" w:after="20" w:line="247" w:lineRule="auto"/>
      </w:pPr>
      <w:r>
        <w:rPr>
          <w:rFonts w:ascii="Aptos" w:hAnsi="Aptos"/>
          <w:b/>
          <w:i w:val="0"/>
          <w:color w:val="17365D"/>
          <w:sz w:val="20"/>
        </w:rPr>
        <w:t xml:space="preserve">□ </w:t>
      </w:r>
      <w:r>
        <w:rPr>
          <w:rFonts w:ascii="Aptos" w:hAnsi="Aptos"/>
          <w:b w:val="0"/>
          <w:i w:val="0"/>
          <w:color w:val="202B38"/>
          <w:sz w:val="18"/>
        </w:rPr>
        <w:t>I attached my specification, three thumbnail ideas, chosen-design explanation, and labelled final plan for Criterion B.</w:t>
      </w:r>
    </w:p>
    <w:p>
      <w:pPr>
        <w:spacing w:before="0" w:after="20" w:line="247" w:lineRule="auto"/>
      </w:pPr>
      <w:r>
        <w:rPr>
          <w:rFonts w:ascii="Aptos" w:hAnsi="Aptos"/>
          <w:b/>
          <w:i w:val="0"/>
          <w:color w:val="17365D"/>
          <w:sz w:val="20"/>
        </w:rPr>
        <w:t xml:space="preserve">□ </w:t>
      </w:r>
      <w:r>
        <w:rPr>
          <w:rFonts w:ascii="Aptos" w:hAnsi="Aptos"/>
          <w:b w:val="0"/>
          <w:i w:val="0"/>
          <w:color w:val="202B38"/>
          <w:sz w:val="18"/>
        </w:rPr>
        <w:t>I checked spelling, image quality, alignment, and readability at full size and as a small thumbnail.</w:t>
      </w:r>
    </w:p>
    <w:p>
      <w:pPr>
        <w:spacing w:before="0" w:after="20" w:line="247" w:lineRule="auto"/>
      </w:pPr>
      <w:r>
        <w:rPr>
          <w:rFonts w:ascii="Aptos" w:hAnsi="Aptos"/>
          <w:b/>
          <w:i w:val="0"/>
          <w:color w:val="17365D"/>
          <w:sz w:val="20"/>
        </w:rPr>
        <w:t xml:space="preserve">□ </w:t>
      </w:r>
      <w:r>
        <w:rPr>
          <w:rFonts w:ascii="Aptos" w:hAnsi="Aptos"/>
          <w:b w:val="0"/>
          <w:i w:val="0"/>
          <w:color w:val="202B38"/>
          <w:sz w:val="18"/>
        </w:rPr>
        <w:t>I added this completed handout and all evidence to the Identity Poster Summative assignment in Toddle.</w:t>
      </w:r>
    </w:p>
    <w:p>
      <w:pPr>
        <w:spacing w:before="60" w:after="0" w:line="247" w:lineRule="auto"/>
      </w:pPr>
      <w:r>
        <w:rPr>
          <w:rFonts w:ascii="Aptos" w:hAnsi="Aptos"/>
          <w:b/>
          <w:i w:val="0"/>
          <w:color w:val="17365D"/>
          <w:sz w:val="17"/>
        </w:rPr>
        <w:t xml:space="preserve">Toddle upload: </w:t>
      </w:r>
      <w:r>
        <w:rPr>
          <w:rFonts w:ascii="Aptos" w:hAnsi="Aptos"/>
          <w:b w:val="0"/>
          <w:i w:val="0"/>
          <w:color w:val="202B38"/>
          <w:sz w:val="17"/>
        </w:rPr>
        <w:t>Attach this completed handout plus the work named above to the same Toddle assignment. This is where your work is collected; do not make a separate portfolio upload.</w:t>
      </w:r>
    </w:p>
    <w:sectPr w:rsidR="00FC693F" w:rsidRPr="0006063C" w:rsidSect="00034616">
      <w:footerReference w:type="default" r:id="rId9"/>
      <w:pgSz w:w="12240" w:h="15840"/>
      <w:pgMar w:top="648" w:right="792" w:bottom="648" w:left="792"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7" w:lineRule="auto"/>
      <w:jc w:val="center"/>
    </w:pPr>
    <w:r>
      <w:rPr>
        <w:rFonts w:ascii="Aptos" w:hAnsi="Aptos"/>
        <w:b/>
        <w:i w:val="0"/>
        <w:color w:val="667085"/>
        <w:sz w:val="15"/>
      </w:rPr>
      <w:t>GRADE 6 DESIGN  •  WEEKLY CLASSROOM HANDOUT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color w:val="202B3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