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8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6E4AA8"/>
          <w:sz w:val="42"/>
        </w:rPr>
        <w:t>Choose a game idea players will enjoy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22"/>
              </w:rPr>
              <w:t>CRITERION C</w:t>
            </w:r>
          </w:p>
        </w:tc>
        <w:tc>
          <w:tcPr>
            <w:tcW w:type="dxa" w:w="7272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C only: use observations of existing games to plan a feasible game idea for Grade 6 players.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For this handout, your teacher records a score for Criterion C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game mechanic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repeatable action or rule that makes the game work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target player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the person you are designing for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feasible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possible to make with available time and materials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Play and observe.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Try two paper or card games. Record the goal, what a player does each turn, and what makes the game fun or frustrating.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Name your player.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Describe a Grade 6 player: what they enjoy, what they need, and what might confuse them.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Generate three themes.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three possible game ideas. Every idea must be possible with paper, card, dice, counters, or printed pieces.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Choose one direction.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Choose the strongest idea and explain why it can give your target player an enjoyable choice.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Game 1: Players… The best mechanic is…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My target player is… They enjoy…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My chosen game idea is… It will be fun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recorded useful observations from two games.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described a target Grade 6 player.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generated three feasible game ideas.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explained why one idea is the strongest.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8 • CRITERION C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6E4AA8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Criterion C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identify detailed design opportunities and choose a creative, highly feasible game idea with a compelling player experience.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observations to choose a feasible game idea with a clear player experience.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selected a basic idea, but player needs or feasibility are unclear.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observations or game idea are too limited to guide a workable game.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Teacher score — Criterion C: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