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10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6E4AA8"/>
          <w:sz w:val="42"/>
        </w:rPr>
        <w:t>Build Prototype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22"/>
              </w:rPr>
              <w:t>CRITERION C</w:t>
            </w:r>
          </w:p>
        </w:tc>
        <w:tc>
          <w:tcPr>
            <w:tcW w:type="dxa" w:w="7272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C only: follow your plan to make a playable first prototype and document one construction change.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For this handout, your teacher records a score for Criterion C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prototype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an early version built to test whether an idea works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label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word, symbol, or number that tells a player how to use a component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iteration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an improved version made after learning from testing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Build the essential parts first.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Make the minimum board, cards, tokens, and rules needed for one complete round. Do not decorate first.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Use your plan.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Tick off each component as you make it. Keep the quantities and labels from your plan.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Play one round.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Use your own rules with a partner. Note exactly where a component or instruction does not work.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Document a construction change.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what you changed during building, why you changed it, and how the change helped the game work.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The first part I made was…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During construction I changed…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After one round, I still need to test…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prototype has every essential component.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A player can complete at least one round.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components are labelled clearly enough to test.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documented one change from my plan.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10 • CRITERION C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6E4AA8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Criterion C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prototype is robust and carefully made, with highly effective technical choices that support the intended player experience.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I use my plan to make a playable first prototype with clear components and a documented change.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prototype has some playable parts, but rules or components need major clarification.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prototype is incomplete or cannot yet be played.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Teacher score — Criterion C: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