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color w:val="1257FF"/>
          <w:sz w:val="19"/>
        </w:rPr>
        <w:t>GRADE 6 • IB DESIGN</w:t>
      </w:r>
    </w:p>
    <w:p>
      <w:pPr>
        <w:spacing w:after="60"/>
      </w:pPr>
      <w:r>
        <w:rPr>
          <w:rFonts w:ascii="Arial Black" w:hAnsi="Arial Black"/>
          <w:b/>
          <w:i w:val="0"/>
          <w:color w:val="071B3A"/>
          <w:sz w:val="52"/>
        </w:rPr>
        <w:t>BUILD DRAFT 1</w:t>
      </w:r>
    </w:p>
    <w:p>
      <w:pPr>
        <w:spacing w:after="200"/>
      </w:pPr>
      <w:r>
        <w:rPr>
          <w:rFonts w:ascii="Arial" w:hAnsi="Arial"/>
          <w:b/>
          <w:i w:val="0"/>
          <w:color w:val="667085"/>
          <w:sz w:val="23"/>
        </w:rPr>
        <w:t>Complete before perfect. Today you make the whole poster once.</w:t>
      </w:r>
    </w:p>
    <w:p>
      <w:pPr>
        <w:spacing w:before="40" w:after="160" w:line="240" w:lineRule="auto"/>
        <w:ind w:left="173" w:right="173"/>
        <w:jc w:val="center"/>
        <w:shd w:fill="FFE32B"/>
      </w:pPr>
      <w:r>
        <w:rPr>
          <w:rFonts w:ascii="Arial Black" w:hAnsi="Arial Black"/>
          <w:b/>
          <w:i w:val="0"/>
          <w:color w:val="071B3A"/>
          <w:sz w:val="25"/>
        </w:rPr>
        <w:t>TODAY'S FINISH LINE: one complete A4 portrait poster saved as Draft 1</w:t>
      </w:r>
    </w:p>
    <w:p>
      <w:pPr>
        <w:spacing w:after="100"/>
      </w:pPr>
      <w:r>
        <w:rPr>
          <w:rFonts w:ascii="Arial" w:hAnsi="Arial"/>
          <w:b/>
          <w:i w:val="0"/>
          <w:color w:val="1257FF"/>
          <w:sz w:val="19"/>
        </w:rPr>
        <w:t xml:space="preserve">NAME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</w:t>
      </w:r>
    </w:p>
    <w:p>
      <w:pPr>
        <w:spacing w:after="100"/>
      </w:pPr>
      <w:r>
        <w:rPr>
          <w:rFonts w:ascii="Arial" w:hAnsi="Arial"/>
          <w:b/>
          <w:i w:val="0"/>
          <w:color w:val="1257FF"/>
          <w:sz w:val="19"/>
        </w:rPr>
        <w:t xml:space="preserve">CLASS  </w:t>
      </w:r>
      <w:r>
        <w:rPr>
          <w:rFonts w:ascii="Arial" w:hAnsi="Arial"/>
          <w:b w:val="0"/>
          <w:i w:val="0"/>
          <w:color w:val="071B3A"/>
          <w:sz w:val="19"/>
        </w:rPr>
        <w:t>_________________</w:t>
      </w:r>
    </w:p>
    <w:p>
      <w:pPr>
        <w:pStyle w:val="Heading1"/>
      </w:pPr>
      <w:r>
        <w:t>MAKE IT IN THIS ORDER</w:t>
      </w:r>
    </w:p>
    <w:p>
      <w:pPr>
        <w:spacing w:before="60" w:after="60"/>
        <w:ind w:left="144" w:right="144"/>
        <w:shd w:fill="DDE8FF"/>
      </w:pPr>
      <w:r>
        <w:rPr>
          <w:rFonts w:ascii="Arial Black" w:hAnsi="Arial Black"/>
          <w:b/>
          <w:i w:val="0"/>
          <w:color w:val="071B3A"/>
          <w:sz w:val="23"/>
        </w:rPr>
        <w:t>1  SET UP + SAVE</w:t>
        <w:br/>
      </w:r>
      <w:r>
        <w:rPr>
          <w:rFonts w:ascii="Arial" w:hAnsi="Arial"/>
          <w:b w:val="0"/>
          <w:i w:val="0"/>
          <w:color w:val="071B3A"/>
          <w:sz w:val="20"/>
        </w:rPr>
        <w:t>Blank PowerPoint → Design → Slide Size → Custom Slide Size → type 21 cm × 29.7 cm → Portrait. Save as Name_IdentityPoster_Draft1.pptx</w:t>
      </w:r>
    </w:p>
    <w:p>
      <w:pPr>
        <w:spacing w:before="60" w:after="60"/>
        <w:ind w:left="144" w:right="144"/>
        <w:shd w:fill="FFE1DE"/>
      </w:pPr>
      <w:r>
        <w:rPr>
          <w:rFonts w:ascii="Arial Black" w:hAnsi="Arial Black"/>
          <w:b/>
          <w:i w:val="0"/>
          <w:color w:val="071B3A"/>
          <w:sz w:val="23"/>
        </w:rPr>
        <w:t>2  BUILD THE SKELETON</w:t>
        <w:br/>
      </w:r>
      <w:r>
        <w:rPr>
          <w:rFonts w:ascii="Arial" w:hAnsi="Arial"/>
          <w:b w:val="0"/>
          <w:i w:val="0"/>
          <w:color w:val="071B3A"/>
          <w:sz w:val="20"/>
        </w:rPr>
        <w:t>□ name   □ 3 identity words   □ 3–5 image/symbol placeholders</w:t>
      </w:r>
    </w:p>
    <w:p>
      <w:pPr>
        <w:spacing w:before="60" w:after="60"/>
        <w:ind w:left="144" w:right="144"/>
        <w:shd w:fill="FFF3A0"/>
      </w:pPr>
      <w:r>
        <w:rPr>
          <w:rFonts w:ascii="Arial Black" w:hAnsi="Arial Black"/>
          <w:b/>
          <w:i w:val="0"/>
          <w:color w:val="071B3A"/>
          <w:sz w:val="23"/>
        </w:rPr>
        <w:t>3  ADD MEANING</w:t>
        <w:br/>
      </w:r>
      <w:r>
        <w:rPr>
          <w:rFonts w:ascii="Arial" w:hAnsi="Arial"/>
          <w:b w:val="0"/>
          <w:i w:val="0"/>
          <w:color w:val="071B3A"/>
          <w:sz w:val="20"/>
        </w:rPr>
        <w:t>Replace placeholders with images or symbols that communicate something real about you.</w:t>
      </w:r>
    </w:p>
    <w:p>
      <w:pPr>
        <w:spacing w:before="40" w:after="80" w:line="240" w:lineRule="auto"/>
        <w:ind w:left="173" w:right="173"/>
        <w:jc w:val="left"/>
        <w:shd w:fill="1257FF"/>
      </w:pPr>
      <w:r>
        <w:rPr>
          <w:rFonts w:ascii="Arial Black" w:hAnsi="Arial Black"/>
          <w:b/>
          <w:i w:val="0"/>
          <w:color w:val="FFFFFF"/>
          <w:sz w:val="23"/>
        </w:rPr>
        <w:t>THE MEANING TEST</w:t>
      </w:r>
    </w:p>
    <w:p>
      <w:pPr>
        <w:spacing w:after="80"/>
      </w:pPr>
      <w:r>
        <w:rPr>
          <w:rFonts w:ascii="Arial" w:hAnsi="Arial"/>
          <w:b w:val="0"/>
          <w:i/>
          <w:color w:val="071B3A"/>
          <w:sz w:val="21"/>
        </w:rPr>
        <w:t>This image tells the viewer that I am / I value / I enjoy …</w:t>
      </w:r>
    </w:p>
    <w:p>
      <w:pPr>
        <w:spacing w:after="140"/>
      </w:pPr>
      <w:r>
        <w:rPr>
          <w:rFonts w:ascii="Arial" w:hAnsi="Arial"/>
          <w:b/>
          <w:i w:val="0"/>
          <w:color w:val="FF625C"/>
          <w:sz w:val="19"/>
        </w:rPr>
        <w:t xml:space="preserve">MY EXAMPLE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______________________________________________________________</w:t>
      </w:r>
    </w:p>
    <w:p>
      <w:pPr>
        <w:spacing w:before="40" w:after="100" w:line="240" w:lineRule="auto"/>
        <w:ind w:left="173" w:right="173"/>
        <w:jc w:val="center"/>
        <w:shd w:fill="FF625C"/>
      </w:pPr>
      <w:r>
        <w:rPr>
          <w:rFonts w:ascii="Arial Black" w:hAnsi="Arial Black"/>
          <w:b/>
          <w:i w:val="0"/>
          <w:color w:val="071B3A"/>
          <w:sz w:val="25"/>
        </w:rPr>
        <w:t>DESIGN LIMITS: 3 MAIN COLORS  •  2 FONTS MAX</w:t>
      </w:r>
    </w:p>
    <w:p>
      <w:pPr>
        <w:spacing w:after="80"/>
      </w:pPr>
      <w:r>
        <w:rPr>
          <w:rFonts w:ascii="Arial" w:hAnsi="Arial"/>
          <w:b/>
          <w:i w:val="0"/>
          <w:color w:val="071B3A"/>
          <w:sz w:val="20"/>
        </w:rPr>
        <w:t>Hierarchy check:  Name = biggest or most dominant  →  identity words = second  →  extras = quieter</w:t>
      </w:r>
    </w:p>
    <w:p>
      <w:pPr>
        <w:spacing w:after="60"/>
      </w:pPr>
      <w:r>
        <w:rPr>
          <w:rFonts w:ascii="Arial" w:hAnsi="Arial"/>
          <w:b/>
          <w:i w:val="0"/>
          <w:color w:val="1257FF"/>
          <w:sz w:val="20"/>
        </w:rPr>
        <w:t>FOCAL POINT CHECK  □ I know what viewers should notice first.  □ It wins through size, contrast, position, or empty space.</w:t>
      </w:r>
    </w:p>
    <w:p>
      <w:r>
        <w:br w:type="page"/>
      </w:r>
    </w:p>
    <w:p>
      <w:pPr>
        <w:spacing w:after="0"/>
      </w:pPr>
      <w:r>
        <w:rPr>
          <w:rFonts w:ascii="Arial" w:hAnsi="Arial"/>
          <w:b/>
          <w:i w:val="0"/>
          <w:color w:val="1257FF"/>
          <w:sz w:val="19"/>
        </w:rPr>
        <w:t>STEP 5 • 30-SECOND PEER TEST</w:t>
      </w:r>
    </w:p>
    <w:p>
      <w:pPr>
        <w:spacing w:after="60"/>
      </w:pPr>
      <w:r>
        <w:rPr>
          <w:rFonts w:ascii="Arial Black" w:hAnsi="Arial Black"/>
          <w:b/>
          <w:i w:val="0"/>
          <w:color w:val="071B3A"/>
          <w:sz w:val="44"/>
        </w:rPr>
        <w:t>CAN YOUR POSTER SPEAK FOR ITSELF?</w:t>
      </w:r>
    </w:p>
    <w:p>
      <w:pPr>
        <w:spacing w:after="160"/>
      </w:pPr>
      <w:r>
        <w:rPr>
          <w:rFonts w:ascii="Arial" w:hAnsi="Arial"/>
          <w:b/>
          <w:i w:val="0"/>
          <w:color w:val="667085"/>
          <w:sz w:val="21"/>
        </w:rPr>
        <w:t>Viewer: look for 30 seconds, then look away. Designer: listen without explaining.</w:t>
      </w:r>
    </w:p>
    <w:p>
      <w:pPr>
        <w:spacing w:before="40" w:after="40" w:line="240" w:lineRule="auto"/>
        <w:ind w:left="173" w:right="173"/>
        <w:jc w:val="left"/>
        <w:shd w:fill="DDE8FF"/>
      </w:pPr>
      <w:r>
        <w:rPr>
          <w:rFonts w:ascii="Arial Black" w:hAnsi="Arial Black"/>
          <w:b/>
          <w:i w:val="0"/>
          <w:color w:val="071B3A"/>
          <w:sz w:val="21"/>
        </w:rPr>
        <w:t>1  What did you notice first?</w:t>
      </w:r>
    </w:p>
    <w:p>
      <w:pPr>
        <w:spacing w:after="100"/>
      </w:pPr>
      <w:r>
        <w:rPr>
          <w:rFonts w:ascii="Arial" w:hAnsi="Arial"/>
          <w:b/>
          <w:i w:val="0"/>
          <w:color w:val="667085"/>
          <w:sz w:val="19"/>
        </w:rPr>
        <w:t xml:space="preserve">VIEWER SAYS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________________________________________________________________</w:t>
      </w:r>
    </w:p>
    <w:p>
      <w:pPr>
        <w:spacing w:before="40" w:after="40" w:line="240" w:lineRule="auto"/>
        <w:ind w:left="173" w:right="173"/>
        <w:jc w:val="left"/>
        <w:shd w:fill="FFE1DE"/>
      </w:pPr>
      <w:r>
        <w:rPr>
          <w:rFonts w:ascii="Arial Black" w:hAnsi="Arial Black"/>
          <w:b/>
          <w:i w:val="0"/>
          <w:color w:val="071B3A"/>
          <w:sz w:val="21"/>
        </w:rPr>
        <w:t>2  Which three words describe this person?</w:t>
      </w:r>
    </w:p>
    <w:p>
      <w:pPr>
        <w:spacing w:after="100"/>
      </w:pPr>
      <w:r>
        <w:rPr>
          <w:rFonts w:ascii="Arial" w:hAnsi="Arial"/>
          <w:b/>
          <w:i w:val="0"/>
          <w:color w:val="667085"/>
          <w:sz w:val="19"/>
        </w:rPr>
        <w:t xml:space="preserve">VIEWER SAYS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________________________________________________________________</w:t>
      </w:r>
    </w:p>
    <w:p>
      <w:pPr>
        <w:spacing w:before="40" w:after="40" w:line="240" w:lineRule="auto"/>
        <w:ind w:left="173" w:right="173"/>
        <w:jc w:val="left"/>
        <w:shd w:fill="FFF3A0"/>
      </w:pPr>
      <w:r>
        <w:rPr>
          <w:rFonts w:ascii="Arial Black" w:hAnsi="Arial Black"/>
          <w:b/>
          <w:i w:val="0"/>
          <w:color w:val="071B3A"/>
          <w:sz w:val="21"/>
        </w:rPr>
        <w:t>3  What was difficult to read?</w:t>
      </w:r>
    </w:p>
    <w:p>
      <w:pPr>
        <w:spacing w:after="100"/>
      </w:pPr>
      <w:r>
        <w:rPr>
          <w:rFonts w:ascii="Arial" w:hAnsi="Arial"/>
          <w:b/>
          <w:i w:val="0"/>
          <w:color w:val="667085"/>
          <w:sz w:val="19"/>
        </w:rPr>
        <w:t xml:space="preserve">VIEWER SAYS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________________________________________________________________</w:t>
      </w:r>
    </w:p>
    <w:p>
      <w:pPr>
        <w:spacing w:before="40" w:after="40" w:line="240" w:lineRule="auto"/>
        <w:ind w:left="173" w:right="173"/>
        <w:jc w:val="left"/>
        <w:shd w:fill="DDE8FF"/>
      </w:pPr>
      <w:r>
        <w:rPr>
          <w:rFonts w:ascii="Arial Black" w:hAnsi="Arial Black"/>
          <w:b/>
          <w:i w:val="0"/>
          <w:color w:val="071B3A"/>
          <w:sz w:val="21"/>
        </w:rPr>
        <w:t>4  What could be removed?</w:t>
      </w:r>
    </w:p>
    <w:p>
      <w:pPr>
        <w:spacing w:after="100"/>
      </w:pPr>
      <w:r>
        <w:rPr>
          <w:rFonts w:ascii="Arial" w:hAnsi="Arial"/>
          <w:b/>
          <w:i w:val="0"/>
          <w:color w:val="667085"/>
          <w:sz w:val="19"/>
        </w:rPr>
        <w:t xml:space="preserve">VIEWER SAYS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________________________________________________________________</w:t>
      </w:r>
    </w:p>
    <w:p>
      <w:pPr>
        <w:pStyle w:val="Heading1"/>
      </w:pPr>
      <w:r>
        <w:t>DESIGNER REFLECTION</w:t>
      </w:r>
    </w:p>
    <w:p>
      <w:pPr>
        <w:spacing w:after="80"/>
      </w:pPr>
      <w:r>
        <w:rPr>
          <w:rFonts w:ascii="Arial" w:hAnsi="Arial"/>
          <w:b/>
          <w:i w:val="0"/>
          <w:color w:val="1257FF"/>
          <w:sz w:val="19"/>
        </w:rPr>
        <w:t xml:space="preserve">My intended focal point was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</w:t>
      </w:r>
    </w:p>
    <w:p>
      <w:pPr>
        <w:spacing w:after="80"/>
      </w:pPr>
      <w:r>
        <w:rPr>
          <w:rFonts w:ascii="Arial" w:hAnsi="Arial"/>
          <w:b/>
          <w:i w:val="0"/>
          <w:color w:val="FF625C"/>
          <w:sz w:val="19"/>
        </w:rPr>
        <w:t xml:space="preserve">My partner noticed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________________________________________________________</w:t>
      </w:r>
    </w:p>
    <w:p>
      <w:pPr>
        <w:spacing w:after="140"/>
      </w:pPr>
      <w:r>
        <w:rPr>
          <w:rFonts w:ascii="Arial" w:hAnsi="Arial"/>
          <w:b/>
          <w:i w:val="0"/>
          <w:color w:val="1257FF"/>
          <w:sz w:val="19"/>
        </w:rPr>
        <w:t xml:space="preserve">One change for Draft 2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____________________________________________________</w:t>
      </w:r>
    </w:p>
    <w:p>
      <w:pPr>
        <w:spacing w:before="40" w:after="80" w:line="240" w:lineRule="auto"/>
        <w:ind w:left="173" w:right="173"/>
        <w:jc w:val="left"/>
        <w:shd w:fill="071B3A"/>
      </w:pPr>
      <w:r>
        <w:rPr>
          <w:rFonts w:ascii="Arial Black" w:hAnsi="Arial Black"/>
          <w:b/>
          <w:i w:val="0"/>
          <w:color w:val="FFFFFF"/>
          <w:sz w:val="23"/>
        </w:rPr>
        <w:t>READY TO SAVE?</w:t>
      </w:r>
    </w:p>
    <w:p>
      <w:pPr>
        <w:spacing w:after="100"/>
      </w:pPr>
      <w:r>
        <w:rPr>
          <w:rFonts w:ascii="Arial" w:hAnsi="Arial"/>
          <w:b/>
          <w:i w:val="0"/>
          <w:color w:val="071B3A"/>
          <w:sz w:val="19"/>
        </w:rPr>
        <w:t>□ A4 portrait   □ name   □ 3 words   □ 3–5 images/symbols   □ 3 colors   □ 2 fonts   □ one focal point</w:t>
      </w:r>
    </w:p>
    <w:p>
      <w:pPr>
        <w:spacing w:before="40" w:after="100" w:line="240" w:lineRule="auto"/>
        <w:ind w:left="173" w:right="173"/>
        <w:jc w:val="center"/>
        <w:shd w:fill="FFE32B"/>
      </w:pPr>
      <w:r>
        <w:rPr>
          <w:rFonts w:ascii="Arial Black" w:hAnsi="Arial Black"/>
          <w:b/>
          <w:i w:val="0"/>
          <w:color w:val="071B3A"/>
          <w:sz w:val="23"/>
        </w:rPr>
        <w:t>SAVE AS: Name_IdentityPoster_Draft1.pptx</w:t>
      </w:r>
    </w:p>
    <w:p>
      <w:pPr>
        <w:spacing w:after="80"/>
      </w:pPr>
      <w:r>
        <w:rPr>
          <w:rFonts w:ascii="Arial" w:hAnsi="Arial"/>
          <w:b/>
          <w:i w:val="0"/>
          <w:color w:val="1257FF"/>
          <w:sz w:val="19"/>
        </w:rPr>
        <w:t xml:space="preserve">ONE THING THAT WORKED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_________________________________________________</w:t>
      </w:r>
    </w:p>
    <w:p>
      <w:pPr>
        <w:spacing w:after="0"/>
      </w:pPr>
      <w:r>
        <w:rPr>
          <w:rFonts w:ascii="Arial" w:hAnsi="Arial"/>
          <w:b/>
          <w:i w:val="0"/>
          <w:color w:val="FF625C"/>
          <w:sz w:val="19"/>
        </w:rPr>
        <w:t xml:space="preserve">ONE THING TO IMPROVE NEXT CLASS  </w:t>
      </w:r>
      <w:r>
        <w:rPr>
          <w:rFonts w:ascii="Arial" w:hAnsi="Arial"/>
          <w:b w:val="0"/>
          <w:i w:val="0"/>
          <w:color w:val="071B3A"/>
          <w:sz w:val="19"/>
        </w:rPr>
        <w:t>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35" w:bottom="835" w:left="835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i w:val="0"/>
        <w:color w:val="667085"/>
        <w:sz w:val="17"/>
      </w:rPr>
      <w:t xml:space="preserve">DRAFT 1  •  </w:t>
    </w:r>
    <w:r>
      <w:rPr>
        <w:rFonts w:ascii="Arial" w:hAnsi="Arial"/>
        <w:b/>
        <w:i w:val="0"/>
        <w:color w:val="667085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667085"/>
        <w:sz w:val="16"/>
      </w:rPr>
      <w:t>G6 DESIGN  •  PERSONAL IDENTITY POSTER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71B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257F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71B3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FF625C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DRAFT 1</dc:title>
  <dc:subject>Grade 6 IB Design personal identity poster Draft 1 lesson</dc:subject>
  <dc:creator>Grade 6 Design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