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rFonts w:ascii="Aptos" w:hAnsi="Aptos"/>
          <w:b/>
          <w:color w:val="17324D"/>
          <w:sz w:val="50"/>
        </w:rPr>
        <w:t>WHO AM I?</w:t>
      </w:r>
    </w:p>
    <w:p>
      <w:pPr>
        <w:spacing w:after="80"/>
      </w:pPr>
      <w:r>
        <w:rPr>
          <w:rFonts w:ascii="Aptos" w:hAnsi="Aptos"/>
          <w:b/>
          <w:color w:val="20A9AA"/>
          <w:sz w:val="22"/>
        </w:rPr>
        <w:t>GRADE 6 DESIGN — PERSONAL IDENTITY POSTER</w:t>
      </w:r>
    </w:p>
    <w:p>
      <w:pPr>
        <w:spacing w:after="100"/>
      </w:pPr>
      <w:r>
        <w:rPr>
          <w:rFonts w:ascii="Aptos" w:hAnsi="Aptos"/>
          <w:b w:val="0"/>
          <w:color w:val="333A40"/>
          <w:sz w:val="20"/>
        </w:rPr>
        <w:t>Today I will decide what my poster should communicate before I start designing it.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714"/>
        <w:gridCol w:w="2714"/>
        <w:gridCol w:w="2714"/>
        <w:gridCol w:w="2714"/>
      </w:tblGrid>
      <w:tr>
        <w:tc>
          <w:tcPr>
            <w:tcW w:type="dxa" w:w="2714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70432" cy="1664208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oster1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0432" cy="166420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14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70432" cy="1664208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oster2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0432" cy="166420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14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70432" cy="1664208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oster3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0432" cy="166420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14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70432" cy="1664208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oster4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0432" cy="166420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36"/>
        <w:gridCol w:w="9864"/>
      </w:tblGrid>
      <w:tr>
        <w:tc>
          <w:tcPr>
            <w:tcW w:type="dxa" w:w="5429"/>
            <w:shd w:fill="FF527E"/>
            <w:tcBorders>
              <w:top w:val="single" w:sz="2" w:color="17324D"/>
              <w:left w:val="single" w:sz="2" w:color="17324D"/>
              <w:bottom w:val="single" w:sz="2" w:color="17324D"/>
              <w:right w:val="single" w:sz="2" w:color="17324D"/>
            </w:tcBorders>
          </w:tcPr>
          <w:p>
            <w:pPr>
              <w:jc w:val="center"/>
            </w:pPr>
            <w:r>
              <w:rPr>
                <w:b/>
                <w:color w:val="FFFFFF"/>
                <w:sz w:val="34"/>
              </w:rPr>
              <w:t>A</w:t>
            </w:r>
          </w:p>
        </w:tc>
        <w:tc>
          <w:tcPr>
            <w:tcW w:type="dxa" w:w="5429"/>
            <w:shd w:fill="17324D"/>
            <w:tcBorders>
              <w:top w:val="single" w:sz="2" w:color="17324D"/>
              <w:left w:val="single" w:sz="2" w:color="17324D"/>
              <w:bottom w:val="single" w:sz="2" w:color="17324D"/>
              <w:right w:val="single" w:sz="2" w:color="17324D"/>
            </w:tcBorders>
          </w:tcPr>
          <w:p>
            <w:r>
              <w:rPr>
                <w:b/>
                <w:color w:val="FFFFFF"/>
                <w:sz w:val="26"/>
              </w:rPr>
              <w:t>MY IDENTITY INVENTORY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5429"/>
        <w:gridCol w:w="5429"/>
      </w:tblGrid>
      <w:tr>
        <w:tc>
          <w:tcPr>
            <w:tcW w:type="dxa" w:w="5429"/>
            <w:shd w:fill="FFF0F5"/>
            <w:tcBorders>
              <w:top w:val="single" w:sz="4" w:color="D9E0E6"/>
              <w:left w:val="single" w:sz="4" w:color="D9E0E6"/>
              <w:bottom w:val="single" w:sz="4" w:color="D9E0E6"/>
              <w:right w:val="single" w:sz="4" w:color="D9E0E6"/>
            </w:tcBorders>
          </w:tcPr>
          <w:p>
            <w:r>
              <w:rPr>
                <w:b/>
                <w:color w:val="17324D"/>
                <w:sz w:val="18"/>
              </w:rPr>
              <w:t>❤ Things I like</w:t>
            </w:r>
          </w:p>
          <w:p>
            <w:r>
              <w:rPr>
                <w:color w:val="6A7680"/>
                <w:sz w:val="15"/>
              </w:rPr>
              <w:t>3+ ideas</w:t>
            </w:r>
          </w:p>
          <w:p>
            <w:pPr>
              <w:spacing w:after="0"/>
            </w:pPr>
            <w:r>
              <w:rPr>
                <w:color w:val="A6AFB6"/>
                <w:sz w:val="14"/>
              </w:rPr>
              <w:t>________________________________________________________</w:t>
            </w:r>
          </w:p>
          <w:p>
            <w:pPr>
              <w:spacing w:after="0"/>
            </w:pPr>
            <w:r>
              <w:rPr>
                <w:color w:val="A6AFB6"/>
                <w:sz w:val="14"/>
              </w:rPr>
              <w:t>________________________________________________________</w:t>
            </w:r>
          </w:p>
        </w:tc>
        <w:tc>
          <w:tcPr>
            <w:tcW w:type="dxa" w:w="5429"/>
            <w:shd w:fill="FFF8DF"/>
            <w:tcBorders>
              <w:top w:val="single" w:sz="4" w:color="D9E0E6"/>
              <w:left w:val="single" w:sz="4" w:color="D9E0E6"/>
              <w:bottom w:val="single" w:sz="4" w:color="D9E0E6"/>
              <w:right w:val="single" w:sz="4" w:color="D9E0E6"/>
            </w:tcBorders>
          </w:tcPr>
          <w:p>
            <w:r>
              <w:rPr>
                <w:b/>
                <w:color w:val="17324D"/>
                <w:sz w:val="18"/>
              </w:rPr>
              <w:t>★ Things I’m good at</w:t>
            </w:r>
          </w:p>
          <w:p>
            <w:r>
              <w:rPr>
                <w:color w:val="6A7680"/>
                <w:sz w:val="15"/>
              </w:rPr>
              <w:t>3+ ideas</w:t>
            </w:r>
          </w:p>
          <w:p>
            <w:pPr>
              <w:spacing w:after="0"/>
            </w:pPr>
            <w:r>
              <w:rPr>
                <w:color w:val="A6AFB6"/>
                <w:sz w:val="14"/>
              </w:rPr>
              <w:t>________________________________________________________</w:t>
            </w:r>
          </w:p>
          <w:p>
            <w:pPr>
              <w:spacing w:after="0"/>
            </w:pPr>
            <w:r>
              <w:rPr>
                <w:color w:val="A6AFB6"/>
                <w:sz w:val="14"/>
              </w:rPr>
              <w:t>________________________________________________________</w:t>
            </w:r>
          </w:p>
        </w:tc>
      </w:tr>
      <w:tr>
        <w:tc>
          <w:tcPr>
            <w:tcW w:type="dxa" w:w="5429"/>
            <w:shd w:fill="EAF8F1"/>
            <w:tcBorders>
              <w:top w:val="single" w:sz="4" w:color="D9E0E6"/>
              <w:left w:val="single" w:sz="4" w:color="D9E0E6"/>
              <w:bottom w:val="single" w:sz="4" w:color="D9E0E6"/>
              <w:right w:val="single" w:sz="4" w:color="D9E0E6"/>
            </w:tcBorders>
          </w:tcPr>
          <w:p>
            <w:r>
              <w:rPr>
                <w:b/>
                <w:color w:val="17324D"/>
                <w:sz w:val="18"/>
              </w:rPr>
              <w:t>⚑ Things that matter to me</w:t>
            </w:r>
          </w:p>
          <w:p>
            <w:r>
              <w:rPr>
                <w:color w:val="6A7680"/>
                <w:sz w:val="15"/>
              </w:rPr>
              <w:t>3+ ideas</w:t>
            </w:r>
          </w:p>
          <w:p>
            <w:pPr>
              <w:spacing w:after="0"/>
            </w:pPr>
            <w:r>
              <w:rPr>
                <w:color w:val="A6AFB6"/>
                <w:sz w:val="14"/>
              </w:rPr>
              <w:t>________________________________________________________</w:t>
            </w:r>
          </w:p>
          <w:p>
            <w:pPr>
              <w:spacing w:after="0"/>
            </w:pPr>
            <w:r>
              <w:rPr>
                <w:color w:val="A6AFB6"/>
                <w:sz w:val="14"/>
              </w:rPr>
              <w:t>________________________________________________________</w:t>
            </w:r>
          </w:p>
        </w:tc>
        <w:tc>
          <w:tcPr>
            <w:tcW w:type="dxa" w:w="5429"/>
            <w:shd w:fill="E8F7F7"/>
            <w:tcBorders>
              <w:top w:val="single" w:sz="4" w:color="D9E0E6"/>
              <w:left w:val="single" w:sz="4" w:color="D9E0E6"/>
              <w:bottom w:val="single" w:sz="4" w:color="D9E0E6"/>
              <w:right w:val="single" w:sz="4" w:color="D9E0E6"/>
            </w:tcBorders>
          </w:tcPr>
          <w:p>
            <w:r>
              <w:rPr>
                <w:b/>
                <w:color w:val="17324D"/>
                <w:sz w:val="18"/>
              </w:rPr>
              <w:t>⌂ Places connected to me</w:t>
            </w:r>
          </w:p>
          <w:p>
            <w:r>
              <w:rPr>
                <w:color w:val="6A7680"/>
                <w:sz w:val="15"/>
              </w:rPr>
              <w:t>3+ ideas</w:t>
            </w:r>
          </w:p>
          <w:p>
            <w:pPr>
              <w:spacing w:after="0"/>
            </w:pPr>
            <w:r>
              <w:rPr>
                <w:color w:val="A6AFB6"/>
                <w:sz w:val="14"/>
              </w:rPr>
              <w:t>________________________________________________________</w:t>
            </w:r>
          </w:p>
          <w:p>
            <w:pPr>
              <w:spacing w:after="0"/>
            </w:pPr>
            <w:r>
              <w:rPr>
                <w:color w:val="A6AFB6"/>
                <w:sz w:val="14"/>
              </w:rPr>
              <w:t>________________________________________________________</w:t>
            </w:r>
          </w:p>
        </w:tc>
      </w:tr>
      <w:tr>
        <w:tc>
          <w:tcPr>
            <w:tcW w:type="dxa" w:w="5429"/>
            <w:shd w:fill="F1ECFA"/>
            <w:tcBorders>
              <w:top w:val="single" w:sz="4" w:color="D9E0E6"/>
              <w:left w:val="single" w:sz="4" w:color="D9E0E6"/>
              <w:bottom w:val="single" w:sz="4" w:color="D9E0E6"/>
              <w:right w:val="single" w:sz="4" w:color="D9E0E6"/>
            </w:tcBorders>
          </w:tcPr>
          <w:p>
            <w:r>
              <w:rPr>
                <w:b/>
                <w:color w:val="17324D"/>
                <w:sz w:val="18"/>
              </w:rPr>
              <w:t>Aa Words that describe me</w:t>
            </w:r>
          </w:p>
          <w:p>
            <w:r>
              <w:rPr>
                <w:color w:val="6A7680"/>
                <w:sz w:val="15"/>
              </w:rPr>
              <w:t>3+ ideas</w:t>
            </w:r>
          </w:p>
          <w:p>
            <w:pPr>
              <w:spacing w:after="0"/>
            </w:pPr>
            <w:r>
              <w:rPr>
                <w:color w:val="A6AFB6"/>
                <w:sz w:val="14"/>
              </w:rPr>
              <w:t>________________________________________________________</w:t>
            </w:r>
          </w:p>
          <w:p>
            <w:pPr>
              <w:spacing w:after="0"/>
            </w:pPr>
            <w:r>
              <w:rPr>
                <w:color w:val="A6AFB6"/>
                <w:sz w:val="14"/>
              </w:rPr>
              <w:t>________________________________________________________</w:t>
            </w:r>
          </w:p>
        </w:tc>
        <w:tc>
          <w:tcPr>
            <w:tcW w:type="dxa" w:w="5429"/>
            <w:shd w:fill="EEF3F8"/>
            <w:tcBorders>
              <w:top w:val="single" w:sz="4" w:color="D9E0E6"/>
              <w:left w:val="single" w:sz="4" w:color="D9E0E6"/>
              <w:bottom w:val="single" w:sz="4" w:color="D9E0E6"/>
              <w:right w:val="single" w:sz="4" w:color="D9E0E6"/>
            </w:tcBorders>
          </w:tcPr>
          <w:p>
            <w:r>
              <w:rPr>
                <w:b/>
                <w:color w:val="17324D"/>
                <w:sz w:val="18"/>
              </w:rPr>
              <w:t>◆ Colors / symbols / images</w:t>
            </w:r>
          </w:p>
          <w:p>
            <w:r>
              <w:rPr>
                <w:color w:val="6A7680"/>
                <w:sz w:val="15"/>
              </w:rPr>
              <w:t>3+ ideas</w:t>
            </w:r>
          </w:p>
          <w:p>
            <w:pPr>
              <w:spacing w:after="0"/>
            </w:pPr>
            <w:r>
              <w:rPr>
                <w:color w:val="A6AFB6"/>
                <w:sz w:val="14"/>
              </w:rPr>
              <w:t>________________________________________________________</w:t>
            </w:r>
          </w:p>
          <w:p>
            <w:pPr>
              <w:spacing w:after="0"/>
            </w:pPr>
            <w:r>
              <w:rPr>
                <w:color w:val="A6AFB6"/>
                <w:sz w:val="14"/>
              </w:rPr>
              <w:t>________________________________________________________</w:t>
            </w:r>
          </w:p>
        </w:tc>
      </w:tr>
    </w:tbl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36"/>
        <w:gridCol w:w="9864"/>
      </w:tblGrid>
      <w:tr>
        <w:tc>
          <w:tcPr>
            <w:tcW w:type="dxa" w:w="5429"/>
            <w:shd w:fill="7E4EBE"/>
            <w:tcBorders>
              <w:top w:val="single" w:sz="2" w:color="17324D"/>
              <w:left w:val="single" w:sz="2" w:color="17324D"/>
              <w:bottom w:val="single" w:sz="2" w:color="17324D"/>
              <w:right w:val="single" w:sz="2" w:color="17324D"/>
            </w:tcBorders>
          </w:tcPr>
          <w:p>
            <w:pPr>
              <w:jc w:val="center"/>
            </w:pPr>
            <w:r>
              <w:rPr>
                <w:b/>
                <w:color w:val="FFFFFF"/>
                <w:sz w:val="34"/>
              </w:rPr>
              <w:t>B</w:t>
            </w:r>
          </w:p>
        </w:tc>
        <w:tc>
          <w:tcPr>
            <w:tcW w:type="dxa" w:w="5429"/>
            <w:shd w:fill="17324D"/>
            <w:tcBorders>
              <w:top w:val="single" w:sz="2" w:color="17324D"/>
              <w:left w:val="single" w:sz="2" w:color="17324D"/>
              <w:bottom w:val="single" w:sz="2" w:color="17324D"/>
              <w:right w:val="single" w:sz="2" w:color="17324D"/>
            </w:tcBorders>
          </w:tcPr>
          <w:p>
            <w:r>
              <w:rPr>
                <w:b/>
                <w:color w:val="FFFFFF"/>
                <w:sz w:val="26"/>
              </w:rPr>
              <w:t>MY THREE WORDS</w:t>
            </w:r>
          </w:p>
        </w:tc>
      </w:tr>
    </w:tbl>
    <w:p>
      <w:pPr>
        <w:spacing w:after="40"/>
      </w:pPr>
    </w:p>
    <w:p>
      <w:pPr>
        <w:spacing w:after="60"/>
      </w:pPr>
      <w:r>
        <w:rPr>
          <w:rFonts w:ascii="Aptos" w:hAnsi="Aptos"/>
          <w:b w:val="0"/>
          <w:color w:val="333A40"/>
          <w:sz w:val="19"/>
        </w:rPr>
        <w:t>Choose the THREE words you most want your poster to communicate.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429"/>
        <w:gridCol w:w="5429"/>
      </w:tblGrid>
      <w:tr>
        <w:tc>
          <w:tcPr>
            <w:tcW w:type="dxa" w:w="5429"/>
            <w:shd w:fill="FF527E"/>
            <w:tcBorders>
              <w:top w:val="single" w:sz="4" w:color="FF527E"/>
              <w:left w:val="single" w:sz="4" w:color="FF527E"/>
              <w:bottom w:val="single" w:sz="4" w:color="FF527E"/>
              <w:right w:val="single" w:sz="4" w:color="FF527E"/>
            </w:tcBorders>
          </w:tcPr>
          <w:p>
            <w:pPr>
              <w:jc w:val="center"/>
            </w:pPr>
            <w:r>
              <w:rPr>
                <w:b/>
                <w:color w:val="FFFFFF"/>
                <w:sz w:val="34"/>
              </w:rPr>
              <w:t>1</w:t>
            </w:r>
          </w:p>
        </w:tc>
        <w:tc>
          <w:tcPr>
            <w:tcW w:type="dxa" w:w="5429"/>
            <w:shd w:fill="FFFFFF"/>
            <w:tcBorders>
              <w:top w:val="single" w:sz="4" w:color="D9E0E6"/>
              <w:left w:val="single" w:sz="4" w:color="D9E0E6"/>
              <w:bottom w:val="single" w:sz="4" w:color="D9E0E6"/>
              <w:right w:val="single" w:sz="4" w:color="D9E0E6"/>
            </w:tcBorders>
          </w:tcPr>
          <w:p/>
          <w:p>
            <w:pPr>
              <w:spacing w:after="0"/>
            </w:pPr>
            <w:r>
              <w:rPr>
                <w:color w:val="A6AFB6"/>
                <w:sz w:val="14"/>
              </w:rPr>
              <w:t>________________________________________________________</w:t>
            </w:r>
          </w:p>
        </w:tc>
      </w:tr>
      <w:tr>
        <w:tc>
          <w:tcPr>
            <w:tcW w:type="dxa" w:w="5429"/>
            <w:shd w:fill="20B9BA"/>
            <w:tcBorders>
              <w:top w:val="single" w:sz="4" w:color="20B9BA"/>
              <w:left w:val="single" w:sz="4" w:color="20B9BA"/>
              <w:bottom w:val="single" w:sz="4" w:color="20B9BA"/>
              <w:right w:val="single" w:sz="4" w:color="20B9BA"/>
            </w:tcBorders>
          </w:tcPr>
          <w:p>
            <w:pPr>
              <w:jc w:val="center"/>
            </w:pPr>
            <w:r>
              <w:rPr>
                <w:b/>
                <w:color w:val="FFFFFF"/>
                <w:sz w:val="34"/>
              </w:rPr>
              <w:t>2</w:t>
            </w:r>
          </w:p>
        </w:tc>
        <w:tc>
          <w:tcPr>
            <w:tcW w:type="dxa" w:w="5429"/>
            <w:shd w:fill="FFFFFF"/>
            <w:tcBorders>
              <w:top w:val="single" w:sz="4" w:color="D9E0E6"/>
              <w:left w:val="single" w:sz="4" w:color="D9E0E6"/>
              <w:bottom w:val="single" w:sz="4" w:color="D9E0E6"/>
              <w:right w:val="single" w:sz="4" w:color="D9E0E6"/>
            </w:tcBorders>
          </w:tcPr>
          <w:p/>
          <w:p>
            <w:pPr>
              <w:spacing w:after="0"/>
            </w:pPr>
            <w:r>
              <w:rPr>
                <w:color w:val="A6AFB6"/>
                <w:sz w:val="14"/>
              </w:rPr>
              <w:t>________________________________________________________</w:t>
            </w:r>
          </w:p>
        </w:tc>
      </w:tr>
      <w:tr>
        <w:tc>
          <w:tcPr>
            <w:tcW w:type="dxa" w:w="5429"/>
            <w:shd w:fill="7E4EBE"/>
            <w:tcBorders>
              <w:top w:val="single" w:sz="4" w:color="7E4EBE"/>
              <w:left w:val="single" w:sz="4" w:color="7E4EBE"/>
              <w:bottom w:val="single" w:sz="4" w:color="7E4EBE"/>
              <w:right w:val="single" w:sz="4" w:color="7E4EBE"/>
            </w:tcBorders>
          </w:tcPr>
          <w:p>
            <w:pPr>
              <w:jc w:val="center"/>
            </w:pPr>
            <w:r>
              <w:rPr>
                <w:b/>
                <w:color w:val="FFFFFF"/>
                <w:sz w:val="34"/>
              </w:rPr>
              <w:t>3</w:t>
            </w:r>
          </w:p>
        </w:tc>
        <w:tc>
          <w:tcPr>
            <w:tcW w:type="dxa" w:w="5429"/>
            <w:shd w:fill="FFFFFF"/>
            <w:tcBorders>
              <w:top w:val="single" w:sz="4" w:color="D9E0E6"/>
              <w:left w:val="single" w:sz="4" w:color="D9E0E6"/>
              <w:bottom w:val="single" w:sz="4" w:color="D9E0E6"/>
              <w:right w:val="single" w:sz="4" w:color="D9E0E6"/>
            </w:tcBorders>
          </w:tcPr>
          <w:p/>
          <w:p>
            <w:pPr>
              <w:spacing w:after="0"/>
            </w:pPr>
            <w:r>
              <w:rPr>
                <w:color w:val="A6AFB6"/>
                <w:sz w:val="14"/>
              </w:rPr>
              <w:t>________________________________________________________</w:t>
            </w:r>
          </w:p>
        </w:tc>
      </w:tr>
    </w:tbl>
    <w:p>
      <w:pPr>
        <w:spacing w:after="40"/>
      </w:pPr>
      <w:r>
        <w:rPr>
          <w:rFonts w:ascii="Aptos" w:hAnsi="Aptos"/>
          <w:b/>
          <w:color w:val="17324D"/>
          <w:sz w:val="17"/>
        </w:rPr>
        <w:t>My audience: other Grade 6 students</w:t>
      </w:r>
    </w:p>
    <w:p>
      <w:pPr>
        <w:spacing w:after="100"/>
      </w:pPr>
      <w:r>
        <w:rPr>
          <w:rFonts w:ascii="Aptos" w:hAnsi="Aptos"/>
          <w:b/>
          <w:color w:val="333A40"/>
          <w:sz w:val="19"/>
        </w:rPr>
        <w:t>I want them to think: “This person is __________________________________________.”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36"/>
        <w:gridCol w:w="9864"/>
      </w:tblGrid>
      <w:tr>
        <w:tc>
          <w:tcPr>
            <w:tcW w:type="dxa" w:w="5429"/>
            <w:shd w:fill="20B9BA"/>
            <w:tcBorders>
              <w:top w:val="single" w:sz="2" w:color="17324D"/>
              <w:left w:val="single" w:sz="2" w:color="17324D"/>
              <w:bottom w:val="single" w:sz="2" w:color="17324D"/>
              <w:right w:val="single" w:sz="2" w:color="17324D"/>
            </w:tcBorders>
          </w:tcPr>
          <w:p>
            <w:pPr>
              <w:jc w:val="center"/>
            </w:pPr>
            <w:r>
              <w:rPr>
                <w:b/>
                <w:color w:val="FFFFFF"/>
                <w:sz w:val="34"/>
              </w:rPr>
              <w:t>C</w:t>
            </w:r>
          </w:p>
        </w:tc>
        <w:tc>
          <w:tcPr>
            <w:tcW w:type="dxa" w:w="5429"/>
            <w:shd w:fill="17324D"/>
            <w:tcBorders>
              <w:top w:val="single" w:sz="2" w:color="17324D"/>
              <w:left w:val="single" w:sz="2" w:color="17324D"/>
              <w:bottom w:val="single" w:sz="2" w:color="17324D"/>
              <w:right w:val="single" w:sz="2" w:color="17324D"/>
            </w:tcBorders>
          </w:tcPr>
          <w:p>
            <w:r>
              <w:rPr>
                <w:b/>
                <w:color w:val="FFFFFF"/>
                <w:sz w:val="26"/>
              </w:rPr>
              <w:t>POSTER DETECTIVE — FIND TWO REAL POSTERS</w:t>
            </w:r>
          </w:p>
        </w:tc>
      </w:tr>
    </w:tbl>
    <w:p>
      <w:pPr>
        <w:spacing w:after="40"/>
      </w:pPr>
    </w:p>
    <w:p>
      <w:pPr>
        <w:spacing w:after="60"/>
      </w:pPr>
      <w:r>
        <w:rPr>
          <w:rFonts w:ascii="Aptos" w:hAnsi="Aptos"/>
          <w:b w:val="0"/>
          <w:color w:val="333A40"/>
          <w:sz w:val="17"/>
        </w:rPr>
        <w:t>Search for “personal identity poster” or “about me poster design”.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429"/>
        <w:gridCol w:w="5429"/>
      </w:tblGrid>
      <w:tr>
        <w:tc>
          <w:tcPr>
            <w:tcW w:type="dxa" w:w="5429"/>
            <w:shd w:fill="FFFFFF"/>
            <w:tcBorders>
              <w:top w:val="single" w:sz="4" w:color="D9E0E6"/>
              <w:left w:val="single" w:sz="4" w:color="D9E0E6"/>
              <w:bottom w:val="single" w:sz="4" w:color="D9E0E6"/>
              <w:right w:val="single" w:sz="4" w:color="D9E0E6"/>
            </w:tcBorders>
          </w:tcPr>
          <w:p>
            <w:pPr>
              <w:jc w:val="center"/>
            </w:pPr>
            <w:r>
              <w:rPr>
                <w:b/>
                <w:color w:val="17324D"/>
                <w:sz w:val="22"/>
              </w:rPr>
              <w:t>POSTER 1</w:t>
            </w:r>
          </w:p>
          <w:p>
            <w:pPr>
              <w:spacing w:after="0"/>
            </w:pPr>
            <w:r>
              <w:rPr>
                <w:b/>
                <w:color w:val="20A9AA"/>
                <w:sz w:val="15"/>
              </w:rPr>
              <w:t>First thing I notice</w:t>
            </w:r>
          </w:p>
          <w:p>
            <w:pPr>
              <w:spacing w:after="20"/>
            </w:pPr>
            <w:r>
              <w:rPr>
                <w:color w:val="A6AFB6"/>
                <w:sz w:val="14"/>
              </w:rPr>
              <w:t>________________________________________</w:t>
            </w:r>
          </w:p>
          <w:p>
            <w:pPr>
              <w:spacing w:after="0"/>
            </w:pPr>
            <w:r>
              <w:rPr>
                <w:b/>
                <w:color w:val="7E4EBE"/>
                <w:sz w:val="15"/>
              </w:rPr>
              <w:t>What it says about the person</w:t>
            </w:r>
          </w:p>
          <w:p>
            <w:pPr>
              <w:spacing w:after="20"/>
            </w:pPr>
            <w:r>
              <w:rPr>
                <w:color w:val="A6AFB6"/>
                <w:sz w:val="14"/>
              </w:rPr>
              <w:t>________________________________________</w:t>
            </w:r>
          </w:p>
          <w:p>
            <w:pPr>
              <w:spacing w:after="0"/>
            </w:pPr>
            <w:r>
              <w:rPr>
                <w:b/>
                <w:color w:val="20A9AA"/>
                <w:sz w:val="15"/>
              </w:rPr>
              <w:t>Colors</w:t>
            </w:r>
          </w:p>
          <w:p>
            <w:pPr>
              <w:spacing w:after="20"/>
            </w:pPr>
            <w:r>
              <w:rPr>
                <w:color w:val="A6AFB6"/>
                <w:sz w:val="14"/>
              </w:rPr>
              <w:t>________________________________________</w:t>
            </w:r>
          </w:p>
          <w:p>
            <w:pPr>
              <w:spacing w:after="0"/>
            </w:pPr>
            <w:r>
              <w:rPr>
                <w:b/>
                <w:color w:val="7E4EBE"/>
                <w:sz w:val="15"/>
              </w:rPr>
              <w:t>Typography</w:t>
            </w:r>
          </w:p>
          <w:p>
            <w:pPr>
              <w:spacing w:after="20"/>
            </w:pPr>
            <w:r>
              <w:rPr>
                <w:color w:val="A6AFB6"/>
                <w:sz w:val="14"/>
              </w:rPr>
              <w:t>________________________________________</w:t>
            </w:r>
          </w:p>
          <w:p>
            <w:pPr>
              <w:spacing w:after="0"/>
            </w:pPr>
            <w:r>
              <w:rPr>
                <w:b/>
                <w:color w:val="20A9AA"/>
                <w:sz w:val="15"/>
              </w:rPr>
              <w:t>Idea I could borrow</w:t>
            </w:r>
          </w:p>
          <w:p>
            <w:pPr>
              <w:spacing w:after="20"/>
            </w:pPr>
            <w:r>
              <w:rPr>
                <w:color w:val="A6AFB6"/>
                <w:sz w:val="14"/>
              </w:rPr>
              <w:t>________________________________________</w:t>
            </w:r>
          </w:p>
          <w:p>
            <w:pPr>
              <w:spacing w:after="0"/>
            </w:pPr>
            <w:r>
              <w:rPr>
                <w:b/>
                <w:color w:val="7E4EBE"/>
                <w:sz w:val="15"/>
              </w:rPr>
              <w:t>One thing I would change</w:t>
            </w:r>
          </w:p>
          <w:p>
            <w:pPr>
              <w:spacing w:after="20"/>
            </w:pPr>
            <w:r>
              <w:rPr>
                <w:color w:val="A6AFB6"/>
                <w:sz w:val="14"/>
              </w:rPr>
              <w:t>________________________________________</w:t>
            </w:r>
          </w:p>
        </w:tc>
        <w:tc>
          <w:tcPr>
            <w:tcW w:type="dxa" w:w="5429"/>
            <w:shd w:fill="FFFFFF"/>
            <w:tcBorders>
              <w:top w:val="single" w:sz="4" w:color="D9E0E6"/>
              <w:left w:val="single" w:sz="4" w:color="D9E0E6"/>
              <w:bottom w:val="single" w:sz="4" w:color="D9E0E6"/>
              <w:right w:val="single" w:sz="4" w:color="D9E0E6"/>
            </w:tcBorders>
          </w:tcPr>
          <w:p>
            <w:pPr>
              <w:jc w:val="center"/>
            </w:pPr>
            <w:r>
              <w:rPr>
                <w:b/>
                <w:color w:val="17324D"/>
                <w:sz w:val="22"/>
              </w:rPr>
              <w:t>POSTER 2</w:t>
            </w:r>
          </w:p>
          <w:p>
            <w:pPr>
              <w:spacing w:after="0"/>
            </w:pPr>
            <w:r>
              <w:rPr>
                <w:b/>
                <w:color w:val="20A9AA"/>
                <w:sz w:val="15"/>
              </w:rPr>
              <w:t>First thing I notice</w:t>
            </w:r>
          </w:p>
          <w:p>
            <w:pPr>
              <w:spacing w:after="20"/>
            </w:pPr>
            <w:r>
              <w:rPr>
                <w:color w:val="A6AFB6"/>
                <w:sz w:val="14"/>
              </w:rPr>
              <w:t>________________________________________</w:t>
            </w:r>
          </w:p>
          <w:p>
            <w:pPr>
              <w:spacing w:after="0"/>
            </w:pPr>
            <w:r>
              <w:rPr>
                <w:b/>
                <w:color w:val="7E4EBE"/>
                <w:sz w:val="15"/>
              </w:rPr>
              <w:t>What it says about the person</w:t>
            </w:r>
          </w:p>
          <w:p>
            <w:pPr>
              <w:spacing w:after="20"/>
            </w:pPr>
            <w:r>
              <w:rPr>
                <w:color w:val="A6AFB6"/>
                <w:sz w:val="14"/>
              </w:rPr>
              <w:t>________________________________________</w:t>
            </w:r>
          </w:p>
          <w:p>
            <w:pPr>
              <w:spacing w:after="0"/>
            </w:pPr>
            <w:r>
              <w:rPr>
                <w:b/>
                <w:color w:val="20A9AA"/>
                <w:sz w:val="15"/>
              </w:rPr>
              <w:t>Colors</w:t>
            </w:r>
          </w:p>
          <w:p>
            <w:pPr>
              <w:spacing w:after="20"/>
            </w:pPr>
            <w:r>
              <w:rPr>
                <w:color w:val="A6AFB6"/>
                <w:sz w:val="14"/>
              </w:rPr>
              <w:t>________________________________________</w:t>
            </w:r>
          </w:p>
          <w:p>
            <w:pPr>
              <w:spacing w:after="0"/>
            </w:pPr>
            <w:r>
              <w:rPr>
                <w:b/>
                <w:color w:val="7E4EBE"/>
                <w:sz w:val="15"/>
              </w:rPr>
              <w:t>Typography</w:t>
            </w:r>
          </w:p>
          <w:p>
            <w:pPr>
              <w:spacing w:after="20"/>
            </w:pPr>
            <w:r>
              <w:rPr>
                <w:color w:val="A6AFB6"/>
                <w:sz w:val="14"/>
              </w:rPr>
              <w:t>________________________________________</w:t>
            </w:r>
          </w:p>
          <w:p>
            <w:pPr>
              <w:spacing w:after="0"/>
            </w:pPr>
            <w:r>
              <w:rPr>
                <w:b/>
                <w:color w:val="20A9AA"/>
                <w:sz w:val="15"/>
              </w:rPr>
              <w:t>Idea I could borrow</w:t>
            </w:r>
          </w:p>
          <w:p>
            <w:pPr>
              <w:spacing w:after="20"/>
            </w:pPr>
            <w:r>
              <w:rPr>
                <w:color w:val="A6AFB6"/>
                <w:sz w:val="14"/>
              </w:rPr>
              <w:t>________________________________________</w:t>
            </w:r>
          </w:p>
          <w:p>
            <w:pPr>
              <w:spacing w:after="0"/>
            </w:pPr>
            <w:r>
              <w:rPr>
                <w:b/>
                <w:color w:val="7E4EBE"/>
                <w:sz w:val="15"/>
              </w:rPr>
              <w:t>One thing I would change</w:t>
            </w:r>
          </w:p>
          <w:p>
            <w:pPr>
              <w:spacing w:after="20"/>
            </w:pPr>
            <w:r>
              <w:rPr>
                <w:color w:val="A6AFB6"/>
                <w:sz w:val="14"/>
              </w:rPr>
              <w:t>________________________________________</w:t>
            </w:r>
          </w:p>
        </w:tc>
      </w:tr>
    </w:tbl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36"/>
        <w:gridCol w:w="9864"/>
      </w:tblGrid>
      <w:tr>
        <w:tc>
          <w:tcPr>
            <w:tcW w:type="dxa" w:w="5429"/>
            <w:shd w:fill="F0B53A"/>
            <w:tcBorders>
              <w:top w:val="single" w:sz="2" w:color="17324D"/>
              <w:left w:val="single" w:sz="2" w:color="17324D"/>
              <w:bottom w:val="single" w:sz="2" w:color="17324D"/>
              <w:right w:val="single" w:sz="2" w:color="17324D"/>
            </w:tcBorders>
          </w:tcPr>
          <w:p>
            <w:pPr>
              <w:jc w:val="center"/>
            </w:pPr>
            <w:r>
              <w:rPr>
                <w:b/>
                <w:color w:val="FFFFFF"/>
                <w:sz w:val="34"/>
              </w:rPr>
              <w:t>D</w:t>
            </w:r>
          </w:p>
        </w:tc>
        <w:tc>
          <w:tcPr>
            <w:tcW w:type="dxa" w:w="5429"/>
            <w:shd w:fill="17324D"/>
            <w:tcBorders>
              <w:top w:val="single" w:sz="2" w:color="17324D"/>
              <w:left w:val="single" w:sz="2" w:color="17324D"/>
              <w:bottom w:val="single" w:sz="2" w:color="17324D"/>
              <w:right w:val="single" w:sz="2" w:color="17324D"/>
            </w:tcBorders>
          </w:tcPr>
          <w:p>
            <w:r>
              <w:rPr>
                <w:b/>
                <w:color w:val="FFFFFF"/>
                <w:sz w:val="26"/>
              </w:rPr>
              <w:t>MY POSTER MUST...</w:t>
            </w:r>
          </w:p>
        </w:tc>
      </w:tr>
    </w:tbl>
    <w:p>
      <w:pPr>
        <w:spacing w:after="40"/>
      </w:pPr>
    </w:p>
    <w:p>
      <w:pPr>
        <w:spacing w:after="80"/>
      </w:pPr>
      <w:r>
        <w:rPr>
          <w:rFonts w:ascii="Aptos" w:hAnsi="Aptos"/>
          <w:b w:val="0"/>
          <w:color w:val="333A40"/>
          <w:sz w:val="19"/>
        </w:rPr>
        <w:t>These are your first DESIGN SPECIFICATIONS.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792"/>
        <w:gridCol w:w="9936"/>
      </w:tblGrid>
      <w:tr>
        <w:tc>
          <w:tcPr>
            <w:tcW w:type="dxa" w:w="5429"/>
            <w:shd w:fill="FF527E"/>
            <w:tcBorders>
              <w:top w:val="single" w:sz="4" w:color="D9E0E6"/>
              <w:left w:val="single" w:sz="4" w:color="D9E0E6"/>
              <w:bottom w:val="single" w:sz="4" w:color="D9E0E6"/>
              <w:right w:val="single" w:sz="4" w:color="D9E0E6"/>
            </w:tcBorders>
          </w:tcPr>
          <w:p>
            <w:pPr>
              <w:jc w:val="center"/>
            </w:pPr>
            <w:r>
              <w:rPr>
                <w:b/>
                <w:color w:val="FFFFFF"/>
                <w:sz w:val="26"/>
              </w:rPr>
              <w:t>✓</w:t>
            </w:r>
          </w:p>
        </w:tc>
        <w:tc>
          <w:tcPr>
            <w:tcW w:type="dxa" w:w="5429"/>
            <w:shd w:fill="FFFFFF"/>
            <w:tcBorders>
              <w:top w:val="single" w:sz="4" w:color="D9E0E6"/>
              <w:left w:val="single" w:sz="4" w:color="D9E0E6"/>
              <w:bottom w:val="single" w:sz="4" w:color="D9E0E6"/>
              <w:right w:val="single" w:sz="4" w:color="D9E0E6"/>
            </w:tcBorders>
          </w:tcPr>
          <w:p>
            <w:r>
              <w:rPr>
                <w:b/>
                <w:color w:val="17324D"/>
                <w:sz w:val="18"/>
              </w:rPr>
              <w:t>Show my name clearly.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792"/>
        <w:gridCol w:w="9936"/>
      </w:tblGrid>
      <w:tr>
        <w:tc>
          <w:tcPr>
            <w:tcW w:type="dxa" w:w="5429"/>
            <w:shd w:fill="20B9BA"/>
            <w:tcBorders>
              <w:top w:val="single" w:sz="4" w:color="D9E0E6"/>
              <w:left w:val="single" w:sz="4" w:color="D9E0E6"/>
              <w:bottom w:val="single" w:sz="4" w:color="D9E0E6"/>
              <w:right w:val="single" w:sz="4" w:color="D9E0E6"/>
            </w:tcBorders>
          </w:tcPr>
          <w:p>
            <w:pPr>
              <w:jc w:val="center"/>
            </w:pPr>
            <w:r>
              <w:rPr>
                <w:b/>
                <w:color w:val="FFFFFF"/>
                <w:sz w:val="26"/>
              </w:rPr>
              <w:t>✓</w:t>
            </w:r>
          </w:p>
        </w:tc>
        <w:tc>
          <w:tcPr>
            <w:tcW w:type="dxa" w:w="5429"/>
            <w:shd w:fill="FFFFFF"/>
            <w:tcBorders>
              <w:top w:val="single" w:sz="4" w:color="D9E0E6"/>
              <w:left w:val="single" w:sz="4" w:color="D9E0E6"/>
              <w:bottom w:val="single" w:sz="4" w:color="D9E0E6"/>
              <w:right w:val="single" w:sz="4" w:color="D9E0E6"/>
            </w:tcBorders>
          </w:tcPr>
          <w:p>
            <w:r>
              <w:rPr>
                <w:b/>
                <w:color w:val="17324D"/>
                <w:sz w:val="18"/>
              </w:rPr>
              <w:t>Communicate my three identity words.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792"/>
        <w:gridCol w:w="9936"/>
      </w:tblGrid>
      <w:tr>
        <w:tc>
          <w:tcPr>
            <w:tcW w:type="dxa" w:w="5429"/>
            <w:shd w:fill="7E4EBE"/>
            <w:tcBorders>
              <w:top w:val="single" w:sz="4" w:color="D9E0E6"/>
              <w:left w:val="single" w:sz="4" w:color="D9E0E6"/>
              <w:bottom w:val="single" w:sz="4" w:color="D9E0E6"/>
              <w:right w:val="single" w:sz="4" w:color="D9E0E6"/>
            </w:tcBorders>
          </w:tcPr>
          <w:p>
            <w:pPr>
              <w:jc w:val="center"/>
            </w:pPr>
            <w:r>
              <w:rPr>
                <w:b/>
                <w:color w:val="FFFFFF"/>
                <w:sz w:val="26"/>
              </w:rPr>
              <w:t>✓</w:t>
            </w:r>
          </w:p>
        </w:tc>
        <w:tc>
          <w:tcPr>
            <w:tcW w:type="dxa" w:w="5429"/>
            <w:shd w:fill="FFFFFF"/>
            <w:tcBorders>
              <w:top w:val="single" w:sz="4" w:color="D9E0E6"/>
              <w:left w:val="single" w:sz="4" w:color="D9E0E6"/>
              <w:bottom w:val="single" w:sz="4" w:color="D9E0E6"/>
              <w:right w:val="single" w:sz="4" w:color="D9E0E6"/>
            </w:tcBorders>
          </w:tcPr>
          <w:p>
            <w:r>
              <w:rPr>
                <w:b/>
                <w:color w:val="17324D"/>
                <w:sz w:val="18"/>
              </w:rPr>
              <w:t>Use a limited set of main colors.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792"/>
        <w:gridCol w:w="9936"/>
      </w:tblGrid>
      <w:tr>
        <w:tc>
          <w:tcPr>
            <w:tcW w:type="dxa" w:w="5429"/>
            <w:shd w:fill="58BE84"/>
            <w:tcBorders>
              <w:top w:val="single" w:sz="4" w:color="D9E0E6"/>
              <w:left w:val="single" w:sz="4" w:color="D9E0E6"/>
              <w:bottom w:val="single" w:sz="4" w:color="D9E0E6"/>
              <w:right w:val="single" w:sz="4" w:color="D9E0E6"/>
            </w:tcBorders>
          </w:tcPr>
          <w:p>
            <w:pPr>
              <w:jc w:val="center"/>
            </w:pPr>
            <w:r>
              <w:rPr>
                <w:b/>
                <w:color w:val="FFFFFF"/>
                <w:sz w:val="26"/>
              </w:rPr>
              <w:t>✓</w:t>
            </w:r>
          </w:p>
        </w:tc>
        <w:tc>
          <w:tcPr>
            <w:tcW w:type="dxa" w:w="5429"/>
            <w:shd w:fill="FFFFFF"/>
            <w:tcBorders>
              <w:top w:val="single" w:sz="4" w:color="D9E0E6"/>
              <w:left w:val="single" w:sz="4" w:color="D9E0E6"/>
              <w:bottom w:val="single" w:sz="4" w:color="D9E0E6"/>
              <w:right w:val="single" w:sz="4" w:color="D9E0E6"/>
            </w:tcBorders>
          </w:tcPr>
          <w:p>
            <w:r>
              <w:rPr>
                <w:b/>
                <w:color w:val="17324D"/>
                <w:sz w:val="18"/>
              </w:rPr>
              <w:t>Have ONE thing the viewer notices first.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792"/>
        <w:gridCol w:w="9936"/>
      </w:tblGrid>
      <w:tr>
        <w:tc>
          <w:tcPr>
            <w:tcW w:type="dxa" w:w="5429"/>
            <w:shd w:fill="F0B53A"/>
            <w:tcBorders>
              <w:top w:val="single" w:sz="4" w:color="D9E0E6"/>
              <w:left w:val="single" w:sz="4" w:color="D9E0E6"/>
              <w:bottom w:val="single" w:sz="4" w:color="D9E0E6"/>
              <w:right w:val="single" w:sz="4" w:color="D9E0E6"/>
            </w:tcBorders>
          </w:tcPr>
          <w:p>
            <w:pPr>
              <w:jc w:val="center"/>
            </w:pPr>
            <w:r>
              <w:rPr>
                <w:b/>
                <w:color w:val="FFFFFF"/>
                <w:sz w:val="26"/>
              </w:rPr>
              <w:t>✓</w:t>
            </w:r>
          </w:p>
        </w:tc>
        <w:tc>
          <w:tcPr>
            <w:tcW w:type="dxa" w:w="5429"/>
            <w:shd w:fill="FFFFFF"/>
            <w:tcBorders>
              <w:top w:val="single" w:sz="4" w:color="D9E0E6"/>
              <w:left w:val="single" w:sz="4" w:color="D9E0E6"/>
              <w:bottom w:val="single" w:sz="4" w:color="D9E0E6"/>
              <w:right w:val="single" w:sz="4" w:color="D9E0E6"/>
            </w:tcBorders>
          </w:tcPr>
          <w:p>
            <w:r>
              <w:rPr>
                <w:b/>
                <w:color w:val="17324D"/>
                <w:sz w:val="18"/>
              </w:rPr>
              <w:t>Be readable from about 2 metres away.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792"/>
        <w:gridCol w:w="9936"/>
      </w:tblGrid>
      <w:tr>
        <w:tc>
          <w:tcPr>
            <w:tcW w:type="dxa" w:w="5429"/>
            <w:shd w:fill="17324D"/>
            <w:tcBorders>
              <w:top w:val="single" w:sz="4" w:color="D9E0E6"/>
              <w:left w:val="single" w:sz="4" w:color="D9E0E6"/>
              <w:bottom w:val="single" w:sz="4" w:color="D9E0E6"/>
              <w:right w:val="single" w:sz="4" w:color="D9E0E6"/>
            </w:tcBorders>
          </w:tcPr>
          <w:p>
            <w:pPr>
              <w:jc w:val="center"/>
            </w:pPr>
            <w:r>
              <w:rPr>
                <w:b/>
                <w:color w:val="FFFFFF"/>
                <w:sz w:val="26"/>
              </w:rPr>
              <w:t>✓</w:t>
            </w:r>
          </w:p>
        </w:tc>
        <w:tc>
          <w:tcPr>
            <w:tcW w:type="dxa" w:w="5429"/>
            <w:shd w:fill="FFFFFF"/>
            <w:tcBorders>
              <w:top w:val="single" w:sz="4" w:color="D9E0E6"/>
              <w:left w:val="single" w:sz="4" w:color="D9E0E6"/>
              <w:bottom w:val="single" w:sz="4" w:color="D9E0E6"/>
              <w:right w:val="single" w:sz="4" w:color="D9E0E6"/>
            </w:tcBorders>
          </w:tcPr>
          <w:p>
            <w:r>
              <w:rPr>
                <w:b/>
                <w:color w:val="17324D"/>
                <w:sz w:val="18"/>
              </w:rPr>
              <w:t>Include images or symbols connected to me.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792"/>
        <w:gridCol w:w="9936"/>
      </w:tblGrid>
      <w:tr>
        <w:tc>
          <w:tcPr>
            <w:tcW w:type="dxa" w:w="5429"/>
            <w:shd w:fill="FF527E"/>
            <w:tcBorders>
              <w:top w:val="single" w:sz="4" w:color="D9E0E6"/>
              <w:left w:val="single" w:sz="4" w:color="D9E0E6"/>
              <w:bottom w:val="single" w:sz="4" w:color="D9E0E6"/>
              <w:right w:val="single" w:sz="4" w:color="D9E0E6"/>
            </w:tcBorders>
          </w:tcPr>
          <w:p>
            <w:pPr>
              <w:jc w:val="center"/>
            </w:pPr>
            <w:r>
              <w:rPr>
                <w:b/>
                <w:color w:val="FFFFFF"/>
                <w:sz w:val="26"/>
              </w:rPr>
              <w:t>✓</w:t>
            </w:r>
          </w:p>
        </w:tc>
        <w:tc>
          <w:tcPr>
            <w:tcW w:type="dxa" w:w="5429"/>
            <w:shd w:fill="FFFFFF"/>
            <w:tcBorders>
              <w:top w:val="single" w:sz="4" w:color="D9E0E6"/>
              <w:left w:val="single" w:sz="4" w:color="D9E0E6"/>
              <w:bottom w:val="single" w:sz="4" w:color="D9E0E6"/>
              <w:right w:val="single" w:sz="4" w:color="D9E0E6"/>
            </w:tcBorders>
          </w:tcPr>
          <w:p>
            <w:r>
              <w:rPr>
                <w:b/>
                <w:color w:val="17324D"/>
                <w:sz w:val="18"/>
              </w:rPr>
              <w:t>Be suitable for other Grade 6 students.</w:t>
            </w:r>
          </w:p>
        </w:tc>
      </w:tr>
    </w:tbl>
    <w:p>
      <w:pPr>
        <w:spacing w:after="20"/>
      </w:pPr>
      <w:r>
        <w:rPr>
          <w:rFonts w:ascii="Aptos" w:hAnsi="Aptos"/>
          <w:b/>
          <w:color w:val="17324D"/>
          <w:sz w:val="19"/>
        </w:rPr>
        <w:t>My own extra rule: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858"/>
      </w:tblGrid>
      <w:tr>
        <w:tc>
          <w:tcPr>
            <w:tcW w:type="dxa" w:w="10858"/>
            <w:tcBorders>
              <w:top w:val="single" w:sz="4" w:color="D9E0E6"/>
              <w:left w:val="single" w:sz="4" w:color="D9E0E6"/>
              <w:bottom w:val="single" w:sz="4" w:color="D9E0E6"/>
              <w:right w:val="single" w:sz="4" w:color="D9E0E6"/>
            </w:tcBorders>
          </w:tcPr>
          <w:p/>
          <w:p>
            <w:pPr>
              <w:spacing w:after="0"/>
            </w:pPr>
            <w:r>
              <w:rPr>
                <w:color w:val="A6AFB6"/>
                <w:sz w:val="14"/>
              </w:rPr>
              <w:t>________________________________________________________</w:t>
            </w:r>
          </w:p>
          <w:p>
            <w:pPr>
              <w:spacing w:after="0"/>
            </w:pPr>
            <w:r>
              <w:rPr>
                <w:color w:val="A6AFB6"/>
                <w:sz w:val="14"/>
              </w:rPr>
              <w:t>________________________________________________________</w:t>
            </w:r>
          </w:p>
        </w:tc>
      </w:tr>
    </w:tbl>
    <w:p>
      <w:pPr>
        <w:spacing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36"/>
        <w:gridCol w:w="9864"/>
      </w:tblGrid>
      <w:tr>
        <w:tc>
          <w:tcPr>
            <w:tcW w:type="dxa" w:w="5429"/>
            <w:shd w:fill="FF527E"/>
            <w:tcBorders>
              <w:top w:val="single" w:sz="2" w:color="17324D"/>
              <w:left w:val="single" w:sz="2" w:color="17324D"/>
              <w:bottom w:val="single" w:sz="2" w:color="17324D"/>
              <w:right w:val="single" w:sz="2" w:color="17324D"/>
            </w:tcBorders>
          </w:tcPr>
          <w:p>
            <w:pPr>
              <w:jc w:val="center"/>
            </w:pPr>
            <w:r>
              <w:rPr>
                <w:b/>
                <w:color w:val="FFFFFF"/>
                <w:sz w:val="34"/>
              </w:rPr>
              <w:t>E</w:t>
            </w:r>
          </w:p>
        </w:tc>
        <w:tc>
          <w:tcPr>
            <w:tcW w:type="dxa" w:w="5429"/>
            <w:shd w:fill="17324D"/>
            <w:tcBorders>
              <w:top w:val="single" w:sz="2" w:color="17324D"/>
              <w:left w:val="single" w:sz="2" w:color="17324D"/>
              <w:bottom w:val="single" w:sz="2" w:color="17324D"/>
              <w:right w:val="single" w:sz="2" w:color="17324D"/>
            </w:tcBorders>
          </w:tcPr>
          <w:p>
            <w:r>
              <w:rPr>
                <w:b/>
                <w:color w:val="FFFFFF"/>
                <w:sz w:val="26"/>
              </w:rPr>
              <w:t>EXIT TICKET</w:t>
            </w:r>
          </w:p>
        </w:tc>
      </w:tr>
    </w:tbl>
    <w:p>
      <w:pPr>
        <w:spacing w:after="40"/>
      </w:pPr>
    </w:p>
    <w:p>
      <w:pPr>
        <w:spacing w:after="100"/>
      </w:pPr>
      <w:r>
        <w:rPr>
          <w:rFonts w:ascii="Aptos" w:hAnsi="Aptos"/>
          <w:b/>
          <w:color w:val="333A40"/>
          <w:sz w:val="18"/>
        </w:rPr>
        <w:t>The most important thing my poster should communicate is ______________________________</w:t>
      </w:r>
    </w:p>
    <w:p>
      <w:pPr>
        <w:spacing w:after="100"/>
      </w:pPr>
      <w:r>
        <w:rPr>
          <w:rFonts w:ascii="Aptos" w:hAnsi="Aptos"/>
          <w:b/>
          <w:color w:val="333A40"/>
          <w:sz w:val="18"/>
        </w:rPr>
        <w:t>because _____________________________________________________________________________</w:t>
      </w:r>
    </w:p>
    <w:p>
      <w:pPr>
        <w:spacing w:after="100"/>
      </w:pPr>
      <w:r>
        <w:rPr>
          <w:rFonts w:ascii="Aptos" w:hAnsi="Aptos"/>
          <w:b/>
          <w:color w:val="333A40"/>
          <w:sz w:val="18"/>
        </w:rPr>
        <w:t>One design choice I already know I want to make is _____________________________________</w:t>
      </w:r>
    </w:p>
    <w:sectPr w:rsidR="00FC693F" w:rsidRPr="0006063C" w:rsidSect="00034616">
      <w:footerReference w:type="default" r:id="rId13"/>
      <w:pgSz w:w="12240" w:h="15840"/>
      <w:pgMar w:top="605" w:right="691" w:bottom="605" w:left="69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color w:val="7A8992"/>
        <w:sz w:val="15"/>
      </w:rPr>
      <w:t>GRADE 6 DESIGN  |  PERSONAL IDENTITY POSTER  |  CLASS 2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