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ptos" w:hAnsi="Aptos"/>
          <w:b/>
          <w:color w:val="172A46"/>
          <w:sz w:val="48"/>
        </w:rPr>
        <w:t>DIGITAL LOGO BUILD</w:t>
      </w:r>
    </w:p>
    <w:p>
      <w:pPr>
        <w:spacing w:after="80"/>
      </w:pPr>
      <w:r>
        <w:rPr>
          <w:rFonts w:ascii="Aptos" w:hAnsi="Aptos"/>
          <w:b/>
          <w:color w:val="1EB8C8"/>
          <w:sz w:val="21"/>
        </w:rPr>
        <w:t>GRADE 7 DESIGN • PERSONAL BRAND • BUILD 01</w:t>
      </w:r>
    </w:p>
    <w:p>
      <w:pPr>
        <w:spacing w:after="100"/>
      </w:pPr>
      <w:r>
        <w:rPr>
          <w:rFonts w:ascii="Aptos" w:hAnsi="Aptos"/>
          <w:b w:val="0"/>
          <w:color w:val="22282E"/>
          <w:sz w:val="20"/>
        </w:rPr>
        <w:t>MISSION: Turn your strongest logo concept into a clean digital design — then create TWO real iterations.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F05B8D"/>
            <w:tcBorders>
              <w:top w:val="single" w:sz="4" w:color="F05B8D"/>
              <w:left w:val="single" w:sz="4" w:color="F05B8D"/>
              <w:bottom w:val="single" w:sz="4" w:color="F05B8D"/>
              <w:right w:val="single" w:sz="4" w:color="F05B8D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VERSION A</w:t>
              <w:br/>
              <w:t>BUILD IT</w:t>
            </w:r>
          </w:p>
        </w:tc>
        <w:tc>
          <w:tcPr>
            <w:tcW w:type="dxa" w:w="3600"/>
            <w:shd w:fill="1EB8C8"/>
            <w:tcBorders>
              <w:top w:val="single" w:sz="4" w:color="1EB8C8"/>
              <w:left w:val="single" w:sz="4" w:color="1EB8C8"/>
              <w:bottom w:val="single" w:sz="4" w:color="1EB8C8"/>
              <w:right w:val="single" w:sz="4" w:color="1EB8C8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VERSION B</w:t>
              <w:br/>
              <w:t>SIMPLIFY IT</w:t>
            </w:r>
          </w:p>
        </w:tc>
        <w:tc>
          <w:tcPr>
            <w:tcW w:type="dxa" w:w="3600"/>
            <w:shd w:fill="7755C7"/>
            <w:tcBorders>
              <w:top w:val="single" w:sz="4" w:color="7755C7"/>
              <w:left w:val="single" w:sz="4" w:color="7755C7"/>
              <w:bottom w:val="single" w:sz="4" w:color="7755C7"/>
              <w:right w:val="single" w:sz="4" w:color="7755C7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VERSION C</w:t>
              <w:br/>
              <w:t>CHANGE IT</w:t>
            </w:r>
          </w:p>
        </w:tc>
      </w:tr>
    </w:tbl>
    <w:p>
      <w:pPr>
        <w:spacing w:after="140"/>
        <w:jc w:val="center"/>
      </w:pPr>
      <w:r>
        <w:rPr>
          <w:rFonts w:ascii="Aptos" w:hAnsi="Aptos"/>
          <w:b/>
          <w:color w:val="E75A5A"/>
          <w:sz w:val="22"/>
        </w:rPr>
        <w:t>TODAY'S RULE: changing the color does NOT count as a new iteration.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05B8D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A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CHOOSE YOUR STARTING CONCEPT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0F5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Which earlier direction are you developing?   □ Initials   □ Symbol   □ Combination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My three brand words: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8DD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Why is this the strongest starting point?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1EB8C8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B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VERSION A — BUILD IT FAITHFULLY</w:t>
            </w:r>
          </w:p>
        </w:tc>
      </w:tr>
    </w:tbl>
    <w:p>
      <w:pPr>
        <w:spacing w:after="60"/>
      </w:pPr>
      <w:r>
        <w:rPr>
          <w:rFonts w:ascii="Aptos" w:hAnsi="Aptos"/>
          <w:b w:val="0"/>
          <w:color w:val="22282E"/>
          <w:sz w:val="18"/>
        </w:rPr>
        <w:t>Digitize your chosen sketch cleanly. Keep the main idea intact.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8"/>
              </w:rPr>
              <w:t>BUILD CHECK</w:t>
            </w:r>
          </w:p>
          <w:p>
            <w:pPr>
              <w:spacing w:after="20"/>
            </w:pPr>
            <w:r>
              <w:rPr>
                <w:sz w:val="17"/>
              </w:rPr>
              <w:t>□ clean shapes</w:t>
            </w:r>
          </w:p>
          <w:p>
            <w:pPr>
              <w:spacing w:after="20"/>
            </w:pPr>
            <w:r>
              <w:rPr>
                <w:sz w:val="17"/>
              </w:rPr>
              <w:t>□ intentional spacing</w:t>
            </w:r>
          </w:p>
          <w:p>
            <w:pPr>
              <w:spacing w:after="20"/>
            </w:pPr>
            <w:r>
              <w:rPr>
                <w:sz w:val="17"/>
              </w:rPr>
              <w:t>□ limited colors</w:t>
            </w:r>
          </w:p>
          <w:p>
            <w:pPr>
              <w:spacing w:after="20"/>
            </w:pPr>
            <w:r>
              <w:rPr>
                <w:sz w:val="17"/>
              </w:rPr>
              <w:t>□ readable letters</w:t>
            </w:r>
          </w:p>
          <w:p>
            <w:pPr>
              <w:spacing w:after="20"/>
            </w:pPr>
            <w:r>
              <w:rPr>
                <w:sz w:val="17"/>
              </w:rPr>
              <w:t>□ no random decoration</w:t>
            </w:r>
          </w:p>
        </w:tc>
        <w:tc>
          <w:tcPr>
            <w:tcW w:type="dxa" w:w="54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8"/>
              </w:rPr>
              <w:t>SKETCH / NOTES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58B978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C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VERSION B — SIMPLIFY IT</w:t>
            </w:r>
          </w:p>
        </w:tc>
      </w:tr>
    </w:tbl>
    <w:p>
      <w:pPr>
        <w:spacing w:after="60"/>
      </w:pPr>
      <w:r>
        <w:rPr>
          <w:rFonts w:ascii="Aptos" w:hAnsi="Aptos"/>
          <w:b w:val="0"/>
          <w:color w:val="22282E"/>
          <w:sz w:val="18"/>
        </w:rPr>
        <w:t>Make a second version by REMOVING. What can disappear while the identity survives?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DF8E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What did you remove? Why does the logo still work?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7755C7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D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VERSION C — CHANGE THE STRUCTURE</w:t>
            </w:r>
          </w:p>
        </w:tc>
      </w:tr>
    </w:tbl>
    <w:p>
      <w:pPr>
        <w:spacing w:after="60"/>
      </w:pPr>
      <w:r>
        <w:rPr>
          <w:rFonts w:ascii="Aptos" w:hAnsi="Aptos"/>
          <w:b w:val="0"/>
          <w:color w:val="22282E"/>
          <w:sz w:val="18"/>
        </w:rPr>
        <w:t>Change the structure — not just the color.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□ proportions</w:t>
            </w:r>
          </w:p>
        </w:tc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□ arrangement</w:t>
            </w:r>
          </w:p>
        </w:tc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□ symbol + letters</w:t>
            </w:r>
          </w:p>
        </w:tc>
      </w:tr>
      <w:tr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□ negative space</w:t>
            </w:r>
          </w:p>
        </w:tc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□ emphasis</w:t>
            </w:r>
          </w:p>
        </w:tc>
        <w:tc>
          <w:tcPr>
            <w:tcW w:type="dxa" w:w="36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□ combine ideas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0EC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What structural change did you make?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3C84B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E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TEST ALL THREE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16"/>
              </w:rPr>
              <w:t>TEST</w:t>
            </w:r>
          </w:p>
        </w:tc>
        <w:tc>
          <w:tcPr>
            <w:tcW w:type="dxa" w:w="27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27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16"/>
              </w:rPr>
              <w:t>B</w:t>
            </w:r>
          </w:p>
        </w:tc>
        <w:tc>
          <w:tcPr>
            <w:tcW w:type="dxa" w:w="27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</w:tr>
      <w:tr>
        <w:tc>
          <w:tcPr>
            <w:tcW w:type="dxa" w:w="27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Works very small</w:t>
            </w:r>
          </w:p>
        </w:tc>
        <w:tc>
          <w:tcPr>
            <w:tcW w:type="dxa" w:w="27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YES  □ NO</w:t>
            </w:r>
          </w:p>
        </w:tc>
      </w:tr>
      <w:tr>
        <w:tc>
          <w:tcPr>
            <w:tcW w:type="dxa" w:w="27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Works in black &amp; white</w:t>
            </w:r>
          </w:p>
        </w:tc>
        <w:tc>
          <w:tcPr>
            <w:tcW w:type="dxa" w:w="27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YES  □ NO</w:t>
            </w:r>
          </w:p>
        </w:tc>
      </w:tr>
      <w:tr>
        <w:tc>
          <w:tcPr>
            <w:tcW w:type="dxa" w:w="2700"/>
            <w:shd w:fill="F5F7F9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Matches my 3 brand words</w:t>
            </w:r>
          </w:p>
        </w:tc>
        <w:tc>
          <w:tcPr>
            <w:tcW w:type="dxa" w:w="27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YES  □ NO</w:t>
            </w:r>
          </w:p>
        </w:tc>
        <w:tc>
          <w:tcPr>
            <w:tcW w:type="dxa" w:w="27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sz w:val="16"/>
              </w:rPr>
              <w:t>□ YES  □ NO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29445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F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PARTNER CRITIQUE</w:t>
            </w:r>
          </w:p>
        </w:tc>
      </w:tr>
    </w:tbl>
    <w:p>
      <w:pPr>
        <w:spacing w:after="60"/>
      </w:pPr>
      <w:r>
        <w:rPr>
          <w:rFonts w:ascii="Aptos" w:hAnsi="Aptos"/>
          <w:b w:val="0"/>
          <w:color w:val="22282E"/>
          <w:sz w:val="18"/>
        </w:rPr>
        <w:t>Your partner responds FIRST. You explain afterwards.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FFF3E8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MOST MEMORABLE</w:t>
            </w:r>
          </w:p>
        </w:tc>
        <w:tc>
          <w:tcPr>
            <w:tcW w:type="dxa" w:w="54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A / B / C</w:t>
            </w:r>
          </w:p>
        </w:tc>
      </w:tr>
      <w:tr>
        <w:tc>
          <w:tcPr>
            <w:tcW w:type="dxa" w:w="5400"/>
            <w:shd w:fill="FFF3E8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BEST SMALL</w:t>
            </w:r>
          </w:p>
        </w:tc>
        <w:tc>
          <w:tcPr>
            <w:tcW w:type="dxa" w:w="54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A / B / C</w:t>
            </w:r>
          </w:p>
        </w:tc>
      </w:tr>
      <w:tr>
        <w:tc>
          <w:tcPr>
            <w:tcW w:type="dxa" w:w="5400"/>
            <w:shd w:fill="FFF3E8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BEST MATCH FOR BRAND WORDS</w:t>
            </w:r>
          </w:p>
        </w:tc>
        <w:tc>
          <w:tcPr>
            <w:tcW w:type="dxa" w:w="54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A / B / C</w:t>
            </w:r>
          </w:p>
        </w:tc>
      </w:tr>
      <w:tr>
        <w:tc>
          <w:tcPr>
            <w:tcW w:type="dxa" w:w="5400"/>
            <w:shd w:fill="FFF3E8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6"/>
              </w:rPr>
              <w:t>ONE THING TO SIMPLIFY</w:t>
            </w:r>
          </w:p>
        </w:tc>
        <w:tc>
          <w:tcPr>
            <w:tcW w:type="dxa" w:w="5400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sz w:val="17"/>
              </w:rPr>
              <w:t>________________________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1EB8C8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pPr>
              <w:jc w:val="center"/>
            </w:pPr>
            <w:r>
              <w:rPr>
                <w:b/>
                <w:color w:val="FFFFFF"/>
                <w:sz w:val="32"/>
              </w:rPr>
              <w:t>G</w:t>
            </w:r>
          </w:p>
        </w:tc>
        <w:tc>
          <w:tcPr>
            <w:tcW w:type="dxa" w:w="5400"/>
            <w:shd w:fill="172A46"/>
            <w:tcBorders>
              <w:top w:val="single" w:sz="4" w:color="172A46"/>
              <w:left w:val="single" w:sz="4" w:color="172A46"/>
              <w:bottom w:val="single" w:sz="4" w:color="172A46"/>
              <w:right w:val="single" w:sz="4" w:color="172A46"/>
            </w:tcBorders>
          </w:tcPr>
          <w:p>
            <w:r>
              <w:rPr>
                <w:b/>
                <w:color w:val="FFFFFF"/>
                <w:sz w:val="26"/>
              </w:rPr>
              <w:t>CHOOSE WHAT MOVES FORWARD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EAF8FA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I am developing Version ______ because…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fill="FFFFFF"/>
            <w:tcBorders>
              <w:top w:val="single" w:sz="4" w:color="D9E1E7"/>
              <w:left w:val="single" w:sz="4" w:color="D9E1E7"/>
              <w:bottom w:val="single" w:sz="4" w:color="D9E1E7"/>
              <w:right w:val="single" w:sz="4" w:color="D9E1E7"/>
            </w:tcBorders>
          </w:tcPr>
          <w:p>
            <w:r>
              <w:rPr>
                <w:b/>
                <w:color w:val="172A46"/>
                <w:sz w:val="18"/>
              </w:rPr>
              <w:t>The FIRST thing I will improve next class is…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  <w:p>
            <w:pPr>
              <w:spacing w:after="0"/>
            </w:pPr>
            <w:r>
              <w:rPr>
                <w:sz w:val="14"/>
              </w:rPr>
              <w:t>______________________________________________________________________</w:t>
            </w:r>
          </w:p>
        </w:tc>
      </w:tr>
    </w:tbl>
    <w:p/>
    <w:p>
      <w:pPr>
        <w:spacing w:after="100"/>
      </w:pPr>
      <w:r>
        <w:rPr>
          <w:rFonts w:ascii="Aptos" w:hAnsi="Aptos"/>
          <w:b/>
          <w:color w:val="172A46"/>
          <w:sz w:val="22"/>
        </w:rPr>
        <w:t>SAVE BEFORE YOU LEAVE</w:t>
      </w:r>
    </w:p>
    <w:p>
      <w:pPr>
        <w:spacing w:after="40"/>
      </w:pPr>
      <w:r>
        <w:rPr>
          <w:rFonts w:ascii="Aptos" w:hAnsi="Aptos"/>
          <w:b/>
          <w:color w:val="22282E"/>
          <w:sz w:val="18"/>
        </w:rPr>
        <w:t>□ Version A saved</w:t>
      </w:r>
    </w:p>
    <w:p>
      <w:pPr>
        <w:spacing w:after="40"/>
      </w:pPr>
      <w:r>
        <w:rPr>
          <w:rFonts w:ascii="Aptos" w:hAnsi="Aptos"/>
          <w:b/>
          <w:color w:val="22282E"/>
          <w:sz w:val="18"/>
        </w:rPr>
        <w:t>□ Version B saved</w:t>
      </w:r>
    </w:p>
    <w:p>
      <w:pPr>
        <w:spacing w:after="40"/>
      </w:pPr>
      <w:r>
        <w:rPr>
          <w:rFonts w:ascii="Aptos" w:hAnsi="Aptos"/>
          <w:b/>
          <w:color w:val="22282E"/>
          <w:sz w:val="18"/>
        </w:rPr>
        <w:t>□ Version C saved</w:t>
      </w:r>
    </w:p>
    <w:p>
      <w:pPr>
        <w:spacing w:after="40"/>
      </w:pPr>
      <w:r>
        <w:rPr>
          <w:rFonts w:ascii="Aptos" w:hAnsi="Aptos"/>
          <w:b/>
          <w:color w:val="22282E"/>
          <w:sz w:val="18"/>
        </w:rPr>
        <w:t>□ Tested small + black &amp; white</w:t>
      </w:r>
    </w:p>
    <w:p>
      <w:pPr>
        <w:spacing w:after="40"/>
      </w:pPr>
      <w:r>
        <w:rPr>
          <w:rFonts w:ascii="Aptos" w:hAnsi="Aptos"/>
          <w:b/>
          <w:color w:val="22282E"/>
          <w:sz w:val="18"/>
        </w:rPr>
        <w:t>□ Partner feedback completed</w:t>
      </w:r>
    </w:p>
    <w:p>
      <w:pPr>
        <w:spacing w:after="100"/>
      </w:pPr>
      <w:r>
        <w:rPr>
          <w:rFonts w:ascii="Aptos" w:hAnsi="Aptos"/>
          <w:b/>
          <w:color w:val="1EB8C8"/>
          <w:sz w:val="18"/>
        </w:rPr>
        <w:t>NEXT: FINAL LOGO REFINEMENT → spacing • proportions • typography • color • clean export</w:t>
      </w:r>
    </w:p>
    <w:sectPr w:rsidR="00FC693F" w:rsidRPr="0006063C" w:rsidSect="00034616">
      <w:footerReference w:type="default" r:id="rId9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828B"/>
        <w:sz w:val="15"/>
      </w:rPr>
      <w:t>GRADE 7 DESIGN • PERSONAL BRAND • DIGITAL LOGO BUILD V1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