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rFonts w:ascii="Aptos" w:hAnsi="Aptos"/>
          <w:b/>
          <w:color w:val="17324D"/>
          <w:sz w:val="48"/>
        </w:rPr>
        <w:t>FINAL LOGO REFINEMENT</w:t>
      </w:r>
    </w:p>
    <w:p>
      <w:pPr>
        <w:spacing w:after="40"/>
      </w:pPr>
      <w:r>
        <w:rPr>
          <w:rFonts w:ascii="Aptos" w:hAnsi="Aptos"/>
          <w:b/>
          <w:color w:val="20B7C5"/>
          <w:sz w:val="30"/>
        </w:rPr>
        <w:t>+ MINI BRAND GUIDE</w:t>
      </w:r>
    </w:p>
    <w:p>
      <w:pPr>
        <w:spacing w:after="80"/>
      </w:pPr>
      <w:r>
        <w:rPr>
          <w:rFonts w:ascii="Aptos" w:hAnsi="Aptos"/>
          <w:b/>
          <w:color w:val="7956C7"/>
          <w:sz w:val="21"/>
        </w:rPr>
        <w:t>GRADE 7 DESIGN • PERSONAL BRAND • BUILD 02</w:t>
      </w:r>
    </w:p>
    <w:p>
      <w:pPr>
        <w:spacing w:after="100"/>
      </w:pPr>
      <w:r>
        <w:rPr>
          <w:rFonts w:ascii="Aptos" w:hAnsi="Aptos"/>
          <w:b w:val="0"/>
          <w:color w:val="22282D"/>
          <w:sz w:val="20"/>
        </w:rPr>
        <w:t>MISSION: Turn your strongest logo direction into a finished brand identity you can actually use.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714"/>
        <w:gridCol w:w="2714"/>
        <w:gridCol w:w="2714"/>
        <w:gridCol w:w="2714"/>
      </w:tblGrid>
      <w:tr>
        <w:tc>
          <w:tcPr>
            <w:tcW w:type="dxa" w:w="2714"/>
            <w:shd w:fill="F05283"/>
            <w:tcBorders>
              <w:top w:val="single" w:sz="4" w:color="F05283"/>
              <w:left w:val="single" w:sz="4" w:color="F05283"/>
              <w:bottom w:val="single" w:sz="4" w:color="F05283"/>
              <w:right w:val="single" w:sz="4" w:color="F05283"/>
            </w:tcBorders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REFINE</w:t>
            </w:r>
          </w:p>
        </w:tc>
        <w:tc>
          <w:tcPr>
            <w:tcW w:type="dxa" w:w="2714"/>
            <w:shd w:fill="20B7C5"/>
            <w:tcBorders>
              <w:top w:val="single" w:sz="4" w:color="20B7C5"/>
              <w:left w:val="single" w:sz="4" w:color="20B7C5"/>
              <w:bottom w:val="single" w:sz="4" w:color="20B7C5"/>
              <w:right w:val="single" w:sz="4" w:color="20B7C5"/>
            </w:tcBorders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TEST</w:t>
            </w:r>
          </w:p>
        </w:tc>
        <w:tc>
          <w:tcPr>
            <w:tcW w:type="dxa" w:w="2714"/>
            <w:shd w:fill="7956C7"/>
            <w:tcBorders>
              <w:top w:val="single" w:sz="4" w:color="7956C7"/>
              <w:left w:val="single" w:sz="4" w:color="7956C7"/>
              <w:bottom w:val="single" w:sz="4" w:color="7956C7"/>
              <w:right w:val="single" w:sz="4" w:color="7956C7"/>
            </w:tcBorders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SYSTEM</w:t>
            </w:r>
          </w:p>
        </w:tc>
        <w:tc>
          <w:tcPr>
            <w:tcW w:type="dxa" w:w="2714"/>
            <w:shd w:fill="55B878"/>
            <w:tcBorders>
              <w:top w:val="single" w:sz="4" w:color="55B878"/>
              <w:left w:val="single" w:sz="4" w:color="55B878"/>
              <w:bottom w:val="single" w:sz="4" w:color="55B878"/>
              <w:right w:val="single" w:sz="4" w:color="55B878"/>
            </w:tcBorders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EXPORT</w:t>
            </w:r>
          </w:p>
        </w:tc>
      </w:tr>
    </w:tbl>
    <w:p>
      <w:pPr>
        <w:spacing w:after="120"/>
        <w:jc w:val="center"/>
      </w:pPr>
      <w:r>
        <w:rPr>
          <w:rFonts w:ascii="Aptos" w:hAnsi="Aptos"/>
          <w:b/>
          <w:color w:val="E75A5A"/>
          <w:sz w:val="21"/>
        </w:rPr>
        <w:t>TODAY'S RULE: Your brand is more than one logo image.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429"/>
        <w:gridCol w:w="5429"/>
      </w:tblGrid>
      <w:tr>
        <w:tc>
          <w:tcPr>
            <w:tcW w:type="dxa" w:w="5429"/>
            <w:shd w:fill="F05283"/>
            <w:tcBorders>
              <w:top w:val="single" w:sz="4" w:color="17324D"/>
              <w:left w:val="single" w:sz="4" w:color="17324D"/>
              <w:bottom w:val="single" w:sz="4" w:color="17324D"/>
              <w:right w:val="single" w:sz="4" w:color="17324D"/>
            </w:tcBorders>
          </w:tcPr>
          <w:p>
            <w:pPr>
              <w:jc w:val="center"/>
            </w:pPr>
            <w:r>
              <w:rPr>
                <w:b/>
                <w:color w:val="FFFFFF"/>
                <w:sz w:val="30"/>
              </w:rPr>
              <w:t>1</w:t>
            </w:r>
          </w:p>
        </w:tc>
        <w:tc>
          <w:tcPr>
            <w:tcW w:type="dxa" w:w="5429"/>
            <w:shd w:fill="17324D"/>
            <w:tcBorders>
              <w:top w:val="single" w:sz="4" w:color="17324D"/>
              <w:left w:val="single" w:sz="4" w:color="17324D"/>
              <w:bottom w:val="single" w:sz="4" w:color="17324D"/>
              <w:right w:val="single" w:sz="4" w:color="17324D"/>
            </w:tcBorders>
          </w:tcPr>
          <w:p>
            <w:r>
              <w:rPr>
                <w:b/>
                <w:color w:val="FFFFFF"/>
                <w:sz w:val="25"/>
              </w:rPr>
              <w:t>REFINE YOUR CHOSEN LOGO</w:t>
            </w:r>
          </w:p>
        </w:tc>
      </w:tr>
    </w:tbl>
    <w:p>
      <w:pPr>
        <w:spacing w:after="40"/>
      </w:pPr>
    </w:p>
    <w:p>
      <w:pPr>
        <w:spacing w:after="60"/>
      </w:pPr>
      <w:r>
        <w:rPr>
          <w:rFonts w:ascii="Aptos" w:hAnsi="Aptos"/>
          <w:b w:val="0"/>
          <w:color w:val="22282D"/>
          <w:sz w:val="18"/>
        </w:rPr>
        <w:t>Open the version you selected last class. Improve the details — do NOT start over.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3619"/>
        <w:gridCol w:w="3619"/>
        <w:gridCol w:w="3619"/>
      </w:tblGrid>
      <w:tr>
        <w:tc>
          <w:tcPr>
            <w:tcW w:type="dxa" w:w="3619"/>
            <w:shd w:fill="FFF0F5"/>
            <w:tcBorders>
              <w:top w:val="single" w:sz="4" w:color="D8E0E6"/>
              <w:left w:val="single" w:sz="4" w:color="D8E0E6"/>
              <w:bottom w:val="single" w:sz="4" w:color="D8E0E6"/>
              <w:right w:val="single" w:sz="4" w:color="D8E0E6"/>
            </w:tcBorders>
          </w:tcPr>
          <w:p>
            <w:r>
              <w:rPr>
                <w:b/>
                <w:color w:val="17324D"/>
                <w:sz w:val="16"/>
              </w:rPr>
              <w:t>□ spacing feels even</w:t>
            </w:r>
          </w:p>
        </w:tc>
        <w:tc>
          <w:tcPr>
            <w:tcW w:type="dxa" w:w="3619"/>
            <w:shd w:fill="FFF0F5"/>
            <w:tcBorders>
              <w:top w:val="single" w:sz="4" w:color="D8E0E6"/>
              <w:left w:val="single" w:sz="4" w:color="D8E0E6"/>
              <w:bottom w:val="single" w:sz="4" w:color="D8E0E6"/>
              <w:right w:val="single" w:sz="4" w:color="D8E0E6"/>
            </w:tcBorders>
          </w:tcPr>
          <w:p>
            <w:r>
              <w:rPr>
                <w:b/>
                <w:color w:val="17324D"/>
                <w:sz w:val="16"/>
              </w:rPr>
              <w:t>□ shapes are balanced</w:t>
            </w:r>
          </w:p>
        </w:tc>
        <w:tc>
          <w:tcPr>
            <w:tcW w:type="dxa" w:w="3619"/>
            <w:shd w:fill="FFF0F5"/>
            <w:tcBorders>
              <w:top w:val="single" w:sz="4" w:color="D8E0E6"/>
              <w:left w:val="single" w:sz="4" w:color="D8E0E6"/>
              <w:bottom w:val="single" w:sz="4" w:color="D8E0E6"/>
              <w:right w:val="single" w:sz="4" w:color="D8E0E6"/>
            </w:tcBorders>
          </w:tcPr>
          <w:p>
            <w:r>
              <w:rPr>
                <w:b/>
                <w:color w:val="17324D"/>
                <w:sz w:val="16"/>
              </w:rPr>
              <w:t>□ letters are clear</w:t>
            </w:r>
          </w:p>
        </w:tc>
      </w:tr>
      <w:tr>
        <w:tc>
          <w:tcPr>
            <w:tcW w:type="dxa" w:w="3619"/>
            <w:shd w:fill="FFF0F5"/>
            <w:tcBorders>
              <w:top w:val="single" w:sz="4" w:color="D8E0E6"/>
              <w:left w:val="single" w:sz="4" w:color="D8E0E6"/>
              <w:bottom w:val="single" w:sz="4" w:color="D8E0E6"/>
              <w:right w:val="single" w:sz="4" w:color="D8E0E6"/>
            </w:tcBorders>
          </w:tcPr>
          <w:p>
            <w:r>
              <w:rPr>
                <w:b/>
                <w:color w:val="17324D"/>
                <w:sz w:val="16"/>
              </w:rPr>
              <w:t>□ colors are intentional</w:t>
            </w:r>
          </w:p>
        </w:tc>
        <w:tc>
          <w:tcPr>
            <w:tcW w:type="dxa" w:w="3619"/>
            <w:shd w:fill="FFF0F5"/>
            <w:tcBorders>
              <w:top w:val="single" w:sz="4" w:color="D8E0E6"/>
              <w:left w:val="single" w:sz="4" w:color="D8E0E6"/>
              <w:bottom w:val="single" w:sz="4" w:color="D8E0E6"/>
              <w:right w:val="single" w:sz="4" w:color="D8E0E6"/>
            </w:tcBorders>
          </w:tcPr>
          <w:p>
            <w:r>
              <w:rPr>
                <w:b/>
                <w:color w:val="17324D"/>
                <w:sz w:val="16"/>
              </w:rPr>
              <w:t>□ unnecessary details removed</w:t>
            </w:r>
          </w:p>
        </w:tc>
        <w:tc>
          <w:tcPr>
            <w:tcW w:type="dxa" w:w="3619"/>
            <w:shd w:fill="FFF0F5"/>
            <w:tcBorders>
              <w:top w:val="single" w:sz="4" w:color="D8E0E6"/>
              <w:left w:val="single" w:sz="4" w:color="D8E0E6"/>
              <w:bottom w:val="single" w:sz="4" w:color="D8E0E6"/>
              <w:right w:val="single" w:sz="4" w:color="D8E0E6"/>
            </w:tcBorders>
          </w:tcPr>
          <w:p>
            <w:r>
              <w:rPr>
                <w:b/>
                <w:color w:val="17324D"/>
                <w:sz w:val="16"/>
              </w:rPr>
              <w:t>□ logo still matches my 3 brand words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858"/>
      </w:tblGrid>
      <w:tr>
        <w:tc>
          <w:tcPr>
            <w:tcW w:type="dxa" w:w="10858"/>
            <w:shd w:fill="FFF8DD"/>
            <w:tcBorders>
              <w:top w:val="single" w:sz="4" w:color="D8E0E6"/>
              <w:left w:val="single" w:sz="4" w:color="D8E0E6"/>
              <w:bottom w:val="single" w:sz="4" w:color="D8E0E6"/>
              <w:right w:val="single" w:sz="4" w:color="D8E0E6"/>
            </w:tcBorders>
          </w:tcPr>
          <w:p>
            <w:r>
              <w:rPr>
                <w:b/>
                <w:color w:val="17324D"/>
                <w:sz w:val="17"/>
              </w:rPr>
              <w:t>The ONE biggest improvement I made to the final logo:</w:t>
            </w:r>
          </w:p>
          <w:p>
            <w:pPr>
              <w:spacing w:after="0"/>
            </w:pPr>
            <w:r>
              <w:rPr>
                <w:sz w:val="14"/>
              </w:rPr>
              <w:t>________________________________________________________________________</w:t>
            </w:r>
          </w:p>
          <w:p>
            <w:pPr>
              <w:spacing w:after="0"/>
            </w:pPr>
            <w:r>
              <w:rPr>
                <w:sz w:val="14"/>
              </w:rPr>
              <w:t>________________________________________________________________________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5429"/>
        <w:gridCol w:w="5429"/>
      </w:tblGrid>
      <w:tr>
        <w:tc>
          <w:tcPr>
            <w:tcW w:type="dxa" w:w="5429"/>
            <w:shd w:fill="20B7C5"/>
            <w:tcBorders>
              <w:top w:val="single" w:sz="4" w:color="17324D"/>
              <w:left w:val="single" w:sz="4" w:color="17324D"/>
              <w:bottom w:val="single" w:sz="4" w:color="17324D"/>
              <w:right w:val="single" w:sz="4" w:color="17324D"/>
            </w:tcBorders>
          </w:tcPr>
          <w:p>
            <w:pPr>
              <w:jc w:val="center"/>
            </w:pPr>
            <w:r>
              <w:rPr>
                <w:b/>
                <w:color w:val="FFFFFF"/>
                <w:sz w:val="30"/>
              </w:rPr>
              <w:t>2</w:t>
            </w:r>
          </w:p>
        </w:tc>
        <w:tc>
          <w:tcPr>
            <w:tcW w:type="dxa" w:w="5429"/>
            <w:shd w:fill="17324D"/>
            <w:tcBorders>
              <w:top w:val="single" w:sz="4" w:color="17324D"/>
              <w:left w:val="single" w:sz="4" w:color="17324D"/>
              <w:bottom w:val="single" w:sz="4" w:color="17324D"/>
              <w:right w:val="single" w:sz="4" w:color="17324D"/>
            </w:tcBorders>
          </w:tcPr>
          <w:p>
            <w:r>
              <w:rPr>
                <w:b/>
                <w:color w:val="FFFFFF"/>
                <w:sz w:val="25"/>
              </w:rPr>
              <w:t>MAKE THE REQUIRED LOGO VERSIONS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5429"/>
        <w:gridCol w:w="5429"/>
      </w:tblGrid>
      <w:tr>
        <w:tc>
          <w:tcPr>
            <w:tcW w:type="dxa" w:w="5429"/>
            <w:shd w:fill="FFFFFF"/>
            <w:tcBorders>
              <w:top w:val="single" w:sz="4" w:color="F05283"/>
              <w:left w:val="single" w:sz="4" w:color="F05283"/>
              <w:bottom w:val="single" w:sz="4" w:color="F05283"/>
              <w:right w:val="single" w:sz="4" w:color="F05283"/>
            </w:tcBorders>
          </w:tcPr>
          <w:p>
            <w:r>
              <w:rPr>
                <w:b/>
                <w:color w:val="F05283"/>
                <w:sz w:val="18"/>
              </w:rPr>
              <w:t>FULL COLOR</w:t>
            </w:r>
          </w:p>
          <w:p>
            <w:r>
              <w:rPr>
                <w:color w:val="6B7881"/>
                <w:sz w:val="16"/>
              </w:rPr>
              <w:t>Your main logo.</w:t>
              <w:br/>
              <w:br/>
              <w:t>Paste / sketch version here</w:t>
              <w:br/>
              <w:br/>
            </w:r>
          </w:p>
        </w:tc>
        <w:tc>
          <w:tcPr>
            <w:tcW w:type="dxa" w:w="5429"/>
            <w:shd w:fill="FFFFFF"/>
            <w:tcBorders>
              <w:top w:val="single" w:sz="4" w:color="17324D"/>
              <w:left w:val="single" w:sz="4" w:color="17324D"/>
              <w:bottom w:val="single" w:sz="4" w:color="17324D"/>
              <w:right w:val="single" w:sz="4" w:color="17324D"/>
            </w:tcBorders>
          </w:tcPr>
          <w:p>
            <w:r>
              <w:rPr>
                <w:b/>
                <w:color w:val="17324D"/>
                <w:sz w:val="18"/>
              </w:rPr>
              <w:t>BLACK</w:t>
            </w:r>
          </w:p>
          <w:p>
            <w:r>
              <w:rPr>
                <w:color w:val="6B7881"/>
                <w:sz w:val="16"/>
              </w:rPr>
              <w:t>Works with no color.</w:t>
              <w:br/>
              <w:br/>
              <w:t>Paste / sketch version here</w:t>
              <w:br/>
              <w:br/>
            </w:r>
          </w:p>
        </w:tc>
      </w:tr>
      <w:tr>
        <w:tc>
          <w:tcPr>
            <w:tcW w:type="dxa" w:w="5429"/>
            <w:shd w:fill="FFFFFF"/>
            <w:tcBorders>
              <w:top w:val="single" w:sz="4" w:color="20B7C5"/>
              <w:left w:val="single" w:sz="4" w:color="20B7C5"/>
              <w:bottom w:val="single" w:sz="4" w:color="20B7C5"/>
              <w:right w:val="single" w:sz="4" w:color="20B7C5"/>
            </w:tcBorders>
          </w:tcPr>
          <w:p>
            <w:r>
              <w:rPr>
                <w:b/>
                <w:color w:val="20B7C5"/>
                <w:sz w:val="18"/>
              </w:rPr>
              <w:t>WHITE / REVERSED</w:t>
            </w:r>
          </w:p>
          <w:p>
            <w:r>
              <w:rPr>
                <w:color w:val="6B7881"/>
                <w:sz w:val="16"/>
              </w:rPr>
              <w:t>For dark backgrounds.</w:t>
              <w:br/>
              <w:br/>
              <w:t>Paste / sketch version here</w:t>
              <w:br/>
              <w:br/>
            </w:r>
          </w:p>
        </w:tc>
        <w:tc>
          <w:tcPr>
            <w:tcW w:type="dxa" w:w="5429"/>
            <w:shd w:fill="FFFFFF"/>
            <w:tcBorders>
              <w:top w:val="single" w:sz="4" w:color="7956C7"/>
              <w:left w:val="single" w:sz="4" w:color="7956C7"/>
              <w:bottom w:val="single" w:sz="4" w:color="7956C7"/>
              <w:right w:val="single" w:sz="4" w:color="7956C7"/>
            </w:tcBorders>
          </w:tcPr>
          <w:p>
            <w:r>
              <w:rPr>
                <w:b/>
                <w:color w:val="7956C7"/>
                <w:sz w:val="18"/>
              </w:rPr>
              <w:t>SIMPLE / ICON</w:t>
            </w:r>
          </w:p>
          <w:p>
            <w:r>
              <w:rPr>
                <w:color w:val="6B7881"/>
                <w:sz w:val="16"/>
              </w:rPr>
              <w:t>If your logo can be simplified.</w:t>
              <w:br/>
              <w:br/>
              <w:t>Paste / sketch version here</w:t>
              <w:br/>
              <w:br/>
            </w:r>
          </w:p>
        </w:tc>
      </w:tr>
    </w:tbl>
    <w:p>
      <w:r>
        <w:br w:type="page"/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429"/>
        <w:gridCol w:w="5429"/>
      </w:tblGrid>
      <w:tr>
        <w:tc>
          <w:tcPr>
            <w:tcW w:type="dxa" w:w="5429"/>
            <w:shd w:fill="F2C84B"/>
            <w:tcBorders>
              <w:top w:val="single" w:sz="4" w:color="17324D"/>
              <w:left w:val="single" w:sz="4" w:color="17324D"/>
              <w:bottom w:val="single" w:sz="4" w:color="17324D"/>
              <w:right w:val="single" w:sz="4" w:color="17324D"/>
            </w:tcBorders>
          </w:tcPr>
          <w:p>
            <w:pPr>
              <w:jc w:val="center"/>
            </w:pPr>
            <w:r>
              <w:rPr>
                <w:b/>
                <w:color w:val="FFFFFF"/>
                <w:sz w:val="30"/>
              </w:rPr>
              <w:t>3</w:t>
            </w:r>
          </w:p>
        </w:tc>
        <w:tc>
          <w:tcPr>
            <w:tcW w:type="dxa" w:w="5429"/>
            <w:shd w:fill="17324D"/>
            <w:tcBorders>
              <w:top w:val="single" w:sz="4" w:color="17324D"/>
              <w:left w:val="single" w:sz="4" w:color="17324D"/>
              <w:bottom w:val="single" w:sz="4" w:color="17324D"/>
              <w:right w:val="single" w:sz="4" w:color="17324D"/>
            </w:tcBorders>
          </w:tcPr>
          <w:p>
            <w:r>
              <w:rPr>
                <w:b/>
                <w:color w:val="FFFFFF"/>
                <w:sz w:val="25"/>
              </w:rPr>
              <w:t>TEST IT LIKE A REAL LOGO</w:t>
            </w:r>
          </w:p>
        </w:tc>
      </w:tr>
    </w:tbl>
    <w:p>
      <w:pPr>
        <w:spacing w:after="40"/>
      </w:pPr>
    </w:p>
    <w:p>
      <w:pPr>
        <w:spacing w:after="60"/>
      </w:pPr>
      <w:r>
        <w:rPr>
          <w:rFonts w:ascii="Aptos" w:hAnsi="Aptos"/>
          <w:b w:val="0"/>
          <w:color w:val="22282D"/>
          <w:sz w:val="18"/>
        </w:rPr>
        <w:t>Your logo must survive different situations.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714"/>
        <w:gridCol w:w="2714"/>
        <w:gridCol w:w="2714"/>
        <w:gridCol w:w="2714"/>
      </w:tblGrid>
      <w:tr>
        <w:tc>
          <w:tcPr>
            <w:tcW w:type="dxa" w:w="2714"/>
            <w:shd w:fill="17324D"/>
            <w:tcBorders>
              <w:top w:val="single" w:sz="4" w:color="17324D"/>
              <w:left w:val="single" w:sz="4" w:color="17324D"/>
              <w:bottom w:val="single" w:sz="4" w:color="17324D"/>
              <w:right w:val="single" w:sz="4" w:color="17324D"/>
            </w:tcBorders>
          </w:tcPr>
          <w:p>
            <w:r>
              <w:rPr>
                <w:b/>
                <w:color w:val="FFFFFF"/>
                <w:sz w:val="16"/>
              </w:rPr>
              <w:t>TEST</w:t>
            </w:r>
          </w:p>
        </w:tc>
        <w:tc>
          <w:tcPr>
            <w:tcW w:type="dxa" w:w="2714"/>
            <w:shd w:fill="17324D"/>
            <w:tcBorders>
              <w:top w:val="single" w:sz="4" w:color="17324D"/>
              <w:left w:val="single" w:sz="4" w:color="17324D"/>
              <w:bottom w:val="single" w:sz="4" w:color="17324D"/>
              <w:right w:val="single" w:sz="4" w:color="17324D"/>
            </w:tcBorders>
          </w:tcPr>
          <w:p>
            <w:r>
              <w:rPr>
                <w:b/>
                <w:color w:val="FFFFFF"/>
                <w:sz w:val="16"/>
              </w:rPr>
              <w:t>COLOR</w:t>
            </w:r>
          </w:p>
        </w:tc>
        <w:tc>
          <w:tcPr>
            <w:tcW w:type="dxa" w:w="2714"/>
            <w:shd w:fill="17324D"/>
            <w:tcBorders>
              <w:top w:val="single" w:sz="4" w:color="17324D"/>
              <w:left w:val="single" w:sz="4" w:color="17324D"/>
              <w:bottom w:val="single" w:sz="4" w:color="17324D"/>
              <w:right w:val="single" w:sz="4" w:color="17324D"/>
            </w:tcBorders>
          </w:tcPr>
          <w:p>
            <w:r>
              <w:rPr>
                <w:b/>
                <w:color w:val="FFFFFF"/>
                <w:sz w:val="16"/>
              </w:rPr>
              <w:t>BLACK</w:t>
            </w:r>
          </w:p>
        </w:tc>
        <w:tc>
          <w:tcPr>
            <w:tcW w:type="dxa" w:w="2714"/>
            <w:shd w:fill="17324D"/>
            <w:tcBorders>
              <w:top w:val="single" w:sz="4" w:color="17324D"/>
              <w:left w:val="single" w:sz="4" w:color="17324D"/>
              <w:bottom w:val="single" w:sz="4" w:color="17324D"/>
              <w:right w:val="single" w:sz="4" w:color="17324D"/>
            </w:tcBorders>
          </w:tcPr>
          <w:p>
            <w:r>
              <w:rPr>
                <w:b/>
                <w:color w:val="FFFFFF"/>
                <w:sz w:val="16"/>
              </w:rPr>
              <w:t>SIMPLE</w:t>
            </w:r>
          </w:p>
        </w:tc>
      </w:tr>
      <w:tr>
        <w:tc>
          <w:tcPr>
            <w:tcW w:type="dxa" w:w="2714"/>
            <w:shd w:fill="F5F7F9"/>
            <w:tcBorders>
              <w:top w:val="single" w:sz="4" w:color="D8E0E6"/>
              <w:left w:val="single" w:sz="4" w:color="D8E0E6"/>
              <w:bottom w:val="single" w:sz="4" w:color="D8E0E6"/>
              <w:right w:val="single" w:sz="4" w:color="D8E0E6"/>
            </w:tcBorders>
          </w:tcPr>
          <w:p>
            <w:r>
              <w:rPr>
                <w:b/>
                <w:sz w:val="16"/>
              </w:rPr>
              <w:t>Works very small</w:t>
            </w:r>
          </w:p>
        </w:tc>
        <w:tc>
          <w:tcPr>
            <w:tcW w:type="dxa" w:w="2714"/>
            <w:tcBorders>
              <w:top w:val="single" w:sz="4" w:color="D8E0E6"/>
              <w:left w:val="single" w:sz="4" w:color="D8E0E6"/>
              <w:bottom w:val="single" w:sz="4" w:color="D8E0E6"/>
              <w:right w:val="single" w:sz="4" w:color="D8E0E6"/>
            </w:tcBorders>
          </w:tcPr>
          <w:p>
            <w:r>
              <w:rPr>
                <w:sz w:val="16"/>
              </w:rPr>
              <w:t>□ YES  □ NO</w:t>
            </w:r>
          </w:p>
        </w:tc>
        <w:tc>
          <w:tcPr>
            <w:tcW w:type="dxa" w:w="2714"/>
            <w:tcBorders>
              <w:top w:val="single" w:sz="4" w:color="D8E0E6"/>
              <w:left w:val="single" w:sz="4" w:color="D8E0E6"/>
              <w:bottom w:val="single" w:sz="4" w:color="D8E0E6"/>
              <w:right w:val="single" w:sz="4" w:color="D8E0E6"/>
            </w:tcBorders>
          </w:tcPr>
          <w:p>
            <w:r>
              <w:rPr>
                <w:sz w:val="16"/>
              </w:rPr>
              <w:t>□ YES  □ NO</w:t>
            </w:r>
          </w:p>
        </w:tc>
        <w:tc>
          <w:tcPr>
            <w:tcW w:type="dxa" w:w="2714"/>
            <w:tcBorders>
              <w:top w:val="single" w:sz="4" w:color="D8E0E6"/>
              <w:left w:val="single" w:sz="4" w:color="D8E0E6"/>
              <w:bottom w:val="single" w:sz="4" w:color="D8E0E6"/>
              <w:right w:val="single" w:sz="4" w:color="D8E0E6"/>
            </w:tcBorders>
          </w:tcPr>
          <w:p>
            <w:r>
              <w:rPr>
                <w:sz w:val="16"/>
              </w:rPr>
              <w:t>□ YES  □ NO</w:t>
            </w:r>
          </w:p>
        </w:tc>
      </w:tr>
      <w:tr>
        <w:tc>
          <w:tcPr>
            <w:tcW w:type="dxa" w:w="2714"/>
            <w:shd w:fill="F5F7F9"/>
            <w:tcBorders>
              <w:top w:val="single" w:sz="4" w:color="D8E0E6"/>
              <w:left w:val="single" w:sz="4" w:color="D8E0E6"/>
              <w:bottom w:val="single" w:sz="4" w:color="D8E0E6"/>
              <w:right w:val="single" w:sz="4" w:color="D8E0E6"/>
            </w:tcBorders>
          </w:tcPr>
          <w:p>
            <w:r>
              <w:rPr>
                <w:b/>
                <w:sz w:val="16"/>
              </w:rPr>
              <w:t>Works on light background</w:t>
            </w:r>
          </w:p>
        </w:tc>
        <w:tc>
          <w:tcPr>
            <w:tcW w:type="dxa" w:w="2714"/>
            <w:tcBorders>
              <w:top w:val="single" w:sz="4" w:color="D8E0E6"/>
              <w:left w:val="single" w:sz="4" w:color="D8E0E6"/>
              <w:bottom w:val="single" w:sz="4" w:color="D8E0E6"/>
              <w:right w:val="single" w:sz="4" w:color="D8E0E6"/>
            </w:tcBorders>
          </w:tcPr>
          <w:p>
            <w:r>
              <w:rPr>
                <w:sz w:val="16"/>
              </w:rPr>
              <w:t>□ YES  □ NO</w:t>
            </w:r>
          </w:p>
        </w:tc>
        <w:tc>
          <w:tcPr>
            <w:tcW w:type="dxa" w:w="2714"/>
            <w:tcBorders>
              <w:top w:val="single" w:sz="4" w:color="D8E0E6"/>
              <w:left w:val="single" w:sz="4" w:color="D8E0E6"/>
              <w:bottom w:val="single" w:sz="4" w:color="D8E0E6"/>
              <w:right w:val="single" w:sz="4" w:color="D8E0E6"/>
            </w:tcBorders>
          </w:tcPr>
          <w:p>
            <w:r>
              <w:rPr>
                <w:sz w:val="16"/>
              </w:rPr>
              <w:t>□ YES  □ NO</w:t>
            </w:r>
          </w:p>
        </w:tc>
        <w:tc>
          <w:tcPr>
            <w:tcW w:type="dxa" w:w="2714"/>
            <w:tcBorders>
              <w:top w:val="single" w:sz="4" w:color="D8E0E6"/>
              <w:left w:val="single" w:sz="4" w:color="D8E0E6"/>
              <w:bottom w:val="single" w:sz="4" w:color="D8E0E6"/>
              <w:right w:val="single" w:sz="4" w:color="D8E0E6"/>
            </w:tcBorders>
          </w:tcPr>
          <w:p>
            <w:r>
              <w:rPr>
                <w:sz w:val="16"/>
              </w:rPr>
              <w:t>□ YES  □ NO</w:t>
            </w:r>
          </w:p>
        </w:tc>
      </w:tr>
      <w:tr>
        <w:tc>
          <w:tcPr>
            <w:tcW w:type="dxa" w:w="2714"/>
            <w:shd w:fill="F5F7F9"/>
            <w:tcBorders>
              <w:top w:val="single" w:sz="4" w:color="D8E0E6"/>
              <w:left w:val="single" w:sz="4" w:color="D8E0E6"/>
              <w:bottom w:val="single" w:sz="4" w:color="D8E0E6"/>
              <w:right w:val="single" w:sz="4" w:color="D8E0E6"/>
            </w:tcBorders>
          </w:tcPr>
          <w:p>
            <w:r>
              <w:rPr>
                <w:b/>
                <w:sz w:val="16"/>
              </w:rPr>
              <w:t>Works on dark background</w:t>
            </w:r>
          </w:p>
        </w:tc>
        <w:tc>
          <w:tcPr>
            <w:tcW w:type="dxa" w:w="2714"/>
            <w:tcBorders>
              <w:top w:val="single" w:sz="4" w:color="D8E0E6"/>
              <w:left w:val="single" w:sz="4" w:color="D8E0E6"/>
              <w:bottom w:val="single" w:sz="4" w:color="D8E0E6"/>
              <w:right w:val="single" w:sz="4" w:color="D8E0E6"/>
            </w:tcBorders>
          </w:tcPr>
          <w:p>
            <w:r>
              <w:rPr>
                <w:sz w:val="16"/>
              </w:rPr>
              <w:t>□ YES  □ NO</w:t>
            </w:r>
          </w:p>
        </w:tc>
        <w:tc>
          <w:tcPr>
            <w:tcW w:type="dxa" w:w="2714"/>
            <w:tcBorders>
              <w:top w:val="single" w:sz="4" w:color="D8E0E6"/>
              <w:left w:val="single" w:sz="4" w:color="D8E0E6"/>
              <w:bottom w:val="single" w:sz="4" w:color="D8E0E6"/>
              <w:right w:val="single" w:sz="4" w:color="D8E0E6"/>
            </w:tcBorders>
          </w:tcPr>
          <w:p>
            <w:r>
              <w:rPr>
                <w:sz w:val="16"/>
              </w:rPr>
              <w:t>□ YES  □ NO</w:t>
            </w:r>
          </w:p>
        </w:tc>
        <w:tc>
          <w:tcPr>
            <w:tcW w:type="dxa" w:w="2714"/>
            <w:tcBorders>
              <w:top w:val="single" w:sz="4" w:color="D8E0E6"/>
              <w:left w:val="single" w:sz="4" w:color="D8E0E6"/>
              <w:bottom w:val="single" w:sz="4" w:color="D8E0E6"/>
              <w:right w:val="single" w:sz="4" w:color="D8E0E6"/>
            </w:tcBorders>
          </w:tcPr>
          <w:p>
            <w:r>
              <w:rPr>
                <w:sz w:val="16"/>
              </w:rPr>
              <w:t>□ YES  □ NO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858"/>
      </w:tblGrid>
      <w:tr>
        <w:tc>
          <w:tcPr>
            <w:tcW w:type="dxa" w:w="10858"/>
            <w:shd w:fill="FFF8DD"/>
            <w:tcBorders>
              <w:top w:val="single" w:sz="4" w:color="D8E0E6"/>
              <w:left w:val="single" w:sz="4" w:color="D8E0E6"/>
              <w:bottom w:val="single" w:sz="4" w:color="D8E0E6"/>
              <w:right w:val="single" w:sz="4" w:color="D8E0E6"/>
            </w:tcBorders>
          </w:tcPr>
          <w:p>
            <w:r>
              <w:rPr>
                <w:b/>
                <w:color w:val="17324D"/>
                <w:sz w:val="17"/>
              </w:rPr>
              <w:t>If one version failed a test, what did you change?</w:t>
            </w:r>
          </w:p>
          <w:p>
            <w:pPr>
              <w:spacing w:after="0"/>
            </w:pPr>
            <w:r>
              <w:rPr>
                <w:sz w:val="14"/>
              </w:rPr>
              <w:t>________________________________________________________________________</w:t>
            </w:r>
          </w:p>
          <w:p>
            <w:pPr>
              <w:spacing w:after="0"/>
            </w:pPr>
            <w:r>
              <w:rPr>
                <w:sz w:val="14"/>
              </w:rPr>
              <w:t>________________________________________________________________________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5429"/>
        <w:gridCol w:w="5429"/>
      </w:tblGrid>
      <w:tr>
        <w:tc>
          <w:tcPr>
            <w:tcW w:type="dxa" w:w="5429"/>
            <w:shd w:fill="7956C7"/>
            <w:tcBorders>
              <w:top w:val="single" w:sz="4" w:color="17324D"/>
              <w:left w:val="single" w:sz="4" w:color="17324D"/>
              <w:bottom w:val="single" w:sz="4" w:color="17324D"/>
              <w:right w:val="single" w:sz="4" w:color="17324D"/>
            </w:tcBorders>
          </w:tcPr>
          <w:p>
            <w:pPr>
              <w:jc w:val="center"/>
            </w:pPr>
            <w:r>
              <w:rPr>
                <w:b/>
                <w:color w:val="FFFFFF"/>
                <w:sz w:val="30"/>
              </w:rPr>
              <w:t>4</w:t>
            </w:r>
          </w:p>
        </w:tc>
        <w:tc>
          <w:tcPr>
            <w:tcW w:type="dxa" w:w="5429"/>
            <w:shd w:fill="17324D"/>
            <w:tcBorders>
              <w:top w:val="single" w:sz="4" w:color="17324D"/>
              <w:left w:val="single" w:sz="4" w:color="17324D"/>
              <w:bottom w:val="single" w:sz="4" w:color="17324D"/>
              <w:right w:val="single" w:sz="4" w:color="17324D"/>
            </w:tcBorders>
          </w:tcPr>
          <w:p>
            <w:r>
              <w:rPr>
                <w:b/>
                <w:color w:val="FFFFFF"/>
                <w:sz w:val="25"/>
              </w:rPr>
              <w:t>BUILD YOUR MINI BRAND GUIDE</w:t>
            </w:r>
          </w:p>
        </w:tc>
      </w:tr>
    </w:tbl>
    <w:p>
      <w:pPr>
        <w:spacing w:after="40"/>
      </w:pPr>
    </w:p>
    <w:p>
      <w:pPr>
        <w:spacing w:after="60"/>
      </w:pPr>
      <w:r>
        <w:rPr>
          <w:rFonts w:ascii="Aptos" w:hAnsi="Aptos"/>
          <w:b w:val="0"/>
          <w:color w:val="22282D"/>
          <w:sz w:val="18"/>
        </w:rPr>
        <w:t>A brand guide shows the rules that keep your identity consistent.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858"/>
      </w:tblGrid>
      <w:tr>
        <w:tc>
          <w:tcPr>
            <w:tcW w:type="dxa" w:w="10858"/>
            <w:shd w:fill="F0ECFA"/>
            <w:tcBorders>
              <w:top w:val="single" w:sz="4" w:color="D8E0E6"/>
              <w:left w:val="single" w:sz="4" w:color="D8E0E6"/>
              <w:bottom w:val="single" w:sz="4" w:color="D8E0E6"/>
              <w:right w:val="single" w:sz="4" w:color="D8E0E6"/>
            </w:tcBorders>
          </w:tcPr>
          <w:p>
            <w:r>
              <w:rPr>
                <w:b/>
                <w:color w:val="17324D"/>
                <w:sz w:val="17"/>
              </w:rPr>
              <w:t>MY 3 BRAND WORDS:</w:t>
            </w:r>
          </w:p>
          <w:p>
            <w:pPr>
              <w:spacing w:after="0"/>
            </w:pPr>
            <w:r>
              <w:rPr>
                <w:sz w:val="14"/>
              </w:rPr>
              <w:t>________________________________________________________________________</w:t>
            </w:r>
          </w:p>
          <w:p>
            <w:pPr>
              <w:spacing w:after="0"/>
            </w:pPr>
            <w:r>
              <w:rPr>
                <w:sz w:val="14"/>
              </w:rPr>
              <w:t>________________________________________________________________________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3619"/>
        <w:gridCol w:w="3619"/>
        <w:gridCol w:w="3619"/>
      </w:tblGrid>
      <w:tr>
        <w:tc>
          <w:tcPr>
            <w:tcW w:type="dxa" w:w="3619"/>
            <w:shd w:fill="7956C7"/>
            <w:tcBorders>
              <w:top w:val="single" w:sz="4" w:color="7956C7"/>
              <w:left w:val="single" w:sz="4" w:color="7956C7"/>
              <w:bottom w:val="single" w:sz="4" w:color="7956C7"/>
              <w:right w:val="single" w:sz="4" w:color="7956C7"/>
            </w:tcBorders>
          </w:tcPr>
          <w:p>
            <w:r>
              <w:rPr>
                <w:b/>
                <w:color w:val="FFFFFF"/>
                <w:sz w:val="16"/>
              </w:rPr>
              <w:t>COLOR</w:t>
            </w:r>
          </w:p>
        </w:tc>
        <w:tc>
          <w:tcPr>
            <w:tcW w:type="dxa" w:w="3619"/>
            <w:shd w:fill="7956C7"/>
            <w:tcBorders>
              <w:top w:val="single" w:sz="4" w:color="7956C7"/>
              <w:left w:val="single" w:sz="4" w:color="7956C7"/>
              <w:bottom w:val="single" w:sz="4" w:color="7956C7"/>
              <w:right w:val="single" w:sz="4" w:color="7956C7"/>
            </w:tcBorders>
          </w:tcPr>
          <w:p>
            <w:r>
              <w:rPr>
                <w:b/>
                <w:color w:val="FFFFFF"/>
                <w:sz w:val="16"/>
              </w:rPr>
              <w:t>HEX CODE</w:t>
            </w:r>
          </w:p>
        </w:tc>
        <w:tc>
          <w:tcPr>
            <w:tcW w:type="dxa" w:w="3619"/>
            <w:shd w:fill="7956C7"/>
            <w:tcBorders>
              <w:top w:val="single" w:sz="4" w:color="7956C7"/>
              <w:left w:val="single" w:sz="4" w:color="7956C7"/>
              <w:bottom w:val="single" w:sz="4" w:color="7956C7"/>
              <w:right w:val="single" w:sz="4" w:color="7956C7"/>
            </w:tcBorders>
          </w:tcPr>
          <w:p>
            <w:r>
              <w:rPr>
                <w:b/>
                <w:color w:val="FFFFFF"/>
                <w:sz w:val="16"/>
              </w:rPr>
              <w:t>WHY IT FITS</w:t>
            </w:r>
          </w:p>
        </w:tc>
      </w:tr>
      <w:tr>
        <w:tc>
          <w:tcPr>
            <w:tcW w:type="dxa" w:w="3619"/>
            <w:tcBorders>
              <w:top w:val="single" w:sz="4" w:color="D8E0E6"/>
              <w:left w:val="single" w:sz="4" w:color="D8E0E6"/>
              <w:bottom w:val="single" w:sz="4" w:color="D8E0E6"/>
              <w:right w:val="single" w:sz="4" w:color="D8E0E6"/>
            </w:tcBorders>
          </w:tcPr>
          <w:p>
            <w:r>
              <w:rPr>
                <w:sz w:val="16"/>
              </w:rPr>
              <w:t>________________________</w:t>
            </w:r>
          </w:p>
        </w:tc>
        <w:tc>
          <w:tcPr>
            <w:tcW w:type="dxa" w:w="3619"/>
            <w:tcBorders>
              <w:top w:val="single" w:sz="4" w:color="D8E0E6"/>
              <w:left w:val="single" w:sz="4" w:color="D8E0E6"/>
              <w:bottom w:val="single" w:sz="4" w:color="D8E0E6"/>
              <w:right w:val="single" w:sz="4" w:color="D8E0E6"/>
            </w:tcBorders>
          </w:tcPr>
          <w:p>
            <w:r>
              <w:rPr>
                <w:sz w:val="16"/>
              </w:rPr>
              <w:t>________________________</w:t>
            </w:r>
          </w:p>
        </w:tc>
        <w:tc>
          <w:tcPr>
            <w:tcW w:type="dxa" w:w="3619"/>
            <w:tcBorders>
              <w:top w:val="single" w:sz="4" w:color="D8E0E6"/>
              <w:left w:val="single" w:sz="4" w:color="D8E0E6"/>
              <w:bottom w:val="single" w:sz="4" w:color="D8E0E6"/>
              <w:right w:val="single" w:sz="4" w:color="D8E0E6"/>
            </w:tcBorders>
          </w:tcPr>
          <w:p>
            <w:r>
              <w:rPr>
                <w:sz w:val="16"/>
              </w:rPr>
              <w:t>________________________</w:t>
            </w:r>
          </w:p>
        </w:tc>
      </w:tr>
      <w:tr>
        <w:tc>
          <w:tcPr>
            <w:tcW w:type="dxa" w:w="3619"/>
            <w:tcBorders>
              <w:top w:val="single" w:sz="4" w:color="D8E0E6"/>
              <w:left w:val="single" w:sz="4" w:color="D8E0E6"/>
              <w:bottom w:val="single" w:sz="4" w:color="D8E0E6"/>
              <w:right w:val="single" w:sz="4" w:color="D8E0E6"/>
            </w:tcBorders>
          </w:tcPr>
          <w:p>
            <w:r>
              <w:rPr>
                <w:sz w:val="16"/>
              </w:rPr>
              <w:t>________________________</w:t>
            </w:r>
          </w:p>
        </w:tc>
        <w:tc>
          <w:tcPr>
            <w:tcW w:type="dxa" w:w="3619"/>
            <w:tcBorders>
              <w:top w:val="single" w:sz="4" w:color="D8E0E6"/>
              <w:left w:val="single" w:sz="4" w:color="D8E0E6"/>
              <w:bottom w:val="single" w:sz="4" w:color="D8E0E6"/>
              <w:right w:val="single" w:sz="4" w:color="D8E0E6"/>
            </w:tcBorders>
          </w:tcPr>
          <w:p>
            <w:r>
              <w:rPr>
                <w:sz w:val="16"/>
              </w:rPr>
              <w:t>________________________</w:t>
            </w:r>
          </w:p>
        </w:tc>
        <w:tc>
          <w:tcPr>
            <w:tcW w:type="dxa" w:w="3619"/>
            <w:tcBorders>
              <w:top w:val="single" w:sz="4" w:color="D8E0E6"/>
              <w:left w:val="single" w:sz="4" w:color="D8E0E6"/>
              <w:bottom w:val="single" w:sz="4" w:color="D8E0E6"/>
              <w:right w:val="single" w:sz="4" w:color="D8E0E6"/>
            </w:tcBorders>
          </w:tcPr>
          <w:p>
            <w:r>
              <w:rPr>
                <w:sz w:val="16"/>
              </w:rPr>
              <w:t>________________________</w:t>
            </w:r>
          </w:p>
        </w:tc>
      </w:tr>
    </w:tbl>
    <w:p>
      <w:pPr>
        <w:spacing w:after="40"/>
      </w:pPr>
      <w:r>
        <w:rPr>
          <w:rFonts w:ascii="Aptos" w:hAnsi="Aptos"/>
          <w:b/>
          <w:color w:val="17324D"/>
          <w:sz w:val="17"/>
        </w:rPr>
        <w:t>Optional third color: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858"/>
      </w:tblGrid>
      <w:tr>
        <w:tc>
          <w:tcPr>
            <w:tcW w:type="dxa" w:w="10858"/>
            <w:shd w:fill="FFFFFF"/>
            <w:tcBorders>
              <w:top w:val="single" w:sz="4" w:color="D8E0E6"/>
              <w:left w:val="single" w:sz="4" w:color="D8E0E6"/>
              <w:bottom w:val="single" w:sz="4" w:color="D8E0E6"/>
              <w:right w:val="single" w:sz="4" w:color="D8E0E6"/>
            </w:tcBorders>
          </w:tcPr>
          <w:p>
            <w:r>
              <w:rPr>
                <w:b/>
                <w:color w:val="17324D"/>
                <w:sz w:val="17"/>
              </w:rPr>
              <w:t>Color / hex / reason:</w:t>
            </w:r>
          </w:p>
          <w:p>
            <w:pPr>
              <w:spacing w:after="0"/>
            </w:pPr>
            <w:r>
              <w:rPr>
                <w:sz w:val="14"/>
              </w:rPr>
              <w:t>________________________________________________________________________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5429"/>
        <w:gridCol w:w="5429"/>
      </w:tblGrid>
      <w:tr>
        <w:tc>
          <w:tcPr>
            <w:tcW w:type="dxa" w:w="5429"/>
            <w:shd w:fill="EAF8FA"/>
            <w:tcBorders>
              <w:top w:val="single" w:sz="4" w:color="D8E0E6"/>
              <w:left w:val="single" w:sz="4" w:color="D8E0E6"/>
              <w:bottom w:val="single" w:sz="4" w:color="D8E0E6"/>
              <w:right w:val="single" w:sz="4" w:color="D8E0E6"/>
            </w:tcBorders>
          </w:tcPr>
          <w:p>
            <w:r>
              <w:rPr>
                <w:b/>
                <w:color w:val="17324D"/>
                <w:sz w:val="16"/>
              </w:rPr>
              <w:t>MAIN FONT</w:t>
            </w:r>
          </w:p>
        </w:tc>
        <w:tc>
          <w:tcPr>
            <w:tcW w:type="dxa" w:w="5429"/>
            <w:tcBorders>
              <w:top w:val="single" w:sz="4" w:color="D8E0E6"/>
              <w:left w:val="single" w:sz="4" w:color="D8E0E6"/>
              <w:bottom w:val="single" w:sz="4" w:color="D8E0E6"/>
              <w:right w:val="single" w:sz="4" w:color="D8E0E6"/>
            </w:tcBorders>
          </w:tcPr>
          <w:p>
            <w:r>
              <w:rPr>
                <w:sz w:val="16"/>
              </w:rPr>
              <w:t>For logo / headings</w:t>
              <w:br/>
              <w:t>____________________________</w:t>
            </w:r>
          </w:p>
        </w:tc>
      </w:tr>
      <w:tr>
        <w:tc>
          <w:tcPr>
            <w:tcW w:type="dxa" w:w="5429"/>
            <w:shd w:fill="EAF8FA"/>
            <w:tcBorders>
              <w:top w:val="single" w:sz="4" w:color="D8E0E6"/>
              <w:left w:val="single" w:sz="4" w:color="D8E0E6"/>
              <w:bottom w:val="single" w:sz="4" w:color="D8E0E6"/>
              <w:right w:val="single" w:sz="4" w:color="D8E0E6"/>
            </w:tcBorders>
          </w:tcPr>
          <w:p>
            <w:r>
              <w:rPr>
                <w:b/>
                <w:color w:val="17324D"/>
                <w:sz w:val="16"/>
              </w:rPr>
              <w:t>SECOND FONT</w:t>
            </w:r>
          </w:p>
        </w:tc>
        <w:tc>
          <w:tcPr>
            <w:tcW w:type="dxa" w:w="5429"/>
            <w:tcBorders>
              <w:top w:val="single" w:sz="4" w:color="D8E0E6"/>
              <w:left w:val="single" w:sz="4" w:color="D8E0E6"/>
              <w:bottom w:val="single" w:sz="4" w:color="D8E0E6"/>
              <w:right w:val="single" w:sz="4" w:color="D8E0E6"/>
            </w:tcBorders>
          </w:tcPr>
          <w:p>
            <w:r>
              <w:rPr>
                <w:sz w:val="16"/>
              </w:rPr>
              <w:t>For smaller text, if needed</w:t>
              <w:br/>
              <w:t>____________________________</w:t>
            </w:r>
          </w:p>
        </w:tc>
      </w:tr>
    </w:tbl>
    <w:p>
      <w:r>
        <w:br w:type="page"/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429"/>
        <w:gridCol w:w="5429"/>
      </w:tblGrid>
      <w:tr>
        <w:tc>
          <w:tcPr>
            <w:tcW w:type="dxa" w:w="5429"/>
            <w:shd w:fill="55B878"/>
            <w:tcBorders>
              <w:top w:val="single" w:sz="4" w:color="17324D"/>
              <w:left w:val="single" w:sz="4" w:color="17324D"/>
              <w:bottom w:val="single" w:sz="4" w:color="17324D"/>
              <w:right w:val="single" w:sz="4" w:color="17324D"/>
            </w:tcBorders>
          </w:tcPr>
          <w:p>
            <w:pPr>
              <w:jc w:val="center"/>
            </w:pPr>
            <w:r>
              <w:rPr>
                <w:b/>
                <w:color w:val="FFFFFF"/>
                <w:sz w:val="30"/>
              </w:rPr>
              <w:t>5</w:t>
            </w:r>
          </w:p>
        </w:tc>
        <w:tc>
          <w:tcPr>
            <w:tcW w:type="dxa" w:w="5429"/>
            <w:shd w:fill="17324D"/>
            <w:tcBorders>
              <w:top w:val="single" w:sz="4" w:color="17324D"/>
              <w:left w:val="single" w:sz="4" w:color="17324D"/>
              <w:bottom w:val="single" w:sz="4" w:color="17324D"/>
              <w:right w:val="single" w:sz="4" w:color="17324D"/>
            </w:tcBorders>
          </w:tcPr>
          <w:p>
            <w:r>
              <w:rPr>
                <w:b/>
                <w:color w:val="FFFFFF"/>
                <w:sz w:val="25"/>
              </w:rPr>
              <w:t>PUT THE BRAND GUIDE ON ONE PAGE</w:t>
            </w:r>
          </w:p>
        </w:tc>
      </w:tr>
    </w:tbl>
    <w:p>
      <w:pPr>
        <w:spacing w:after="40"/>
      </w:pPr>
    </w:p>
    <w:p>
      <w:pPr>
        <w:spacing w:after="60"/>
      </w:pPr>
      <w:r>
        <w:rPr>
          <w:rFonts w:ascii="Aptos" w:hAnsi="Aptos"/>
          <w:b w:val="0"/>
          <w:color w:val="22282D"/>
          <w:sz w:val="18"/>
        </w:rPr>
        <w:t>Create ONE clean page that shows your whole identity system.</w:t>
      </w:r>
    </w:p>
    <w:p>
      <w:pPr>
        <w:spacing w:after="40"/>
      </w:pPr>
      <w:r>
        <w:rPr>
          <w:rFonts w:ascii="Aptos" w:hAnsi="Aptos"/>
          <w:b/>
          <w:color w:val="22282D"/>
          <w:sz w:val="18"/>
        </w:rPr>
        <w:t>□ Primary full-color logo</w:t>
      </w:r>
    </w:p>
    <w:p>
      <w:pPr>
        <w:spacing w:after="40"/>
      </w:pPr>
      <w:r>
        <w:rPr>
          <w:rFonts w:ascii="Aptos" w:hAnsi="Aptos"/>
          <w:b/>
          <w:color w:val="22282D"/>
          <w:sz w:val="18"/>
        </w:rPr>
        <w:t>□ Black logo</w:t>
      </w:r>
    </w:p>
    <w:p>
      <w:pPr>
        <w:spacing w:after="40"/>
      </w:pPr>
      <w:r>
        <w:rPr>
          <w:rFonts w:ascii="Aptos" w:hAnsi="Aptos"/>
          <w:b/>
          <w:color w:val="22282D"/>
          <w:sz w:val="18"/>
        </w:rPr>
        <w:t>□ White / reversed logo</w:t>
      </w:r>
    </w:p>
    <w:p>
      <w:pPr>
        <w:spacing w:after="40"/>
      </w:pPr>
      <w:r>
        <w:rPr>
          <w:rFonts w:ascii="Aptos" w:hAnsi="Aptos"/>
          <w:b/>
          <w:color w:val="22282D"/>
          <w:sz w:val="18"/>
        </w:rPr>
        <w:t>□ Simple / icon version if appropriate</w:t>
      </w:r>
    </w:p>
    <w:p>
      <w:pPr>
        <w:spacing w:after="40"/>
      </w:pPr>
      <w:r>
        <w:rPr>
          <w:rFonts w:ascii="Aptos" w:hAnsi="Aptos"/>
          <w:b/>
          <w:color w:val="22282D"/>
          <w:sz w:val="18"/>
        </w:rPr>
        <w:t>□ 2–3 brand colors + hex codes</w:t>
      </w:r>
    </w:p>
    <w:p>
      <w:pPr>
        <w:spacing w:after="40"/>
      </w:pPr>
      <w:r>
        <w:rPr>
          <w:rFonts w:ascii="Aptos" w:hAnsi="Aptos"/>
          <w:b/>
          <w:color w:val="22282D"/>
          <w:sz w:val="18"/>
        </w:rPr>
        <w:t>□ 1–2 typefaces</w:t>
      </w:r>
    </w:p>
    <w:p>
      <w:pPr>
        <w:spacing w:after="40"/>
      </w:pPr>
      <w:r>
        <w:rPr>
          <w:rFonts w:ascii="Aptos" w:hAnsi="Aptos"/>
          <w:b/>
          <w:color w:val="22282D"/>
          <w:sz w:val="18"/>
        </w:rPr>
        <w:t>□ Your 3 brand words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858"/>
      </w:tblGrid>
      <w:tr>
        <w:tc>
          <w:tcPr>
            <w:tcW w:type="dxa" w:w="10858"/>
            <w:shd w:fill="EDF8EF"/>
            <w:tcBorders>
              <w:top w:val="single" w:sz="4" w:color="D8E0E6"/>
              <w:left w:val="single" w:sz="4" w:color="D8E0E6"/>
              <w:bottom w:val="single" w:sz="4" w:color="D8E0E6"/>
              <w:right w:val="single" w:sz="4" w:color="D8E0E6"/>
            </w:tcBorders>
          </w:tcPr>
          <w:p>
            <w:r>
              <w:rPr>
                <w:b/>
                <w:color w:val="17324D"/>
                <w:sz w:val="17"/>
              </w:rPr>
              <w:t>What should someone understand about your brand after seeing this page for 10 seconds?</w:t>
            </w:r>
          </w:p>
          <w:p>
            <w:pPr>
              <w:spacing w:after="0"/>
            </w:pPr>
            <w:r>
              <w:rPr>
                <w:sz w:val="14"/>
              </w:rPr>
              <w:t>________________________________________________________________________</w:t>
            </w:r>
          </w:p>
          <w:p>
            <w:pPr>
              <w:spacing w:after="0"/>
            </w:pPr>
            <w:r>
              <w:rPr>
                <w:sz w:val="14"/>
              </w:rPr>
              <w:t>________________________________________________________________________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5429"/>
        <w:gridCol w:w="5429"/>
      </w:tblGrid>
      <w:tr>
        <w:tc>
          <w:tcPr>
            <w:tcW w:type="dxa" w:w="5429"/>
            <w:shd w:fill="F29445"/>
            <w:tcBorders>
              <w:top w:val="single" w:sz="4" w:color="17324D"/>
              <w:left w:val="single" w:sz="4" w:color="17324D"/>
              <w:bottom w:val="single" w:sz="4" w:color="17324D"/>
              <w:right w:val="single" w:sz="4" w:color="17324D"/>
            </w:tcBorders>
          </w:tcPr>
          <w:p>
            <w:pPr>
              <w:jc w:val="center"/>
            </w:pPr>
            <w:r>
              <w:rPr>
                <w:b/>
                <w:color w:val="FFFFFF"/>
                <w:sz w:val="30"/>
              </w:rPr>
              <w:t>6</w:t>
            </w:r>
          </w:p>
        </w:tc>
        <w:tc>
          <w:tcPr>
            <w:tcW w:type="dxa" w:w="5429"/>
            <w:shd w:fill="17324D"/>
            <w:tcBorders>
              <w:top w:val="single" w:sz="4" w:color="17324D"/>
              <w:left w:val="single" w:sz="4" w:color="17324D"/>
              <w:bottom w:val="single" w:sz="4" w:color="17324D"/>
              <w:right w:val="single" w:sz="4" w:color="17324D"/>
            </w:tcBorders>
          </w:tcPr>
          <w:p>
            <w:r>
              <w:rPr>
                <w:b/>
                <w:color w:val="FFFFFF"/>
                <w:sz w:val="25"/>
              </w:rPr>
              <w:t>PARTNER BRAND CHECK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10858"/>
      </w:tblGrid>
      <w:tr>
        <w:tc>
          <w:tcPr>
            <w:tcW w:type="dxa" w:w="10858"/>
            <w:shd w:fill="FFF3E8"/>
            <w:tcBorders>
              <w:top w:val="single" w:sz="4" w:color="D8E0E6"/>
              <w:left w:val="single" w:sz="4" w:color="D8E0E6"/>
              <w:bottom w:val="single" w:sz="4" w:color="D8E0E6"/>
              <w:right w:val="single" w:sz="4" w:color="D8E0E6"/>
            </w:tcBorders>
          </w:tcPr>
          <w:p>
            <w:r>
              <w:rPr>
                <w:b/>
                <w:color w:val="17324D"/>
                <w:sz w:val="17"/>
              </w:rPr>
              <w:t>Which version of the logo is easiest to recognize?</w:t>
            </w:r>
          </w:p>
          <w:p>
            <w:pPr>
              <w:spacing w:after="0"/>
            </w:pPr>
            <w:r>
              <w:rPr>
                <w:sz w:val="14"/>
              </w:rPr>
              <w:t>________________________________________________________________________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10858"/>
      </w:tblGrid>
      <w:tr>
        <w:tc>
          <w:tcPr>
            <w:tcW w:type="dxa" w:w="10858"/>
            <w:shd w:fill="FFF3E8"/>
            <w:tcBorders>
              <w:top w:val="single" w:sz="4" w:color="D8E0E6"/>
              <w:left w:val="single" w:sz="4" w:color="D8E0E6"/>
              <w:bottom w:val="single" w:sz="4" w:color="D8E0E6"/>
              <w:right w:val="single" w:sz="4" w:color="D8E0E6"/>
            </w:tcBorders>
          </w:tcPr>
          <w:p>
            <w:r>
              <w:rPr>
                <w:b/>
                <w:color w:val="17324D"/>
                <w:sz w:val="17"/>
              </w:rPr>
              <w:t>Do the colors / type / logo feel like ONE brand?</w:t>
            </w:r>
          </w:p>
          <w:p>
            <w:pPr>
              <w:spacing w:after="0"/>
            </w:pPr>
            <w:r>
              <w:rPr>
                <w:sz w:val="14"/>
              </w:rPr>
              <w:t>________________________________________________________________________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10858"/>
      </w:tblGrid>
      <w:tr>
        <w:tc>
          <w:tcPr>
            <w:tcW w:type="dxa" w:w="10858"/>
            <w:shd w:fill="FFF3E8"/>
            <w:tcBorders>
              <w:top w:val="single" w:sz="4" w:color="D8E0E6"/>
              <w:left w:val="single" w:sz="4" w:color="D8E0E6"/>
              <w:bottom w:val="single" w:sz="4" w:color="D8E0E6"/>
              <w:right w:val="single" w:sz="4" w:color="D8E0E6"/>
            </w:tcBorders>
          </w:tcPr>
          <w:p>
            <w:r>
              <w:rPr>
                <w:b/>
                <w:color w:val="17324D"/>
                <w:sz w:val="17"/>
              </w:rPr>
              <w:t>Which of the 3 brand words comes through strongest?</w:t>
            </w:r>
          </w:p>
          <w:p>
            <w:pPr>
              <w:spacing w:after="0"/>
            </w:pPr>
            <w:r>
              <w:rPr>
                <w:sz w:val="14"/>
              </w:rPr>
              <w:t>________________________________________________________________________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10858"/>
      </w:tblGrid>
      <w:tr>
        <w:tc>
          <w:tcPr>
            <w:tcW w:type="dxa" w:w="10858"/>
            <w:shd w:fill="FFF3E8"/>
            <w:tcBorders>
              <w:top w:val="single" w:sz="4" w:color="D8E0E6"/>
              <w:left w:val="single" w:sz="4" w:color="D8E0E6"/>
              <w:bottom w:val="single" w:sz="4" w:color="D8E0E6"/>
              <w:right w:val="single" w:sz="4" w:color="D8E0E6"/>
            </w:tcBorders>
          </w:tcPr>
          <w:p>
            <w:r>
              <w:rPr>
                <w:b/>
                <w:color w:val="17324D"/>
                <w:sz w:val="17"/>
              </w:rPr>
              <w:t>What still looks unfinished or inconsistent?</w:t>
            </w:r>
          </w:p>
          <w:p>
            <w:pPr>
              <w:spacing w:after="0"/>
            </w:pPr>
            <w:r>
              <w:rPr>
                <w:sz w:val="14"/>
              </w:rPr>
              <w:t>________________________________________________________________________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5429"/>
        <w:gridCol w:w="5429"/>
      </w:tblGrid>
      <w:tr>
        <w:tc>
          <w:tcPr>
            <w:tcW w:type="dxa" w:w="5429"/>
            <w:shd w:fill="20B7C5"/>
            <w:tcBorders>
              <w:top w:val="single" w:sz="4" w:color="17324D"/>
              <w:left w:val="single" w:sz="4" w:color="17324D"/>
              <w:bottom w:val="single" w:sz="4" w:color="17324D"/>
              <w:right w:val="single" w:sz="4" w:color="17324D"/>
            </w:tcBorders>
          </w:tcPr>
          <w:p>
            <w:pPr>
              <w:jc w:val="center"/>
            </w:pPr>
            <w:r>
              <w:rPr>
                <w:b/>
                <w:color w:val="FFFFFF"/>
                <w:sz w:val="30"/>
              </w:rPr>
              <w:t>7</w:t>
            </w:r>
          </w:p>
        </w:tc>
        <w:tc>
          <w:tcPr>
            <w:tcW w:type="dxa" w:w="5429"/>
            <w:shd w:fill="17324D"/>
            <w:tcBorders>
              <w:top w:val="single" w:sz="4" w:color="17324D"/>
              <w:left w:val="single" w:sz="4" w:color="17324D"/>
              <w:bottom w:val="single" w:sz="4" w:color="17324D"/>
              <w:right w:val="single" w:sz="4" w:color="17324D"/>
            </w:tcBorders>
          </w:tcPr>
          <w:p>
            <w:r>
              <w:rPr>
                <w:b/>
                <w:color w:val="FFFFFF"/>
                <w:sz w:val="25"/>
              </w:rPr>
              <w:t>SAVE + EXPORT CLEAN FILES</w:t>
            </w:r>
          </w:p>
        </w:tc>
      </w:tr>
    </w:tbl>
    <w:p>
      <w:pPr>
        <w:spacing w:after="40"/>
      </w:pPr>
    </w:p>
    <w:p>
      <w:pPr>
        <w:spacing w:after="60"/>
      </w:pPr>
      <w:r>
        <w:rPr>
          <w:rFonts w:ascii="Aptos" w:hAnsi="Aptos"/>
          <w:b w:val="0"/>
          <w:color w:val="22282D"/>
          <w:sz w:val="18"/>
        </w:rPr>
        <w:t>Save the editable file first. Then export clean versions.</w:t>
      </w:r>
    </w:p>
    <w:p>
      <w:pPr>
        <w:spacing w:after="40"/>
      </w:pPr>
      <w:r>
        <w:rPr>
          <w:rFonts w:ascii="Aptos" w:hAnsi="Aptos"/>
          <w:b/>
          <w:color w:val="22282D"/>
          <w:sz w:val="18"/>
        </w:rPr>
        <w:t>□ Editable source file saved</w:t>
      </w:r>
    </w:p>
    <w:p>
      <w:pPr>
        <w:spacing w:after="40"/>
      </w:pPr>
      <w:r>
        <w:rPr>
          <w:rFonts w:ascii="Aptos" w:hAnsi="Aptos"/>
          <w:b/>
          <w:color w:val="22282D"/>
          <w:sz w:val="18"/>
        </w:rPr>
        <w:t>□ Full-color logo exported</w:t>
      </w:r>
    </w:p>
    <w:p>
      <w:pPr>
        <w:spacing w:after="40"/>
      </w:pPr>
      <w:r>
        <w:rPr>
          <w:rFonts w:ascii="Aptos" w:hAnsi="Aptos"/>
          <w:b/>
          <w:color w:val="22282D"/>
          <w:sz w:val="18"/>
        </w:rPr>
        <w:t>□ Black logo exported</w:t>
      </w:r>
    </w:p>
    <w:p>
      <w:pPr>
        <w:spacing w:after="40"/>
      </w:pPr>
      <w:r>
        <w:rPr>
          <w:rFonts w:ascii="Aptos" w:hAnsi="Aptos"/>
          <w:b/>
          <w:color w:val="22282D"/>
          <w:sz w:val="18"/>
        </w:rPr>
        <w:t>□ White/reversed logo exported</w:t>
      </w:r>
    </w:p>
    <w:p>
      <w:pPr>
        <w:spacing w:after="40"/>
      </w:pPr>
      <w:r>
        <w:rPr>
          <w:rFonts w:ascii="Aptos" w:hAnsi="Aptos"/>
          <w:b/>
          <w:color w:val="22282D"/>
          <w:sz w:val="18"/>
        </w:rPr>
        <w:t>□ Mini brand guide saved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858"/>
      </w:tblGrid>
      <w:tr>
        <w:tc>
          <w:tcPr>
            <w:tcW w:type="dxa" w:w="10858"/>
            <w:shd w:fill="EAF8FA"/>
            <w:tcBorders>
              <w:top w:val="single" w:sz="4" w:color="D8E0E6"/>
              <w:left w:val="single" w:sz="4" w:color="D8E0E6"/>
              <w:bottom w:val="single" w:sz="4" w:color="D8E0E6"/>
              <w:right w:val="single" w:sz="4" w:color="D8E0E6"/>
            </w:tcBorders>
          </w:tcPr>
          <w:p>
            <w:r>
              <w:rPr>
                <w:b/>
                <w:color w:val="17324D"/>
                <w:sz w:val="17"/>
              </w:rPr>
              <w:t>My final logo is stronger than my first digital version because…</w:t>
            </w:r>
          </w:p>
          <w:p>
            <w:pPr>
              <w:spacing w:after="0"/>
            </w:pPr>
            <w:r>
              <w:rPr>
                <w:sz w:val="14"/>
              </w:rPr>
              <w:t>________________________________________________________________________</w:t>
            </w:r>
          </w:p>
          <w:p>
            <w:pPr>
              <w:spacing w:after="0"/>
            </w:pPr>
            <w:r>
              <w:rPr>
                <w:sz w:val="14"/>
              </w:rPr>
              <w:t>________________________________________________________________________</w:t>
            </w:r>
          </w:p>
        </w:tc>
      </w:tr>
    </w:tbl>
    <w:p>
      <w:pPr>
        <w:spacing w:after="40"/>
      </w:pPr>
    </w:p>
    <w:p>
      <w:pPr>
        <w:spacing w:after="100"/>
      </w:pPr>
      <w:r>
        <w:rPr>
          <w:rFonts w:ascii="Aptos" w:hAnsi="Aptos"/>
          <w:b/>
          <w:color w:val="17324D"/>
          <w:sz w:val="22"/>
        </w:rPr>
        <w:t>NEXT: APPLY YOUR BRAND TO A BUSINESS CARD</w:t>
      </w:r>
    </w:p>
    <w:p>
      <w:pPr>
        <w:spacing w:after="60"/>
      </w:pPr>
      <w:r>
        <w:rPr>
          <w:rFonts w:ascii="Aptos" w:hAnsi="Aptos"/>
          <w:b/>
          <w:color w:val="20B7C5"/>
          <w:sz w:val="19"/>
        </w:rPr>
        <w:t>Can your identity system work on a real object — not just as a logo?</w:t>
      </w:r>
    </w:p>
    <w:sectPr w:rsidR="00FC693F" w:rsidRPr="0006063C" w:rsidSect="00034616">
      <w:footerReference w:type="default" r:id="rId9"/>
      <w:pgSz w:w="12240" w:h="15840"/>
      <w:pgMar w:top="605" w:right="691" w:bottom="605" w:left="6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4828B"/>
        <w:sz w:val="15"/>
      </w:rPr>
      <w:t>GRADE 7 DESIGN • FINAL LOGO + MINI BRAND GUIDE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