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3024"/>
        <w:gridCol w:w="3024"/>
      </w:tblGrid>
      <w:tr>
        <w:tc>
          <w:tcPr>
            <w:tcW w:type="dxa" w:w="3600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r>
              <w:rPr>
                <w:b/>
                <w:color w:val="687780"/>
                <w:sz w:val="16"/>
              </w:rPr>
              <w:t xml:space="preserve">NAME: </w:t>
            </w:r>
            <w:r>
              <w:rPr>
                <w:color w:val="A6B0B6"/>
                <w:sz w:val="16"/>
              </w:rPr>
              <w:t>________________________</w:t>
            </w:r>
          </w:p>
        </w:tc>
        <w:tc>
          <w:tcPr>
            <w:tcW w:type="dxa" w:w="3600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r>
              <w:rPr>
                <w:b/>
                <w:color w:val="687780"/>
                <w:sz w:val="16"/>
              </w:rPr>
              <w:t xml:space="preserve">CLASS: </w:t>
            </w:r>
            <w:r>
              <w:rPr>
                <w:color w:val="A6B0B6"/>
                <w:sz w:val="16"/>
              </w:rPr>
              <w:t>________________________</w:t>
            </w:r>
          </w:p>
        </w:tc>
        <w:tc>
          <w:tcPr>
            <w:tcW w:type="dxa" w:w="3600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r>
              <w:rPr>
                <w:b/>
                <w:color w:val="687780"/>
                <w:sz w:val="16"/>
              </w:rPr>
              <w:t xml:space="preserve">DATE: </w:t>
            </w:r>
            <w:r>
              <w:rPr>
                <w:color w:val="A6B0B6"/>
                <w:sz w:val="16"/>
              </w:rPr>
              <w:t>________________________</w:t>
            </w:r>
          </w:p>
        </w:tc>
      </w:tr>
    </w:tbl>
    <w:p>
      <w:pPr>
        <w:spacing w:after="0" w:before="100"/>
      </w:pPr>
      <w:r>
        <w:rPr>
          <w:rFonts w:ascii="Aptos" w:hAnsi="Aptos"/>
          <w:b/>
          <w:color w:val="18324B"/>
          <w:sz w:val="44"/>
        </w:rPr>
        <w:t>FROM MOOD BOARD TO LOGO IDEAS</w:t>
      </w:r>
    </w:p>
    <w:p>
      <w:pPr>
        <w:spacing w:after="80" w:before="0"/>
      </w:pPr>
      <w:r>
        <w:rPr>
          <w:rFonts w:ascii="Aptos" w:hAnsi="Aptos"/>
          <w:b/>
          <w:color w:val="18A7A7"/>
          <w:sz w:val="21"/>
        </w:rPr>
        <w:t>GRADE 7 DESIGN  •  PERSONAL BRAND  •  CLASS 3</w:t>
      </w:r>
    </w:p>
    <w:p>
      <w:pPr>
        <w:spacing w:after="100" w:before="0"/>
      </w:pPr>
      <w:r>
        <w:rPr>
          <w:rFonts w:ascii="Aptos" w:hAnsi="Aptos"/>
          <w:b w:val="0"/>
          <w:color w:val="22282D"/>
          <w:sz w:val="20"/>
        </w:rPr>
        <w:t>Today you will turn your brand direction into a design brief, a specification, and THREE genuinely different logo concepts.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0F4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4" w:color="F0507A"/>
              <w:left w:val="single" w:sz="4" w:color="F0507A"/>
              <w:bottom w:val="single" w:sz="4" w:color="F0507A"/>
              <w:right w:val="single" w:sz="4" w:color="F0507A"/>
            </w:tcBorders>
          </w:tcPr>
          <w:p>
            <w:r>
              <w:rPr>
                <w:rFonts w:ascii="Aptos" w:hAnsi="Aptos"/>
                <w:color w:val="22282D"/>
                <w:sz w:val="17"/>
              </w:rPr>
              <w:t>KEY IDEA: A logo is not “whatever looks cool.” Every visual choice should support the identity you want your audience to understand.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64"/>
      </w:tblGrid>
      <w:tr>
        <w:tc>
          <w:tcPr>
            <w:tcW w:type="dxa" w:w="5400"/>
            <w:shd w:fill="F0507A"/>
            <w:tcBorders>
              <w:top w:val="single" w:sz="2" w:color="18324B"/>
              <w:left w:val="single" w:sz="2" w:color="18324B"/>
              <w:bottom w:val="single" w:sz="2" w:color="18324B"/>
              <w:right w:val="single" w:sz="2" w:color="18324B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A</w:t>
            </w:r>
          </w:p>
        </w:tc>
        <w:tc>
          <w:tcPr>
            <w:tcW w:type="dxa" w:w="5400"/>
            <w:shd w:fill="18324B"/>
            <w:tcBorders>
              <w:top w:val="single" w:sz="2" w:color="18324B"/>
              <w:left w:val="single" w:sz="2" w:color="18324B"/>
              <w:bottom w:val="single" w:sz="2" w:color="18324B"/>
              <w:right w:val="single" w:sz="2" w:color="18324B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FFFFFF"/>
                <w:sz w:val="26"/>
              </w:rPr>
              <w:t>MY DESIGN BRIEF</w:t>
            </w:r>
            <w:r>
              <w:rPr>
                <w:color w:val="D9E4EC"/>
                <w:sz w:val="16"/>
              </w:rPr>
              <w:br/>
              <w:t>Who? + For whom? + What should it communicate? + Where will it be used?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7488"/>
      </w:tblGrid>
      <w:tr>
        <w:tc>
          <w:tcPr>
            <w:tcW w:type="dxa" w:w="5400"/>
            <w:shd w:fill="FFF0F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18324B"/>
                <w:sz w:val="16"/>
              </w:rPr>
              <w:t>I am designing a personal brand for…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  <w:tr>
        <w:tc>
          <w:tcPr>
            <w:tcW w:type="dxa" w:w="5400"/>
            <w:shd w:fill="EEF5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18324B"/>
                <w:sz w:val="16"/>
              </w:rPr>
              <w:t>My target audience is…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  <w:tr>
        <w:tc>
          <w:tcPr>
            <w:tcW w:type="dxa" w:w="5400"/>
            <w:shd w:fill="FFF0F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18324B"/>
                <w:sz w:val="16"/>
              </w:rPr>
              <w:t>I want the brand to communicate…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687780"/>
                <w:sz w:val="15"/>
              </w:rPr>
              <w:t>3 words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  <w:tr>
        <w:tc>
          <w:tcPr>
            <w:tcW w:type="dxa" w:w="5400"/>
            <w:shd w:fill="EEF5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18324B"/>
                <w:sz w:val="16"/>
              </w:rPr>
              <w:t>The brand will be used on…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687780"/>
                <w:sz w:val="15"/>
              </w:rPr>
              <w:t>logo / business card / letterhead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  <w:tr>
        <w:tc>
          <w:tcPr>
            <w:tcW w:type="dxa" w:w="5400"/>
            <w:shd w:fill="FFF0F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18324B"/>
                <w:sz w:val="16"/>
              </w:rPr>
              <w:t>It should feel… rather than…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64"/>
      </w:tblGrid>
      <w:tr>
        <w:tc>
          <w:tcPr>
            <w:tcW w:type="dxa" w:w="5400"/>
            <w:shd w:fill="F2B544"/>
            <w:tcBorders>
              <w:top w:val="single" w:sz="2" w:color="18324B"/>
              <w:left w:val="single" w:sz="2" w:color="18324B"/>
              <w:bottom w:val="single" w:sz="2" w:color="18324B"/>
              <w:right w:val="single" w:sz="2" w:color="18324B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B</w:t>
            </w:r>
          </w:p>
        </w:tc>
        <w:tc>
          <w:tcPr>
            <w:tcW w:type="dxa" w:w="5400"/>
            <w:shd w:fill="18324B"/>
            <w:tcBorders>
              <w:top w:val="single" w:sz="2" w:color="18324B"/>
              <w:left w:val="single" w:sz="2" w:color="18324B"/>
              <w:bottom w:val="single" w:sz="2" w:color="18324B"/>
              <w:right w:val="single" w:sz="2" w:color="18324B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FFFFFF"/>
                <w:sz w:val="26"/>
              </w:rPr>
              <w:t>MY LOGO SPECIFICATION</w:t>
            </w:r>
            <w:r>
              <w:rPr>
                <w:color w:val="D9E4EC"/>
                <w:sz w:val="16"/>
              </w:rPr>
              <w:br/>
              <w:t>These are the rules your logo should meet.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F0507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✓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>
              <w:rPr>
                <w:b/>
                <w:color w:val="18324B"/>
                <w:sz w:val="17"/>
              </w:rPr>
              <w:t>Be easy to recognize.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18A7A7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✓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>
              <w:rPr>
                <w:b/>
                <w:color w:val="18324B"/>
                <w:sz w:val="17"/>
              </w:rPr>
              <w:t>Work in color AND black-and-white.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7C55B6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✓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>
              <w:rPr>
                <w:b/>
                <w:color w:val="18324B"/>
                <w:sz w:val="17"/>
              </w:rPr>
              <w:t>Still be clear when small.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59B77D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✓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>
              <w:rPr>
                <w:b/>
                <w:color w:val="18324B"/>
                <w:sz w:val="17"/>
              </w:rPr>
              <w:t>Use no more than 3 main colors.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F2B54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✓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>
              <w:rPr>
                <w:b/>
                <w:color w:val="18324B"/>
                <w:sz w:val="17"/>
              </w:rPr>
              <w:t>Match my three identity words.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18324B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✓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>
              <w:rPr>
                <w:b/>
                <w:color w:val="18324B"/>
                <w:sz w:val="17"/>
              </w:rPr>
              <w:t>Be suitable for my target audience.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F0507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✓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>
              <w:rPr>
                <w:b/>
                <w:color w:val="18324B"/>
                <w:sz w:val="17"/>
              </w:rPr>
              <w:t>Work on a business card and letterhead.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18A7A7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✓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>
              <w:rPr>
                <w:b/>
                <w:color w:val="18324B"/>
                <w:sz w:val="17"/>
              </w:rPr>
              <w:t>Be designed by me — AI may suggest ideas, but not make my final logo.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7E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r>
              <w:rPr>
                <w:rFonts w:ascii="Aptos" w:hAnsi="Aptos"/>
                <w:b/>
                <w:color w:val="18324B"/>
                <w:sz w:val="17"/>
              </w:rPr>
              <w:t>One extra requirement of my own: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64"/>
      </w:tblGrid>
      <w:tr>
        <w:tc>
          <w:tcPr>
            <w:tcW w:type="dxa" w:w="5400"/>
            <w:shd w:fill="7C55B6"/>
            <w:tcBorders>
              <w:top w:val="single" w:sz="2" w:color="18324B"/>
              <w:left w:val="single" w:sz="2" w:color="18324B"/>
              <w:bottom w:val="single" w:sz="2" w:color="18324B"/>
              <w:right w:val="single" w:sz="2" w:color="18324B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C</w:t>
            </w:r>
          </w:p>
        </w:tc>
        <w:tc>
          <w:tcPr>
            <w:tcW w:type="dxa" w:w="5400"/>
            <w:shd w:fill="18324B"/>
            <w:tcBorders>
              <w:top w:val="single" w:sz="2" w:color="18324B"/>
              <w:left w:val="single" w:sz="2" w:color="18324B"/>
              <w:bottom w:val="single" w:sz="2" w:color="18324B"/>
              <w:right w:val="single" w:sz="2" w:color="18324B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FFFFFF"/>
                <w:sz w:val="26"/>
              </w:rPr>
              <w:t>LOGO ANATOMY</w:t>
            </w:r>
            <w:r>
              <w:rPr>
                <w:color w:val="D9E4EC"/>
                <w:sz w:val="16"/>
              </w:rPr>
              <w:br/>
              <w:t>Four common ways a logo can work.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EEF5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b/>
                <w:color w:val="18324B"/>
                <w:sz w:val="20"/>
              </w:rPr>
              <w:t>WORDMARK</w:t>
            </w:r>
          </w:p>
          <w:p>
            <w:pPr>
              <w:spacing w:after="40"/>
            </w:pPr>
            <w:r>
              <w:rPr>
                <w:color w:val="22282D"/>
                <w:sz w:val="16"/>
              </w:rPr>
              <w:t>The name itself is the logo.</w:t>
            </w:r>
          </w:p>
          <w:p>
            <w:r>
              <w:rPr>
                <w:color w:val="687780"/>
                <w:sz w:val="16"/>
              </w:rPr>
              <w:t>Example: Google</w:t>
            </w:r>
          </w:p>
        </w:tc>
        <w:tc>
          <w:tcPr>
            <w:tcW w:type="dxa" w:w="5400"/>
            <w:shd w:fill="EAF8F7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b/>
                <w:color w:val="18324B"/>
                <w:sz w:val="20"/>
              </w:rPr>
              <w:t>LETTERMARK</w:t>
            </w:r>
          </w:p>
          <w:p>
            <w:pPr>
              <w:spacing w:after="40"/>
            </w:pPr>
            <w:r>
              <w:rPr>
                <w:color w:val="22282D"/>
                <w:sz w:val="16"/>
              </w:rPr>
              <w:t>Initials or letters.</w:t>
            </w:r>
          </w:p>
          <w:p>
            <w:r>
              <w:rPr>
                <w:color w:val="687780"/>
                <w:sz w:val="16"/>
              </w:rPr>
              <w:t>Example: IBM</w:t>
            </w:r>
          </w:p>
        </w:tc>
      </w:tr>
      <w:tr>
        <w:tc>
          <w:tcPr>
            <w:tcW w:type="dxa" w:w="5400"/>
            <w:shd w:fill="FFF0F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b/>
                <w:color w:val="18324B"/>
                <w:sz w:val="20"/>
              </w:rPr>
              <w:t>SYMBOL / ICON</w:t>
            </w:r>
          </w:p>
          <w:p>
            <w:pPr>
              <w:spacing w:after="40"/>
            </w:pPr>
            <w:r>
              <w:rPr>
                <w:color w:val="22282D"/>
                <w:sz w:val="16"/>
              </w:rPr>
              <w:t>A picture or symbol can stand alone.</w:t>
            </w:r>
          </w:p>
          <w:p>
            <w:r>
              <w:rPr>
                <w:color w:val="687780"/>
                <w:sz w:val="16"/>
              </w:rPr>
              <w:t>Example: Apple</w:t>
            </w:r>
          </w:p>
        </w:tc>
        <w:tc>
          <w:tcPr>
            <w:tcW w:type="dxa" w:w="5400"/>
            <w:shd w:fill="FFF7E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b/>
                <w:color w:val="18324B"/>
                <w:sz w:val="20"/>
              </w:rPr>
              <w:t>COMBINATION</w:t>
            </w:r>
          </w:p>
          <w:p>
            <w:pPr>
              <w:spacing w:after="40"/>
            </w:pPr>
            <w:r>
              <w:rPr>
                <w:color w:val="22282D"/>
                <w:sz w:val="16"/>
              </w:rPr>
              <w:t>Words + symbol together.</w:t>
            </w:r>
          </w:p>
          <w:p>
            <w:r>
              <w:rPr>
                <w:color w:val="687780"/>
                <w:sz w:val="16"/>
              </w:rPr>
              <w:t>Example: Adidas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64"/>
      </w:tblGrid>
      <w:tr>
        <w:tc>
          <w:tcPr>
            <w:tcW w:type="dxa" w:w="5400"/>
            <w:shd w:fill="18A7A7"/>
            <w:tcBorders>
              <w:top w:val="single" w:sz="2" w:color="18324B"/>
              <w:left w:val="single" w:sz="2" w:color="18324B"/>
              <w:bottom w:val="single" w:sz="2" w:color="18324B"/>
              <w:right w:val="single" w:sz="2" w:color="18324B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D</w:t>
            </w:r>
          </w:p>
        </w:tc>
        <w:tc>
          <w:tcPr>
            <w:tcW w:type="dxa" w:w="5400"/>
            <w:shd w:fill="18324B"/>
            <w:tcBorders>
              <w:top w:val="single" w:sz="2" w:color="18324B"/>
              <w:left w:val="single" w:sz="2" w:color="18324B"/>
              <w:bottom w:val="single" w:sz="2" w:color="18324B"/>
              <w:right w:val="single" w:sz="2" w:color="18324B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FFFFFF"/>
                <w:sz w:val="26"/>
              </w:rPr>
              <w:t>THREE DIFFERENT LOGO DIRECTIONS</w:t>
            </w:r>
            <w:r>
              <w:rPr>
                <w:color w:val="D9E4EC"/>
                <w:sz w:val="16"/>
              </w:rPr>
              <w:br/>
              <w:t>Do not make three versions of the same idea.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EAF8F7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4" w:color="18A7A7"/>
              <w:left w:val="single" w:sz="4" w:color="18A7A7"/>
              <w:bottom w:val="single" w:sz="4" w:color="18A7A7"/>
              <w:right w:val="single" w:sz="4" w:color="18A7A7"/>
            </w:tcBorders>
          </w:tcPr>
          <w:p>
            <w:r>
              <w:rPr>
                <w:rFonts w:ascii="Aptos" w:hAnsi="Aptos"/>
                <w:color w:val="22282D"/>
                <w:sz w:val="17"/>
              </w:rPr>
              <w:t>Your three concepts should differ in STRUCTURE, not just color. Aim for: initials / symbol / combination.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5832"/>
      </w:tblGrid>
      <w:tr>
        <w:tc>
          <w:tcPr>
            <w:tcW w:type="dxa" w:w="5400"/>
            <w:shd w:fill="F5F6F7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b/>
                <w:color w:val="F0507A"/>
                <w:sz w:val="19"/>
              </w:rPr>
              <w:t>DIRECTION 1 — INITIALS</w:t>
            </w:r>
          </w:p>
          <w:p>
            <w:r>
              <w:rPr>
                <w:color w:val="687780"/>
                <w:sz w:val="16"/>
              </w:rPr>
              <w:t>Use your initials as the main idea.</w:t>
            </w:r>
          </w:p>
          <w:p>
            <w:pPr>
              <w:jc w:val="center"/>
            </w:pPr>
            <w:r>
              <w:rPr>
                <w:color w:val="A7B0B7"/>
                <w:sz w:val="18"/>
              </w:rPr>
              <w:br/>
              <w:t>SKETCH HERE</w:t>
              <w:br/>
              <w:br/>
              <w:br/>
              <w:br/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/>
          <w:p>
            <w:r>
              <w:rPr>
                <w:b/>
                <w:color w:val="18324B"/>
                <w:sz w:val="16"/>
              </w:rPr>
              <w:t>What idea does it represent?</w:t>
            </w:r>
          </w:p>
          <w:p>
            <w:pPr>
              <w:spacing w:after="20"/>
            </w:pPr>
            <w:r>
              <w:rPr>
                <w:color w:val="A6B0B6"/>
                <w:sz w:val="14"/>
              </w:rPr>
              <w:t>____________________________________________</w:t>
            </w:r>
          </w:p>
          <w:p>
            <w:r>
              <w:rPr>
                <w:b/>
                <w:color w:val="18324B"/>
                <w:sz w:val="16"/>
              </w:rPr>
              <w:t>Which identity word fits best?</w:t>
            </w:r>
          </w:p>
          <w:p>
            <w:pPr>
              <w:spacing w:after="20"/>
            </w:pPr>
            <w:r>
              <w:rPr>
                <w:color w:val="A6B0B6"/>
                <w:sz w:val="14"/>
              </w:rPr>
              <w:t>____________________________________________</w:t>
            </w:r>
          </w:p>
          <w:p>
            <w:r>
              <w:rPr>
                <w:b/>
                <w:color w:val="18324B"/>
                <w:sz w:val="16"/>
              </w:rPr>
              <w:t>Why might it work?</w:t>
            </w:r>
          </w:p>
          <w:p>
            <w:pPr>
              <w:spacing w:after="20"/>
            </w:pPr>
            <w:r>
              <w:rPr>
                <w:color w:val="A6B0B6"/>
                <w:sz w:val="14"/>
              </w:rPr>
              <w:t>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5832"/>
      </w:tblGrid>
      <w:tr>
        <w:tc>
          <w:tcPr>
            <w:tcW w:type="dxa" w:w="5400"/>
            <w:shd w:fill="F5F6F7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b/>
                <w:color w:val="18A7A7"/>
                <w:sz w:val="19"/>
              </w:rPr>
              <w:t>DIRECTION 2 — SYMBOL</w:t>
            </w:r>
          </w:p>
          <w:p>
            <w:r>
              <w:rPr>
                <w:color w:val="687780"/>
                <w:sz w:val="16"/>
              </w:rPr>
              <w:t>Use a symbol connected to your identity.</w:t>
            </w:r>
          </w:p>
          <w:p>
            <w:pPr>
              <w:jc w:val="center"/>
            </w:pPr>
            <w:r>
              <w:rPr>
                <w:color w:val="A7B0B7"/>
                <w:sz w:val="18"/>
              </w:rPr>
              <w:br/>
              <w:t>SKETCH HERE</w:t>
              <w:br/>
              <w:br/>
              <w:br/>
              <w:br/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/>
          <w:p>
            <w:r>
              <w:rPr>
                <w:b/>
                <w:color w:val="18324B"/>
                <w:sz w:val="16"/>
              </w:rPr>
              <w:t>What idea does it represent?</w:t>
            </w:r>
          </w:p>
          <w:p>
            <w:pPr>
              <w:spacing w:after="20"/>
            </w:pPr>
            <w:r>
              <w:rPr>
                <w:color w:val="A6B0B6"/>
                <w:sz w:val="14"/>
              </w:rPr>
              <w:t>____________________________________________</w:t>
            </w:r>
          </w:p>
          <w:p>
            <w:r>
              <w:rPr>
                <w:b/>
                <w:color w:val="18324B"/>
                <w:sz w:val="16"/>
              </w:rPr>
              <w:t>Which identity word fits best?</w:t>
            </w:r>
          </w:p>
          <w:p>
            <w:pPr>
              <w:spacing w:after="20"/>
            </w:pPr>
            <w:r>
              <w:rPr>
                <w:color w:val="A6B0B6"/>
                <w:sz w:val="14"/>
              </w:rPr>
              <w:t>____________________________________________</w:t>
            </w:r>
          </w:p>
          <w:p>
            <w:r>
              <w:rPr>
                <w:b/>
                <w:color w:val="18324B"/>
                <w:sz w:val="16"/>
              </w:rPr>
              <w:t>Why might it work?</w:t>
            </w:r>
          </w:p>
          <w:p>
            <w:pPr>
              <w:spacing w:after="20"/>
            </w:pPr>
            <w:r>
              <w:rPr>
                <w:color w:val="A6B0B6"/>
                <w:sz w:val="14"/>
              </w:rPr>
              <w:t>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5832"/>
      </w:tblGrid>
      <w:tr>
        <w:tc>
          <w:tcPr>
            <w:tcW w:type="dxa" w:w="5400"/>
            <w:shd w:fill="F5F6F7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b/>
                <w:color w:val="7C55B6"/>
                <w:sz w:val="19"/>
              </w:rPr>
              <w:t>DIRECTION 3 — COMBINATION</w:t>
            </w:r>
          </w:p>
          <w:p>
            <w:r>
              <w:rPr>
                <w:color w:val="687780"/>
                <w:sz w:val="16"/>
              </w:rPr>
              <w:t>Combine name/initials with a symbol.</w:t>
            </w:r>
          </w:p>
          <w:p>
            <w:pPr>
              <w:jc w:val="center"/>
            </w:pPr>
            <w:r>
              <w:rPr>
                <w:color w:val="A7B0B7"/>
                <w:sz w:val="18"/>
              </w:rPr>
              <w:br/>
              <w:t>SKETCH HERE</w:t>
              <w:br/>
              <w:br/>
              <w:br/>
              <w:br/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/>
          <w:p>
            <w:r>
              <w:rPr>
                <w:b/>
                <w:color w:val="18324B"/>
                <w:sz w:val="16"/>
              </w:rPr>
              <w:t>What idea does it represent?</w:t>
            </w:r>
          </w:p>
          <w:p>
            <w:pPr>
              <w:spacing w:after="20"/>
            </w:pPr>
            <w:r>
              <w:rPr>
                <w:color w:val="A6B0B6"/>
                <w:sz w:val="14"/>
              </w:rPr>
              <w:t>____________________________________________</w:t>
            </w:r>
          </w:p>
          <w:p>
            <w:r>
              <w:rPr>
                <w:b/>
                <w:color w:val="18324B"/>
                <w:sz w:val="16"/>
              </w:rPr>
              <w:t>Which identity word fits best?</w:t>
            </w:r>
          </w:p>
          <w:p>
            <w:pPr>
              <w:spacing w:after="20"/>
            </w:pPr>
            <w:r>
              <w:rPr>
                <w:color w:val="A6B0B6"/>
                <w:sz w:val="14"/>
              </w:rPr>
              <w:t>____________________________________________</w:t>
            </w:r>
          </w:p>
          <w:p>
            <w:r>
              <w:rPr>
                <w:b/>
                <w:color w:val="18324B"/>
                <w:sz w:val="16"/>
              </w:rPr>
              <w:t>Why might it work?</w:t>
            </w:r>
          </w:p>
          <w:p>
            <w:pPr>
              <w:spacing w:after="20"/>
            </w:pPr>
            <w:r>
              <w:rPr>
                <w:color w:val="A6B0B6"/>
                <w:sz w:val="14"/>
              </w:rPr>
              <w:t>____________________________________________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64"/>
      </w:tblGrid>
      <w:tr>
        <w:tc>
          <w:tcPr>
            <w:tcW w:type="dxa" w:w="5400"/>
            <w:shd w:fill="59B77D"/>
            <w:tcBorders>
              <w:top w:val="single" w:sz="2" w:color="18324B"/>
              <w:left w:val="single" w:sz="2" w:color="18324B"/>
              <w:bottom w:val="single" w:sz="2" w:color="18324B"/>
              <w:right w:val="single" w:sz="2" w:color="18324B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E</w:t>
            </w:r>
          </w:p>
        </w:tc>
        <w:tc>
          <w:tcPr>
            <w:tcW w:type="dxa" w:w="5400"/>
            <w:shd w:fill="18324B"/>
            <w:tcBorders>
              <w:top w:val="single" w:sz="2" w:color="18324B"/>
              <w:left w:val="single" w:sz="2" w:color="18324B"/>
              <w:bottom w:val="single" w:sz="2" w:color="18324B"/>
              <w:right w:val="single" w:sz="2" w:color="18324B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FFFFFF"/>
                <w:sz w:val="26"/>
              </w:rPr>
              <w:t>AI: BAD IDEAS CAN BE USEFUL</w:t>
            </w:r>
            <w:r>
              <w:rPr>
                <w:color w:val="D9E4EC"/>
                <w:sz w:val="16"/>
              </w:rPr>
              <w:br/>
              <w:t>Use AI to expand the possibilities — not to make the final logo.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7E4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4" w:color="F2B544"/>
              <w:left w:val="single" w:sz="4" w:color="F2B544"/>
              <w:bottom w:val="single" w:sz="4" w:color="F2B544"/>
              <w:right w:val="single" w:sz="4" w:color="F2B544"/>
            </w:tcBorders>
          </w:tcPr>
          <w:p>
            <w:r>
              <w:rPr>
                <w:rFonts w:ascii="Aptos" w:hAnsi="Aptos"/>
                <w:color w:val="22282D"/>
                <w:sz w:val="17"/>
              </w:rPr>
              <w:t>Suggested prompt: “Give me 15 possible logo concepts for a personal brand that should feel [word 1], [word 2], and [word 3]. Describe the ideas only. Do not generate the logo.”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7344"/>
      </w:tblGrid>
      <w:tr>
        <w:tc>
          <w:tcPr>
            <w:tcW w:type="dxa" w:w="5400"/>
            <w:shd w:fill="EEF5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18324B"/>
                <w:sz w:val="17"/>
              </w:rPr>
              <w:t>AI tool used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687780"/>
                <w:sz w:val="15"/>
              </w:rPr>
              <w:t>DeepSeek / Kimi / other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  <w:tr>
        <w:tc>
          <w:tcPr>
            <w:tcW w:type="dxa" w:w="5400"/>
            <w:shd w:fill="EEF5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18324B"/>
                <w:sz w:val="17"/>
              </w:rPr>
              <w:t>One idea worth keeping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687780"/>
                <w:sz w:val="15"/>
              </w:rPr>
              <w:t>What was interesting about it?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  <w:tr>
        <w:tc>
          <w:tcPr>
            <w:tcW w:type="dxa" w:w="5400"/>
            <w:shd w:fill="EEF5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18324B"/>
                <w:sz w:val="17"/>
              </w:rPr>
              <w:t>One idea I rejected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687780"/>
                <w:sz w:val="15"/>
              </w:rPr>
              <w:t>Why was it generic, boring, or wrong for me?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64"/>
      </w:tblGrid>
      <w:tr>
        <w:tc>
          <w:tcPr>
            <w:tcW w:type="dxa" w:w="5400"/>
            <w:shd w:fill="F0507A"/>
            <w:tcBorders>
              <w:top w:val="single" w:sz="2" w:color="18324B"/>
              <w:left w:val="single" w:sz="2" w:color="18324B"/>
              <w:bottom w:val="single" w:sz="2" w:color="18324B"/>
              <w:right w:val="single" w:sz="2" w:color="18324B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F</w:t>
            </w:r>
          </w:p>
        </w:tc>
        <w:tc>
          <w:tcPr>
            <w:tcW w:type="dxa" w:w="5400"/>
            <w:shd w:fill="18324B"/>
            <w:tcBorders>
              <w:top w:val="single" w:sz="2" w:color="18324B"/>
              <w:left w:val="single" w:sz="2" w:color="18324B"/>
              <w:bottom w:val="single" w:sz="2" w:color="18324B"/>
              <w:right w:val="single" w:sz="2" w:color="18324B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FFFFFF"/>
                <w:sz w:val="26"/>
              </w:rPr>
              <w:t>PARTNER CRITIQUE</w:t>
            </w:r>
            <w:r>
              <w:rPr>
                <w:color w:val="D9E4EC"/>
                <w:sz w:val="16"/>
              </w:rPr>
              <w:br/>
              <w:t>Your partner looks first. You explain later.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6912"/>
      </w:tblGrid>
      <w:tr>
        <w:tc>
          <w:tcPr>
            <w:tcW w:type="dxa" w:w="5400"/>
            <w:shd w:fill="FFF0F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18324B"/>
                <w:sz w:val="16"/>
              </w:rPr>
              <w:t>MOST MEMORABLE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18A7A7"/>
                <w:sz w:val="17"/>
              </w:rPr>
              <w:t>Direction ___</w:t>
            </w:r>
          </w:p>
        </w:tc>
      </w:tr>
      <w:tr>
        <w:tc>
          <w:tcPr>
            <w:tcW w:type="dxa" w:w="5400"/>
            <w:shd w:fill="EEF5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18324B"/>
                <w:sz w:val="16"/>
              </w:rPr>
              <w:t>BEST MATCHES YOUR IDENTITY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18A7A7"/>
                <w:sz w:val="17"/>
              </w:rPr>
              <w:t>Direction ___</w:t>
            </w:r>
          </w:p>
        </w:tc>
      </w:tr>
      <w:tr>
        <w:tc>
          <w:tcPr>
            <w:tcW w:type="dxa" w:w="5400"/>
            <w:shd w:fill="FFF0F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18324B"/>
                <w:sz w:val="16"/>
              </w:rPr>
              <w:t>MOST ORIGINAL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18A7A7"/>
                <w:sz w:val="17"/>
              </w:rPr>
              <w:t>Direction ___</w:t>
            </w:r>
          </w:p>
        </w:tc>
      </w:tr>
      <w:tr>
        <w:tc>
          <w:tcPr>
            <w:tcW w:type="dxa" w:w="5400"/>
            <w:shd w:fill="EEF5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18324B"/>
                <w:sz w:val="16"/>
              </w:rPr>
              <w:t>ONE QUESTION I HAVE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A6B0B6"/>
                <w:sz w:val="17"/>
              </w:rPr>
              <w:t>____________________________________________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EAF8F7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r>
              <w:rPr>
                <w:rFonts w:ascii="Aptos" w:hAnsi="Aptos"/>
                <w:b/>
                <w:color w:val="18324B"/>
                <w:sz w:val="17"/>
              </w:rPr>
              <w:t>EXIT: Right now, I think Direction ___ is strongest because…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605" w:right="720" w:bottom="60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A8992"/>
        <w:sz w:val="15"/>
      </w:rPr>
      <w:t>GRADE 7 DESIGN  |  PERSONAL BRAND  |  CLASS 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