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72A46"/>
          <w:sz w:val="48"/>
        </w:rPr>
        <w:t>BUILD FROM YOUR BRIEF</w:t>
      </w:r>
    </w:p>
    <w:p>
      <w:pPr>
        <w:spacing w:after="80"/>
      </w:pPr>
      <w:r>
        <w:rPr>
          <w:rFonts w:ascii="Aptos" w:hAnsi="Aptos"/>
          <w:b/>
          <w:color w:val="20B7C5"/>
          <w:sz w:val="21"/>
        </w:rPr>
        <w:t>GRADE 8 DESIGN • PERSONAL WEBSITE • VERSION 1</w:t>
      </w:r>
    </w:p>
    <w:p>
      <w:pPr>
        <w:spacing w:after="100"/>
      </w:pPr>
      <w:r>
        <w:rPr>
          <w:rFonts w:ascii="Aptos" w:hAnsi="Aptos"/>
          <w:b w:val="0"/>
          <w:color w:val="22282D"/>
          <w:sz w:val="20"/>
        </w:rPr>
        <w:t>You already have a website. Today make it match the PURPOSE and USER you chose — while AI acts as your developer.</w:t>
      </w:r>
    </w:p>
    <w:p>
      <w:pPr>
        <w:spacing w:after="100"/>
        <w:jc w:val="center"/>
      </w:pPr>
      <w:r>
        <w:rPr>
          <w:rFonts w:ascii="Aptos" w:hAnsi="Aptos"/>
          <w:b/>
          <w:color w:val="F05283"/>
          <w:sz w:val="22"/>
        </w:rPr>
        <w:t>YOU = DESIGNER / PROJECT MANAGER     •     AI = WEB DEVELOPER</w:t>
      </w:r>
    </w:p>
    <w:p>
      <w:pPr>
        <w:spacing w:after="120"/>
        <w:jc w:val="center"/>
      </w:pPr>
      <w:r>
        <w:rPr>
          <w:rFonts w:ascii="Aptos" w:hAnsi="Aptos"/>
          <w:b/>
          <w:color w:val="E75A5A"/>
          <w:sz w:val="20"/>
        </w:rPr>
        <w:t>Don't ask AI what your website should be. Tell it what you decided it should be.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05283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1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PULL FROM YOUR PROJECT BRIEF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MY PRIMARY USER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MY 3 IDENTITY WORDS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MOST IMPORTANT CONTENT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PURPOSE OF MY WEBSITE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8DD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Look at your CURRENT website. What does not match your brief yet?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2C84B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2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TODAY'S DEVELOPMENT LIST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75A5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FFFFFF"/>
                <w:sz w:val="18"/>
              </w:rPr>
              <w:t>MUST FIX</w:t>
            </w:r>
          </w:p>
        </w:tc>
        <w:tc>
          <w:tcPr>
            <w:tcW w:type="dxa" w:w="5400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Something already there that is wrong or weak.</w:t>
              <w:br/>
              <w:t>________________________________________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55B87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FFFFFF"/>
                <w:sz w:val="18"/>
              </w:rPr>
              <w:t>MUST ADD</w:t>
            </w:r>
          </w:p>
        </w:tc>
        <w:tc>
          <w:tcPr>
            <w:tcW w:type="dxa" w:w="5400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Something your brief requires but is missing.</w:t>
              <w:br/>
              <w:t>________________________________________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7956C7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FFFFFF"/>
                <w:sz w:val="18"/>
              </w:rPr>
              <w:t>WANT TO TRY</w:t>
            </w:r>
          </w:p>
        </w:tc>
        <w:tc>
          <w:tcPr>
            <w:tcW w:type="dxa" w:w="5400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Something ambitious or interesting.</w:t>
              <w:br/>
              <w:t>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0B7C5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3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BRIEF YOUR AI DEVELOPER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Give AI your existing code, then say:</w:t>
              <w:br/>
              <w:br/>
              <w:t>You are my web developer. I am the designer/project manager.</w:t>
              <w:br/>
              <w:t>My brief:</w:t>
              <w:br/>
              <w:t>• Purpose: ...</w:t>
              <w:br/>
              <w:t>• Primary user: ...</w:t>
              <w:br/>
              <w:t>• Three identity words: ...</w:t>
              <w:br/>
              <w:t>• Most important content: ...</w:t>
              <w:br/>
              <w:br/>
              <w:t>Today:</w:t>
              <w:br/>
              <w:t>• FIX: ...</w:t>
              <w:br/>
              <w:t>• ADD: ...</w:t>
              <w:br/>
              <w:t>• EXPERIMENT: ...</w:t>
              <w:br/>
              <w:br/>
              <w:t>Do not invent a new concept. Preserve the parts that already support my brief.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55B878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4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BUILD → TEST → CRITIQUE → REVISE</w:t>
            </w:r>
          </w:p>
        </w:tc>
      </w:tr>
    </w:tbl>
    <w:p>
      <w:pPr>
        <w:spacing w:after="60"/>
      </w:pPr>
      <w:r>
        <w:rPr>
          <w:rFonts w:ascii="Aptos" w:hAnsi="Aptos"/>
          <w:b/>
          <w:color w:val="E75A5A"/>
          <w:sz w:val="18"/>
        </w:rPr>
        <w:t>You may NOT accept AI's first result automatically.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F05283"/>
            <w:tcBorders>
              <w:top w:val="single" w:sz="4" w:color="F05283"/>
              <w:left w:val="single" w:sz="4" w:color="F05283"/>
              <w:bottom w:val="single" w:sz="4" w:color="F05283"/>
              <w:right w:val="single" w:sz="4" w:color="F05283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BUILD</w:t>
            </w:r>
          </w:p>
        </w:tc>
        <w:tc>
          <w:tcPr>
            <w:tcW w:type="dxa" w:w="2700"/>
            <w:shd w:fill="20B7C5"/>
            <w:tcBorders>
              <w:top w:val="single" w:sz="4" w:color="20B7C5"/>
              <w:left w:val="single" w:sz="4" w:color="20B7C5"/>
              <w:bottom w:val="single" w:sz="4" w:color="20B7C5"/>
              <w:right w:val="single" w:sz="4" w:color="20B7C5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2700"/>
            <w:shd w:fill="F29445"/>
            <w:tcBorders>
              <w:top w:val="single" w:sz="4" w:color="F29445"/>
              <w:left w:val="single" w:sz="4" w:color="F29445"/>
              <w:bottom w:val="single" w:sz="4" w:color="F29445"/>
              <w:right w:val="single" w:sz="4" w:color="F29445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CRITIQUE</w:t>
            </w:r>
          </w:p>
        </w:tc>
        <w:tc>
          <w:tcPr>
            <w:tcW w:type="dxa" w:w="2700"/>
            <w:shd w:fill="7956C7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REVISE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What was weak about AI's first version?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DF8E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What specific revision did you request?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7956C7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5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BUILD YOUR 'WANT TO TRY' FEATURE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Interactive timeline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Project gallery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Quiz about me</w:t>
            </w:r>
          </w:p>
        </w:tc>
      </w:tr>
      <w:tr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Draggable desktop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Retro interface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Virtual bookshelf</w:t>
            </w:r>
          </w:p>
        </w:tc>
      </w:tr>
      <w:tr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Project filter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Image carousel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Clickable map</w:t>
            </w:r>
          </w:p>
        </w:tc>
      </w:tr>
      <w:tr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Achievements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Easter egg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Theme selector</w:t>
            </w:r>
          </w:p>
        </w:tc>
      </w:tr>
      <w:tr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Fake OS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Skill tree</w:t>
            </w:r>
          </w:p>
        </w:tc>
        <w:tc>
          <w:tcPr>
            <w:tcW w:type="dxa" w:w="36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5"/>
              </w:rPr>
              <w:t>□ Other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My feature should let the visitor…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29445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6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PARTNER TEST — DON'T EXPLAIN IT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What did you think you could click?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What did you expect would happen?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Did it work?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Did it improve the site — or just make it more complicated?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75A5A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7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DELETE ONE THING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E75A5A"/>
          <w:sz w:val="18"/>
        </w:rPr>
        <w:t>Design is also REMOVING.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effect</w:t>
            </w:r>
          </w:p>
        </w:tc>
        <w:tc>
          <w:tcPr>
            <w:tcW w:type="dxa" w:w="36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repeated text</w:t>
            </w:r>
          </w:p>
        </w:tc>
        <w:tc>
          <w:tcPr>
            <w:tcW w:type="dxa" w:w="36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pointless button</w:t>
            </w:r>
          </w:p>
        </w:tc>
      </w:tr>
      <w:tr>
        <w:tc>
          <w:tcPr>
            <w:tcW w:type="dxa" w:w="36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ugly AI addition</w:t>
            </w:r>
          </w:p>
        </w:tc>
        <w:tc>
          <w:tcPr>
            <w:tcW w:type="dxa" w:w="36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meaningless image</w:t>
            </w:r>
          </w:p>
        </w:tc>
        <w:tc>
          <w:tcPr>
            <w:tcW w:type="dxa" w:w="36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6"/>
              </w:rPr>
              <w:t>□ unnecessary section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DEEEE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I deleted __________________ because…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0B7C5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8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5"/>
              </w:rPr>
              <w:t>SAVE PERSONAL WEBSITE — VERSION 1</w:t>
            </w:r>
          </w:p>
        </w:tc>
      </w:tr>
    </w:tbl>
    <w:p>
      <w:pPr>
        <w:spacing w:after="20"/>
      </w:pPr>
      <w:r>
        <w:rPr>
          <w:rFonts w:ascii="Aptos" w:hAnsi="Aptos"/>
          <w:b/>
          <w:color w:val="22282D"/>
          <w:sz w:val="18"/>
        </w:rPr>
        <w:t>□ FIX completed</w:t>
      </w:r>
    </w:p>
    <w:p>
      <w:pPr>
        <w:spacing w:after="20"/>
      </w:pPr>
      <w:r>
        <w:rPr>
          <w:rFonts w:ascii="Aptos" w:hAnsi="Aptos"/>
          <w:b/>
          <w:color w:val="22282D"/>
          <w:sz w:val="18"/>
        </w:rPr>
        <w:t>□ ADD completed</w:t>
      </w:r>
    </w:p>
    <w:p>
      <w:pPr>
        <w:spacing w:after="20"/>
      </w:pPr>
      <w:r>
        <w:rPr>
          <w:rFonts w:ascii="Aptos" w:hAnsi="Aptos"/>
          <w:b/>
          <w:color w:val="22282D"/>
          <w:sz w:val="18"/>
        </w:rPr>
        <w:t>□ TRY built</w:t>
      </w:r>
    </w:p>
    <w:p>
      <w:pPr>
        <w:spacing w:after="20"/>
      </w:pPr>
      <w:r>
        <w:rPr>
          <w:rFonts w:ascii="Aptos" w:hAnsi="Aptos"/>
          <w:b/>
          <w:color w:val="22282D"/>
          <w:sz w:val="18"/>
        </w:rPr>
        <w:t>□ Revised AI output</w:t>
      </w:r>
    </w:p>
    <w:p>
      <w:pPr>
        <w:spacing w:after="20"/>
      </w:pPr>
      <w:r>
        <w:rPr>
          <w:rFonts w:ascii="Aptos" w:hAnsi="Aptos"/>
          <w:b/>
          <w:color w:val="22282D"/>
          <w:sz w:val="18"/>
        </w:rPr>
        <w:t>□ Partner tested it</w:t>
      </w:r>
    </w:p>
    <w:p>
      <w:pPr>
        <w:spacing w:after="20"/>
      </w:pPr>
      <w:r>
        <w:rPr>
          <w:rFonts w:ascii="Aptos" w:hAnsi="Aptos"/>
          <w:b/>
          <w:color w:val="22282D"/>
          <w:sz w:val="18"/>
        </w:rPr>
        <w:t>□ Deleted one thing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Biggest change today — and how it supports my brief: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2A46"/>
                <w:sz w:val="17"/>
              </w:rPr>
              <w:t>Next thing I want AI to BUILD / FIX: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________________________________________________________________________</w:t>
            </w:r>
          </w:p>
        </w:tc>
      </w:tr>
    </w:tbl>
    <w:p/>
    <w:p>
      <w:pPr>
        <w:spacing w:after="80"/>
      </w:pPr>
      <w:r>
        <w:rPr>
          <w:rFonts w:ascii="Aptos" w:hAnsi="Aptos"/>
          <w:b/>
          <w:color w:val="172A46"/>
          <w:sz w:val="21"/>
        </w:rPr>
        <w:t>NEXT: MAKE THE WHOLE SITE FEEL LIKE ONE PRODUCT</w:t>
      </w:r>
    </w:p>
    <w:p>
      <w:pPr>
        <w:spacing w:after="40"/>
      </w:pPr>
      <w:r>
        <w:rPr>
          <w:rFonts w:ascii="Aptos" w:hAnsi="Aptos"/>
          <w:b/>
          <w:color w:val="20B7C5"/>
          <w:sz w:val="18"/>
        </w:rPr>
        <w:t>Consistency • navigation • hierarchy • removing accumulated AI junk</w:t>
      </w:r>
    </w:p>
    <w:sectPr w:rsidR="00FC693F" w:rsidRPr="0006063C" w:rsidSect="00034616">
      <w:footerReference w:type="default" r:id="rId9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828B"/>
        <w:sz w:val="15"/>
      </w:rPr>
      <w:t>GRADE 8 DESIGN • BUILD FROM YOUR BRIEF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