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ptos" w:hAnsi="Aptos"/>
          <w:b/>
          <w:color w:val="172A46"/>
          <w:sz w:val="46"/>
        </w:rPr>
        <w:t>WHY AM I BUILDING THIS WEBSITE?</w:t>
      </w:r>
    </w:p>
    <w:p>
      <w:pPr>
        <w:spacing w:after="80"/>
      </w:pPr>
      <w:r>
        <w:rPr>
          <w:rFonts w:ascii="Aptos" w:hAnsi="Aptos"/>
          <w:b/>
          <w:color w:val="22B8C7"/>
          <w:sz w:val="21"/>
        </w:rPr>
        <w:t>GRADE 8 DESIGN • PERSONAL WEBSITE • HOMEWORK 01</w:t>
      </w:r>
    </w:p>
    <w:p>
      <w:pPr>
        <w:spacing w:after="120"/>
      </w:pPr>
      <w:r>
        <w:rPr>
          <w:rFonts w:ascii="Aptos" w:hAnsi="Aptos"/>
          <w:b w:val="0"/>
          <w:color w:val="20262C"/>
          <w:sz w:val="20"/>
        </w:rPr>
        <w:t>You have already started building. Now define what the website is actually FOR, so your next decisions are deliberate rather than random.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c>
          <w:tcPr>
            <w:tcW w:type="dxa" w:w="3600"/>
            <w:shd w:fill="22B8C7"/>
            <w:tcBorders>
              <w:top w:val="single" w:sz="4" w:color="22B8C7"/>
              <w:left w:val="single" w:sz="4" w:color="22B8C7"/>
              <w:bottom w:val="single" w:sz="4" w:color="22B8C7"/>
              <w:right w:val="single" w:sz="4" w:color="22B8C7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PRODUCT</w:t>
              <w:br/>
              <w:t>Personal website</w:t>
            </w:r>
          </w:p>
        </w:tc>
        <w:tc>
          <w:tcPr>
            <w:tcW w:type="dxa" w:w="3600"/>
            <w:shd w:fill="7656C9"/>
            <w:tcBorders>
              <w:top w:val="single" w:sz="4" w:color="7656C9"/>
              <w:left w:val="single" w:sz="4" w:color="7656C9"/>
              <w:bottom w:val="single" w:sz="4" w:color="7656C9"/>
              <w:right w:val="single" w:sz="4" w:color="7656C9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USER</w:t>
              <w:br/>
              <w:t>Someone other than you</w:t>
            </w:r>
          </w:p>
        </w:tc>
        <w:tc>
          <w:tcPr>
            <w:tcW w:type="dxa" w:w="3600"/>
            <w:shd w:fill="EF5C8D"/>
            <w:tcBorders>
              <w:top w:val="single" w:sz="4" w:color="EF5C8D"/>
              <w:left w:val="single" w:sz="4" w:color="EF5C8D"/>
              <w:bottom w:val="single" w:sz="4" w:color="EF5C8D"/>
              <w:right w:val="single" w:sz="4" w:color="EF5C8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JOB</w:t>
              <w:br/>
              <w:t>Communicate who you are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EF5C8D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A</w:t>
            </w:r>
          </w:p>
        </w:tc>
        <w:tc>
          <w:tcPr>
            <w:tcW w:type="dxa" w:w="54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26"/>
              </w:rPr>
              <w:t>THE PURPOSE — WHAT JOB SHOULD YOUR WEBSITE DO?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0F5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color w:val="172A46"/>
                <w:sz w:val="18"/>
              </w:rPr>
              <w:t>Someone spends only 30 seconds on your website. What THREE things should they understand about you?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color w:val="172A46"/>
                <w:sz w:val="18"/>
              </w:rPr>
              <w:t>What do you want a visitor to DO? Explore projects? Learn about you? Play with something? Discover your interests?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8DD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color w:val="172A46"/>
                <w:sz w:val="18"/>
              </w:rPr>
              <w:t>The purpose of my personal website is to…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7656C9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B</w:t>
            </w:r>
          </w:p>
        </w:tc>
        <w:tc>
          <w:tcPr>
            <w:tcW w:type="dxa" w:w="54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26"/>
              </w:rPr>
              <w:t>THE USER — WHO ARE YOU DESIGNING FOR?</w:t>
            </w:r>
          </w:p>
        </w:tc>
      </w:tr>
    </w:tbl>
    <w:p>
      <w:pPr>
        <w:spacing w:after="60"/>
      </w:pPr>
      <w:r>
        <w:rPr>
          <w:rFonts w:ascii="Aptos" w:hAnsi="Aptos"/>
          <w:b w:val="0"/>
          <w:color w:val="20262C"/>
          <w:sz w:val="18"/>
        </w:rPr>
        <w:t>Choose ONE primary audience: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c>
          <w:tcPr>
            <w:tcW w:type="dxa" w:w="3600"/>
            <w:shd w:fill="F0ECFA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7"/>
              </w:rPr>
              <w:t>□ Other students</w:t>
            </w:r>
          </w:p>
        </w:tc>
        <w:tc>
          <w:tcPr>
            <w:tcW w:type="dxa" w:w="3600"/>
            <w:shd w:fill="F0ECFA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7"/>
              </w:rPr>
              <w:t>□ Teachers</w:t>
            </w:r>
          </w:p>
        </w:tc>
        <w:tc>
          <w:tcPr>
            <w:tcW w:type="dxa" w:w="3600"/>
            <w:shd w:fill="F0ECFA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7"/>
              </w:rPr>
              <w:t>□ Family / friends</w:t>
            </w:r>
          </w:p>
        </w:tc>
      </w:tr>
      <w:tr>
        <w:tc>
          <w:tcPr>
            <w:tcW w:type="dxa" w:w="3600"/>
            <w:shd w:fill="F0ECFA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7"/>
              </w:rPr>
              <w:t>□ Future school / university</w:t>
            </w:r>
          </w:p>
        </w:tc>
        <w:tc>
          <w:tcPr>
            <w:tcW w:type="dxa" w:w="3600"/>
            <w:shd w:fill="F0ECFA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7"/>
              </w:rPr>
              <w:t>□ Future employer / client</w:t>
            </w:r>
          </w:p>
        </w:tc>
        <w:tc>
          <w:tcPr>
            <w:tcW w:type="dxa" w:w="3600"/>
            <w:shd w:fill="F0ECFA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7"/>
              </w:rPr>
              <w:t>□ Other: 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0ECFA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color w:val="172A46"/>
                <w:sz w:val="18"/>
              </w:rPr>
              <w:t>My primary user is…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color w:val="172A46"/>
                <w:sz w:val="18"/>
              </w:rPr>
              <w:t>What would this person care about seeing?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color w:val="172A46"/>
                <w:sz w:val="18"/>
              </w:rPr>
              <w:t>What might make this person leave quickly?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22B8C7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C</w:t>
            </w:r>
          </w:p>
        </w:tc>
        <w:tc>
          <w:tcPr>
            <w:tcW w:type="dxa" w:w="54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26"/>
              </w:rPr>
              <w:t>YOUR MESSAGE — WHAT SHOULD THE SITE SAY ABOUT YOU?</w:t>
            </w:r>
          </w:p>
        </w:tc>
      </w:tr>
    </w:tbl>
    <w:p>
      <w:pPr>
        <w:spacing w:after="40"/>
      </w:pPr>
      <w:r>
        <w:rPr>
          <w:rFonts w:ascii="Aptos" w:hAnsi="Aptos"/>
          <w:b w:val="0"/>
          <w:color w:val="20262C"/>
          <w:sz w:val="18"/>
        </w:rPr>
        <w:t>Choose THREE identity words: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c>
          <w:tcPr>
            <w:tcW w:type="dxa" w:w="3600"/>
            <w:shd w:fill="EF5C8D"/>
            <w:tcBorders>
              <w:top w:val="single" w:sz="4" w:color="EF5C8D"/>
              <w:left w:val="single" w:sz="4" w:color="EF5C8D"/>
              <w:bottom w:val="single" w:sz="4" w:color="EF5C8D"/>
              <w:right w:val="single" w:sz="4" w:color="EF5C8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>1. __________________</w:t>
            </w:r>
          </w:p>
        </w:tc>
        <w:tc>
          <w:tcPr>
            <w:tcW w:type="dxa" w:w="3600"/>
            <w:shd w:fill="22B8C7"/>
            <w:tcBorders>
              <w:top w:val="single" w:sz="4" w:color="22B8C7"/>
              <w:left w:val="single" w:sz="4" w:color="22B8C7"/>
              <w:bottom w:val="single" w:sz="4" w:color="22B8C7"/>
              <w:right w:val="single" w:sz="4" w:color="22B8C7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>2. __________________</w:t>
            </w:r>
          </w:p>
        </w:tc>
        <w:tc>
          <w:tcPr>
            <w:tcW w:type="dxa" w:w="3600"/>
            <w:shd w:fill="7656C9"/>
            <w:tcBorders>
              <w:top w:val="single" w:sz="4" w:color="7656C9"/>
              <w:left w:val="single" w:sz="4" w:color="7656C9"/>
              <w:bottom w:val="single" w:sz="4" w:color="7656C9"/>
              <w:right w:val="single" w:sz="4" w:color="7656C9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>3. __________________</w:t>
            </w:r>
          </w:p>
        </w:tc>
      </w:tr>
    </w:tbl>
    <w:p>
      <w:pPr>
        <w:spacing w:after="60"/>
      </w:pPr>
      <w:r>
        <w:rPr>
          <w:rFonts w:ascii="Aptos" w:hAnsi="Aptos"/>
          <w:b w:val="0"/>
          <w:color w:val="66757F"/>
          <w:sz w:val="16"/>
        </w:rPr>
        <w:t>Examples: curious • technical • funny • calm • ambitious • artistic • strange • precise • adventurous • playful • serious • retro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EAF6FA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color w:val="172A46"/>
                <w:sz w:val="18"/>
              </w:rPr>
              <w:t>How could your website SHOW these qualities instead of simply writing the words?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55B879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D</w:t>
            </w:r>
          </w:p>
        </w:tc>
        <w:tc>
          <w:tcPr>
            <w:tcW w:type="dxa" w:w="54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26"/>
              </w:rPr>
              <w:t>CONTENT BEFORE EFFECTS — WHAT BELONGS ON THE SITE?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c>
          <w:tcPr>
            <w:tcW w:type="dxa" w:w="3600"/>
            <w:shd w:fill="F5F7F9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6"/>
              </w:rPr>
              <w:t>□ Home / introduction</w:t>
            </w:r>
          </w:p>
        </w:tc>
        <w:tc>
          <w:tcPr>
            <w:tcW w:type="dxa" w:w="3600"/>
            <w:shd w:fill="F5F7F9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6"/>
              </w:rPr>
              <w:t>□ About me</w:t>
            </w:r>
          </w:p>
        </w:tc>
        <w:tc>
          <w:tcPr>
            <w:tcW w:type="dxa" w:w="3600"/>
            <w:shd w:fill="F5F7F9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6"/>
              </w:rPr>
              <w:t>□ Projects / things I've made</w:t>
            </w:r>
          </w:p>
        </w:tc>
      </w:tr>
      <w:tr>
        <w:tc>
          <w:tcPr>
            <w:tcW w:type="dxa" w:w="3600"/>
            <w:shd w:fill="F5F7F9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6"/>
              </w:rPr>
              <w:t>□ Interests / hobbies</w:t>
            </w:r>
          </w:p>
        </w:tc>
        <w:tc>
          <w:tcPr>
            <w:tcW w:type="dxa" w:w="3600"/>
            <w:shd w:fill="F5F7F9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6"/>
              </w:rPr>
              <w:t>□ Skills</w:t>
            </w:r>
          </w:p>
        </w:tc>
        <w:tc>
          <w:tcPr>
            <w:tcW w:type="dxa" w:w="3600"/>
            <w:shd w:fill="F5F7F9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6"/>
              </w:rPr>
              <w:t>□ Photos / gallery</w:t>
            </w:r>
          </w:p>
        </w:tc>
      </w:tr>
      <w:tr>
        <w:tc>
          <w:tcPr>
            <w:tcW w:type="dxa" w:w="3600"/>
            <w:shd w:fill="F5F7F9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6"/>
              </w:rPr>
              <w:t>□ Timeline</w:t>
            </w:r>
          </w:p>
        </w:tc>
        <w:tc>
          <w:tcPr>
            <w:tcW w:type="dxa" w:w="3600"/>
            <w:shd w:fill="F5F7F9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6"/>
              </w:rPr>
              <w:t>□ Favorite media</w:t>
            </w:r>
          </w:p>
        </w:tc>
        <w:tc>
          <w:tcPr>
            <w:tcW w:type="dxa" w:w="3600"/>
            <w:shd w:fill="F5F7F9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6"/>
              </w:rPr>
              <w:t>□ Contact</w:t>
            </w:r>
          </w:p>
        </w:tc>
      </w:tr>
      <w:tr>
        <w:tc>
          <w:tcPr>
            <w:tcW w:type="dxa" w:w="3600"/>
            <w:shd w:fill="F5F7F9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6"/>
              </w:rPr>
              <w:t>□ Interactive feature</w:t>
            </w:r>
          </w:p>
        </w:tc>
        <w:tc>
          <w:tcPr>
            <w:tcW w:type="dxa" w:w="3600"/>
            <w:shd w:fill="F5F7F9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6"/>
              </w:rPr>
              <w:t>□ Game / quiz</w:t>
            </w:r>
          </w:p>
        </w:tc>
        <w:tc>
          <w:tcPr>
            <w:tcW w:type="dxa" w:w="3600"/>
            <w:shd w:fill="F5F7F9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6"/>
              </w:rPr>
              <w:t>□ Other: 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8DD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color w:val="172A46"/>
                <w:sz w:val="18"/>
              </w:rPr>
              <w:t>The MOST important section should be… because…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F4C84C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E</w:t>
            </w:r>
          </w:p>
        </w:tc>
        <w:tc>
          <w:tcPr>
            <w:tcW w:type="dxa" w:w="54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26"/>
              </w:rPr>
              <w:t>AI IS YOUR DEVELOPER — YOU ARE THE PROJECT MANAGER</w:t>
            </w:r>
          </w:p>
        </w:tc>
      </w:tr>
    </w:tbl>
    <w:p>
      <w:pPr>
        <w:spacing w:after="60"/>
      </w:pPr>
      <w:r>
        <w:rPr>
          <w:rFonts w:ascii="Aptos" w:hAnsi="Aptos"/>
          <w:b w:val="0"/>
          <w:color w:val="20262C"/>
          <w:sz w:val="18"/>
        </w:rPr>
        <w:t>When you ask AI to build something, describe the PRODUCT rather than the code: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EF5C8D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color w:val="FFFFFF"/>
                <w:sz w:val="16"/>
              </w:rPr>
              <w:t>CONTEXT</w:t>
            </w:r>
          </w:p>
        </w:tc>
        <w:tc>
          <w:tcPr>
            <w:tcW w:type="dxa" w:w="5400"/>
            <w:shd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7"/>
              </w:rPr>
              <w:t>Here is my current website…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22B8C7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color w:val="FFFFFF"/>
                <w:sz w:val="16"/>
              </w:rPr>
              <w:t>REQUIREMENT</w:t>
            </w:r>
          </w:p>
        </w:tc>
        <w:tc>
          <w:tcPr>
            <w:tcW w:type="dxa" w:w="5400"/>
            <w:shd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7"/>
              </w:rPr>
              <w:t>I want visitors to be able to…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55B879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color w:val="FFFFFF"/>
                <w:sz w:val="16"/>
              </w:rPr>
              <w:t>BEHAVIOR</w:t>
            </w:r>
          </w:p>
        </w:tc>
        <w:tc>
          <w:tcPr>
            <w:tcW w:type="dxa" w:w="5400"/>
            <w:shd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7"/>
              </w:rPr>
              <w:t>When the user does ___, the site should…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7656C9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color w:val="FFFFFF"/>
                <w:sz w:val="16"/>
              </w:rPr>
              <w:t>APPEARANCE</w:t>
            </w:r>
          </w:p>
        </w:tc>
        <w:tc>
          <w:tcPr>
            <w:tcW w:type="dxa" w:w="5400"/>
            <w:shd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7"/>
              </w:rPr>
              <w:t>It should look / feel…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F4C84C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color w:val="FFFFFF"/>
                <w:sz w:val="16"/>
              </w:rPr>
              <w:t>CONSTRAINT</w:t>
            </w:r>
          </w:p>
        </w:tc>
        <w:tc>
          <w:tcPr>
            <w:tcW w:type="dxa" w:w="5400"/>
            <w:shd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7"/>
              </w:rPr>
              <w:t>Keep ___; do not change / remove ___.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EAF6FA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color w:val="172A46"/>
                <w:sz w:val="18"/>
              </w:rPr>
              <w:t>Write ONE feature you would like AI to build. Describe what the VISITOR should experience, not how to code it.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22B8C7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F</w:t>
            </w:r>
          </w:p>
        </w:tc>
        <w:tc>
          <w:tcPr>
            <w:tcW w:type="dxa" w:w="54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26"/>
              </w:rPr>
              <w:t>THREE FEATURE IDEAS — THINK LIKE A PRODUCT DESIGNER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EF5C8D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FEATURE</w:t>
              <w:br/>
              <w:t>IDEA 1</w:t>
            </w:r>
          </w:p>
        </w:tc>
        <w:tc>
          <w:tcPr>
            <w:tcW w:type="dxa" w:w="5400"/>
            <w:shd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/>
          <w:p>
            <w:pPr>
              <w:spacing w:after="0"/>
            </w:pPr>
            <w:r>
              <w:rPr>
                <w:b/>
                <w:sz w:val="16"/>
              </w:rPr>
              <w:t>What should it do?</w:t>
            </w:r>
          </w:p>
          <w:p>
            <w:pPr>
              <w:spacing w:after="20"/>
            </w:pPr>
            <w:r>
              <w:rPr>
                <w:sz w:val="14"/>
              </w:rPr>
              <w:t>____________________________________________________________</w:t>
            </w:r>
          </w:p>
          <w:p>
            <w:pPr>
              <w:spacing w:after="0"/>
            </w:pPr>
            <w:r>
              <w:rPr>
                <w:b/>
                <w:sz w:val="16"/>
              </w:rPr>
              <w:t>Why would a visitor want it?</w:t>
            </w:r>
          </w:p>
          <w:p>
            <w:pPr>
              <w:spacing w:after="20"/>
            </w:pPr>
            <w:r>
              <w:rPr>
                <w:sz w:val="14"/>
              </w:rPr>
              <w:t>____________________________________________________________</w:t>
            </w:r>
          </w:p>
          <w:p>
            <w:pPr>
              <w:spacing w:after="0"/>
            </w:pPr>
            <w:r>
              <w:rPr>
                <w:b/>
                <w:sz w:val="16"/>
              </w:rPr>
              <w:t>How does it support my purpose / identity?</w:t>
            </w:r>
          </w:p>
          <w:p>
            <w:pPr>
              <w:spacing w:after="20"/>
            </w:pPr>
            <w:r>
              <w:rPr>
                <w:sz w:val="14"/>
              </w:rPr>
              <w:t>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22B8C7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FEATURE</w:t>
              <w:br/>
              <w:t>IDEA 2</w:t>
            </w:r>
          </w:p>
        </w:tc>
        <w:tc>
          <w:tcPr>
            <w:tcW w:type="dxa" w:w="5400"/>
            <w:shd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/>
          <w:p>
            <w:pPr>
              <w:spacing w:after="0"/>
            </w:pPr>
            <w:r>
              <w:rPr>
                <w:b/>
                <w:sz w:val="16"/>
              </w:rPr>
              <w:t>What should it do?</w:t>
            </w:r>
          </w:p>
          <w:p>
            <w:pPr>
              <w:spacing w:after="20"/>
            </w:pPr>
            <w:r>
              <w:rPr>
                <w:sz w:val="14"/>
              </w:rPr>
              <w:t>____________________________________________________________</w:t>
            </w:r>
          </w:p>
          <w:p>
            <w:pPr>
              <w:spacing w:after="0"/>
            </w:pPr>
            <w:r>
              <w:rPr>
                <w:b/>
                <w:sz w:val="16"/>
              </w:rPr>
              <w:t>Why would a visitor want it?</w:t>
            </w:r>
          </w:p>
          <w:p>
            <w:pPr>
              <w:spacing w:after="20"/>
            </w:pPr>
            <w:r>
              <w:rPr>
                <w:sz w:val="14"/>
              </w:rPr>
              <w:t>____________________________________________________________</w:t>
            </w:r>
          </w:p>
          <w:p>
            <w:pPr>
              <w:spacing w:after="0"/>
            </w:pPr>
            <w:r>
              <w:rPr>
                <w:b/>
                <w:sz w:val="16"/>
              </w:rPr>
              <w:t>How does it support my purpose / identity?</w:t>
            </w:r>
          </w:p>
          <w:p>
            <w:pPr>
              <w:spacing w:after="20"/>
            </w:pPr>
            <w:r>
              <w:rPr>
                <w:sz w:val="14"/>
              </w:rPr>
              <w:t>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7656C9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FEATURE</w:t>
              <w:br/>
              <w:t>IDEA 3</w:t>
            </w:r>
          </w:p>
        </w:tc>
        <w:tc>
          <w:tcPr>
            <w:tcW w:type="dxa" w:w="5400"/>
            <w:shd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/>
          <w:p>
            <w:pPr>
              <w:spacing w:after="0"/>
            </w:pPr>
            <w:r>
              <w:rPr>
                <w:b/>
                <w:sz w:val="16"/>
              </w:rPr>
              <w:t>What should it do?</w:t>
            </w:r>
          </w:p>
          <w:p>
            <w:pPr>
              <w:spacing w:after="20"/>
            </w:pPr>
            <w:r>
              <w:rPr>
                <w:sz w:val="14"/>
              </w:rPr>
              <w:t>____________________________________________________________</w:t>
            </w:r>
          </w:p>
          <w:p>
            <w:pPr>
              <w:spacing w:after="0"/>
            </w:pPr>
            <w:r>
              <w:rPr>
                <w:b/>
                <w:sz w:val="16"/>
              </w:rPr>
              <w:t>Why would a visitor want it?</w:t>
            </w:r>
          </w:p>
          <w:p>
            <w:pPr>
              <w:spacing w:after="20"/>
            </w:pPr>
            <w:r>
              <w:rPr>
                <w:sz w:val="14"/>
              </w:rPr>
              <w:t>____________________________________________________________</w:t>
            </w:r>
          </w:p>
          <w:p>
            <w:pPr>
              <w:spacing w:after="0"/>
            </w:pPr>
            <w:r>
              <w:rPr>
                <w:b/>
                <w:sz w:val="16"/>
              </w:rPr>
              <w:t>How does it support my purpose / identity?</w:t>
            </w:r>
          </w:p>
          <w:p>
            <w:pPr>
              <w:spacing w:after="20"/>
            </w:pPr>
            <w:r>
              <w:rPr>
                <w:sz w:val="14"/>
              </w:rPr>
              <w:t>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EF5C8D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G</w:t>
            </w:r>
          </w:p>
        </w:tc>
        <w:tc>
          <w:tcPr>
            <w:tcW w:type="dxa" w:w="54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26"/>
              </w:rPr>
              <w:t>YOUR PROJECT BRIEF — THE REASON YOU ARE BUILDING IT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0F5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color w:val="172A46"/>
                <w:sz w:val="18"/>
              </w:rPr>
              <w:t>Complete this:</w:t>
              <w:br/>
              <w:br/>
              <w:t>I am designing a personal website for ____________________. My main audience is ____________________. I want visitors to understand that I am ____________________, ____________________, and ____________________. The most important content will be ____________________. I want visitors to be able to ____________________. The website should feel ____________________ because ____________________.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7B0B6"/>
                <w:sz w:val="14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Aptos" w:hAnsi="Aptos"/>
          <w:b/>
          <w:color w:val="172A46"/>
          <w:sz w:val="22"/>
        </w:rPr>
        <w:t>HOMEWORK CHECK</w:t>
      </w:r>
    </w:p>
    <w:p>
      <w:pPr>
        <w:spacing w:after="40"/>
      </w:pPr>
      <w:r>
        <w:rPr>
          <w:rFonts w:ascii="Aptos" w:hAnsi="Aptos"/>
          <w:b/>
          <w:color w:val="20262C"/>
          <w:sz w:val="18"/>
        </w:rPr>
        <w:t>□ Clear PURPOSE</w:t>
      </w:r>
    </w:p>
    <w:p>
      <w:pPr>
        <w:spacing w:after="40"/>
      </w:pPr>
      <w:r>
        <w:rPr>
          <w:rFonts w:ascii="Aptos" w:hAnsi="Aptos"/>
          <w:b/>
          <w:color w:val="20262C"/>
          <w:sz w:val="18"/>
        </w:rPr>
        <w:t>□ PRIMARY USER</w:t>
      </w:r>
    </w:p>
    <w:p>
      <w:pPr>
        <w:spacing w:after="40"/>
      </w:pPr>
      <w:r>
        <w:rPr>
          <w:rFonts w:ascii="Aptos" w:hAnsi="Aptos"/>
          <w:b/>
          <w:color w:val="20262C"/>
          <w:sz w:val="18"/>
        </w:rPr>
        <w:t>□ THREE identity words</w:t>
      </w:r>
    </w:p>
    <w:p>
      <w:pPr>
        <w:spacing w:after="40"/>
      </w:pPr>
      <w:r>
        <w:rPr>
          <w:rFonts w:ascii="Aptos" w:hAnsi="Aptos"/>
          <w:b/>
          <w:color w:val="20262C"/>
          <w:sz w:val="18"/>
        </w:rPr>
        <w:t>□ Important CONTENT</w:t>
      </w:r>
    </w:p>
    <w:p>
      <w:pPr>
        <w:spacing w:after="40"/>
      </w:pPr>
      <w:r>
        <w:rPr>
          <w:rFonts w:ascii="Aptos" w:hAnsi="Aptos"/>
          <w:b/>
          <w:color w:val="20262C"/>
          <w:sz w:val="18"/>
        </w:rPr>
        <w:t>□ THREE possible features</w:t>
      </w:r>
    </w:p>
    <w:p>
      <w:pPr>
        <w:spacing w:after="40"/>
      </w:pPr>
      <w:r>
        <w:rPr>
          <w:rFonts w:ascii="Aptos" w:hAnsi="Aptos"/>
          <w:b/>
          <w:color w:val="20262C"/>
          <w:sz w:val="18"/>
        </w:rPr>
        <w:t>□ Completed PROJECT BRIEF</w:t>
      </w:r>
    </w:p>
    <w:p>
      <w:pPr>
        <w:spacing w:after="80"/>
      </w:pPr>
      <w:r>
        <w:rPr>
          <w:rFonts w:ascii="Aptos" w:hAnsi="Aptos"/>
          <w:b/>
          <w:color w:val="22B8C7"/>
          <w:sz w:val="18"/>
        </w:rPr>
        <w:t>Bring this back next class. We will use it to decide what AI should build — and what it should NOT build.</w:t>
      </w:r>
    </w:p>
    <w:sectPr w:rsidR="00FC693F" w:rsidRPr="0006063C" w:rsidSect="00034616">
      <w:footerReference w:type="default" r:id="rId9"/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4828B"/>
        <w:sz w:val="15"/>
      </w:rPr>
      <w:t>GRADE 8 DESIGN • PERSONAL WEBSITE PROJECT • HOMEWORK 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