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Research your website audience</w:t>
      </w:r>
    </w:p>
    <w:p>
      <w:pPr>
        <w:pStyle w:val="Subtitle"/>
      </w:pPr>
      <w:r>
        <w:rPr>
          <w:b w:val="0"/>
        </w:rPr>
        <w:t>Worksheet 1  /  Criterion A  /  8 points</w:t>
      </w:r>
    </w:p>
    <w:p>
      <w:r>
        <w:rPr>
          <w:b w:val="0"/>
          <w:sz w:val="20"/>
        </w:rPr>
        <w:t>Name __________________________    Class __________    Date ______________</w:t>
      </w:r>
    </w:p>
    <w:p>
      <w:r>
        <w:rPr>
          <w:b w:val="0"/>
        </w:rPr>
        <w:t>Use your existing work to explain the need, fill research gaps and write a focused brief.</w:t>
      </w:r>
    </w:p>
    <w:p>
      <w:r>
        <w:rPr>
          <w:b w:val="0"/>
          <w:sz w:val="20"/>
        </w:rPr>
        <w:t>Finish the current lesson first. During the holiday, spend about 30 minutes gathering the missing user evidence and examples. Bring a draft to the first lesson after the holiday; use the teacher check to finish it.</w:t>
      </w:r>
    </w:p>
    <w:p>
      <w:r>
        <w:rPr>
          <w:b w:val="0"/>
          <w:sz w:val="18"/>
        </w:rPr>
        <w:t>Strands practised: A.i, A.ii, A.iii, A.iv</w:t>
      </w:r>
    </w:p>
    <w:p>
      <w:pPr>
        <w:pStyle w:val="Heading1"/>
      </w:pPr>
      <w:r>
        <w:rPr>
          <w:b w:val="0"/>
        </w:rPr>
        <w:t>1  Explain the need</w:t>
      </w:r>
    </w:p>
    <w:p>
      <w:r>
        <w:rPr>
          <w:b w:val="0"/>
        </w:rPr>
        <w:t>Use your project brief, original website, Website V2 handout and five-second test. Name your audience: classmates or another named audience who want to understand your interests and work. Visitors need to find real information about you and use the site without guessing where links lead. Explain one specific difficulty and why it matters. Ask a real visitor to find one piece of information on your current site without help. Note the route they took and where they hesitated. Ask what content they expected but could not find.</w:t>
      </w:r>
    </w:p>
    <w:p>
      <w:r>
        <w:rPr>
          <w:b/>
          <w:sz w:val="20"/>
        </w:rPr>
        <w:t>A specific user need and one dated observation or actual user comment.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Plan your research</w:t>
      </w:r>
    </w:p>
    <w:p>
      <w:r>
        <w:rPr>
          <w:b w:val="0"/>
        </w:rPr>
        <w:t>Write three research questions and rank them. Say how you will answer each and why the first matters most. Useful starting questions: What does the visitor want to learn? Which labels are unclear? Which placeholder content needs replacing?</w:t>
      </w:r>
    </w:p>
    <w:p>
      <w:r>
        <w:rPr>
          <w:b/>
          <w:sz w:val="20"/>
        </w:rPr>
        <w:t>Three numbered questions with priority, method and source.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Develop your evidence</w:t>
      </w:r>
    </w:p>
    <w:p>
      <w:pPr>
        <w:pStyle w:val="Heading1"/>
      </w:pPr>
      <w:r>
        <w:rPr>
          <w:b w:val="0"/>
        </w:rPr>
        <w:t>3  Explain design choices</w:t>
      </w:r>
    </w:p>
    <w:p>
      <w:r>
        <w:rPr>
          <w:b w:val="0"/>
        </w:rPr>
        <w:t>Use three personal websites suitable for your intended audience; reuse relevant examples you already collected. Record the creator or organisation, link and access date for each. For each site, follow a real navigation route. Explain how its content, headings, images and links help or hinder the visitor. Support your comparison with a screenshot or source link.</w:t>
      </w:r>
    </w:p>
    <w:p>
      <w:r>
        <w:rPr>
          <w:b/>
          <w:sz w:val="20"/>
        </w:rPr>
        <w:t>A short comparison with specific evidence from each example.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Write your design brief</w:t>
      </w:r>
    </w:p>
    <w:p>
      <w:r>
        <w:rPr>
          <w:b w:val="0"/>
        </w:rPr>
        <w:t>Use your user evidence and example analysis. Write a concise brief with the audience, need, proposed outcome and main constraints. Start with: This site is for ___, who need to ___. My user research and site comparisons showed ___. I will improve ___ while keeping ___.</w:t>
      </w:r>
    </w:p>
    <w:p>
      <w:r>
        <w:rPr>
          <w:b/>
          <w:sz w:val="20"/>
        </w:rPr>
        <w:t>One evidence-based paragraph; identify the sources it uses.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A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955038"/>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955038"/>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955038"/>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Explain the need</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Names a user or a difficulty but the connection is unclear.</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Connects a specific user, a clear difficulty and a reason the solution is needed.</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Plan your research</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Lists questions or methods but does not connect them or explain priority.</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Connects three relevant questions to methods/sources and explains the highest priority.</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Explain design choices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Mostly describes appearance or features without explaining their effect.</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Explains how specific choices help or hinder the intended user; supports the comparisons.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Write your design brief</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Names a product and audience but gives little research support or direction.</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Combines the user need and relevant findings into a clear, realistic project direction.</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matching new website version with all HTML, CSS, scripts and images it needs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website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955038"/>
        <w:sz w:val="16"/>
      </w:rPr>
      <w:t>MISTER A  /  GRADE 8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