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" w:hAnsi="Aptos"/>
          <w:b/>
          <w:color w:val="17324D"/>
          <w:sz w:val="46"/>
        </w:rPr>
        <w:t>WEBSITE V2</w:t>
      </w:r>
    </w:p>
    <w:p>
      <w:pPr>
        <w:spacing w:after="20"/>
      </w:pPr>
      <w:r>
        <w:rPr>
          <w:rFonts w:ascii="Aptos" w:hAnsi="Aptos"/>
          <w:b/>
          <w:color w:val="21B6C7"/>
          <w:sz w:val="28"/>
        </w:rPr>
        <w:t>MAKE IT FEEL DELIBERATE</w:t>
      </w:r>
    </w:p>
    <w:p>
      <w:pPr>
        <w:spacing w:after="60"/>
      </w:pPr>
      <w:r>
        <w:rPr>
          <w:rFonts w:ascii="Aptos" w:hAnsi="Aptos"/>
          <w:b/>
          <w:color w:val="7656C9"/>
          <w:sz w:val="20"/>
        </w:rPr>
        <w:t>GRADE 8 DESIGN • PERSONAL WEBSITE • AI AS DEVELOPER</w:t>
      </w:r>
    </w:p>
    <w:p>
      <w:pPr>
        <w:spacing w:after="80"/>
      </w:pPr>
      <w:r>
        <w:rPr>
          <w:rFonts w:ascii="Aptos" w:hAnsi="Aptos"/>
          <w:b w:val="0"/>
          <w:color w:val="22282E"/>
          <w:sz w:val="18"/>
        </w:rPr>
        <w:t>TODAY: Stop adding random features. Make the site consistent, clear, and intentional.</w:t>
      </w:r>
    </w:p>
    <w:p>
      <w:pPr>
        <w:spacing w:after="80"/>
        <w:jc w:val="center"/>
      </w:pPr>
      <w:r>
        <w:rPr>
          <w:rFonts w:ascii="Aptos" w:hAnsi="Aptos"/>
          <w:b/>
          <w:color w:val="E75A5A"/>
          <w:sz w:val="20"/>
        </w:rPr>
        <w:t>NO NEW FEATURES FOR THE FIRST 30 MINUTES.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F05B8C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1</w:t>
            </w:r>
          </w:p>
        </w:tc>
        <w:tc>
          <w:tcPr>
            <w:tcW w:type="dxa" w:w="5472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3"/>
              </w:rPr>
              <w:t>FIND 3 PROBLEMS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One thing that looks INCONSISTENT: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FF8DD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One thing that is CONFUSING: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DEEEE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One thing that is UNNECESSARY: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21B6C7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2</w:t>
            </w:r>
          </w:p>
        </w:tc>
        <w:tc>
          <w:tcPr>
            <w:tcW w:type="dxa" w:w="5472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3"/>
              </w:rPr>
              <w:t>MAKE 5 DESIGN RULES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EAF8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1. Background style: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EAF8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2. Main colors: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EAF8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3. Heading style: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EAF8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4. Button / card style: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EAF8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5. Navigation style: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55B878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3</w:t>
            </w:r>
          </w:p>
        </w:tc>
        <w:tc>
          <w:tcPr>
            <w:tcW w:type="dxa" w:w="5472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3"/>
              </w:rPr>
              <w:t>GIVE AI THE RULES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EDF8EF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Copy / adapt:</w:t>
              <w:br/>
              <w:t>Here are the rules for my website:</w:t>
              <w:br/>
              <w:t>• Background: ...</w:t>
              <w:br/>
              <w:t>• Main colors: ...</w:t>
              <w:br/>
              <w:t>• Headings: ...</w:t>
              <w:br/>
              <w:t>• Buttons/cards: ...</w:t>
              <w:br/>
              <w:t>• Navigation: ...</w:t>
              <w:br/>
              <w:br/>
              <w:t>Make the design consistent across all sections.</w:t>
              <w:br/>
              <w:t>Do NOT redesign from scratch.</w:t>
              <w:br/>
              <w:t>Do NOT remove my content.</w:t>
              <w:br/>
              <w:t>Do NOT add new features yet.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7656C9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4</w:t>
            </w:r>
          </w:p>
        </w:tc>
        <w:tc>
          <w:tcPr>
            <w:tcW w:type="dxa" w:w="5472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3"/>
              </w:rPr>
              <w:t>CLEAN-UP PASS</w:t>
            </w:r>
          </w:p>
        </w:tc>
      </w:tr>
    </w:tbl>
    <w:p>
      <w:pPr>
        <w:spacing w:after="20"/>
      </w:pPr>
      <w:r>
        <w:rPr>
          <w:rFonts w:ascii="Aptos" w:hAnsi="Aptos"/>
          <w:b/>
          <w:color w:val="22282E"/>
          <w:sz w:val="17"/>
        </w:rPr>
        <w:t>□ Colors are consistent</w:t>
      </w:r>
    </w:p>
    <w:p>
      <w:pPr>
        <w:spacing w:after="20"/>
      </w:pPr>
      <w:r>
        <w:rPr>
          <w:rFonts w:ascii="Aptos" w:hAnsi="Aptos"/>
          <w:b/>
          <w:color w:val="22282E"/>
          <w:sz w:val="17"/>
        </w:rPr>
        <w:t>□ Headings feel related</w:t>
      </w:r>
    </w:p>
    <w:p>
      <w:pPr>
        <w:spacing w:after="20"/>
      </w:pPr>
      <w:r>
        <w:rPr>
          <w:rFonts w:ascii="Aptos" w:hAnsi="Aptos"/>
          <w:b/>
          <w:color w:val="22282E"/>
          <w:sz w:val="17"/>
        </w:rPr>
        <w:t>□ Buttons/cards use the same style</w:t>
      </w:r>
    </w:p>
    <w:p>
      <w:pPr>
        <w:spacing w:after="20"/>
      </w:pPr>
      <w:r>
        <w:rPr>
          <w:rFonts w:ascii="Aptos" w:hAnsi="Aptos"/>
          <w:b/>
          <w:color w:val="22282E"/>
          <w:sz w:val="17"/>
        </w:rPr>
        <w:t>□ Navigation stays consistent</w:t>
      </w:r>
    </w:p>
    <w:p>
      <w:pPr>
        <w:spacing w:after="20"/>
      </w:pPr>
      <w:r>
        <w:rPr>
          <w:rFonts w:ascii="Aptos" w:hAnsi="Aptos"/>
          <w:b/>
          <w:color w:val="22282E"/>
          <w:sz w:val="17"/>
        </w:rPr>
        <w:t>□ Images are sized sensibly</w:t>
      </w:r>
    </w:p>
    <w:p>
      <w:pPr>
        <w:spacing w:after="20"/>
      </w:pPr>
      <w:r>
        <w:rPr>
          <w:rFonts w:ascii="Aptos" w:hAnsi="Aptos"/>
          <w:b/>
          <w:color w:val="22282E"/>
          <w:sz w:val="17"/>
        </w:rPr>
        <w:t>□ Spacing feels intentional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FFFFF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What was weak about AI's first clean-up attempt?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What specific revision did you ask AI to make?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E75A5A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5</w:t>
            </w:r>
          </w:p>
        </w:tc>
        <w:tc>
          <w:tcPr>
            <w:tcW w:type="dxa" w:w="5472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3"/>
              </w:rPr>
              <w:t>DELETE 3 THINGS</w:t>
            </w:r>
          </w:p>
        </w:tc>
      </w:tr>
    </w:tbl>
    <w:p>
      <w:pPr>
        <w:spacing w:after="40"/>
      </w:pPr>
      <w:r>
        <w:rPr>
          <w:rFonts w:ascii="Aptos" w:hAnsi="Aptos"/>
          <w:b/>
          <w:color w:val="E75A5A"/>
          <w:sz w:val="17"/>
        </w:rPr>
        <w:t>AI makes it easy to add. Designers also need to REMOVE.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DEEEE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DELETE 1: What did you remove, and why?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DEEEE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DELETE 2: What did you remove, and why?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DEEEE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DELETE 3: What did you remove, and why?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F29445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6</w:t>
            </w:r>
          </w:p>
        </w:tc>
        <w:tc>
          <w:tcPr>
            <w:tcW w:type="dxa" w:w="5472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3"/>
              </w:rPr>
              <w:t>FIVE-SECOND TEST</w:t>
            </w:r>
          </w:p>
        </w:tc>
      </w:tr>
    </w:tbl>
    <w:p>
      <w:pPr>
        <w:spacing w:after="40"/>
      </w:pPr>
      <w:r>
        <w:rPr>
          <w:rFonts w:ascii="Aptos" w:hAnsi="Aptos"/>
          <w:b/>
          <w:color w:val="17324D"/>
          <w:sz w:val="17"/>
        </w:rPr>
        <w:t>Show your homepage for FIVE seconds. Then hide it.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What was this website about?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What did you notice FIRST?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What do you remember?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What do you think this person is like?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Where would you click next?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F2C84B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7</w:t>
            </w:r>
          </w:p>
        </w:tc>
        <w:tc>
          <w:tcPr>
            <w:tcW w:type="dxa" w:w="5472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3"/>
              </w:rPr>
              <w:t>MAKE ONE EVIDENCE-BASED CHANGE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FF8DD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What did the five-second test reveal?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FFFFF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What ONE change will you make because of that?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21B6C7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8</w:t>
            </w:r>
          </w:p>
        </w:tc>
        <w:tc>
          <w:tcPr>
            <w:tcW w:type="dxa" w:w="5472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23"/>
              </w:rPr>
              <w:t>SAVE VERSION 2</w:t>
            </w:r>
          </w:p>
        </w:tc>
      </w:tr>
    </w:tbl>
    <w:p>
      <w:pPr>
        <w:spacing w:after="40"/>
      </w:pPr>
      <w:r>
        <w:rPr>
          <w:rFonts w:ascii="Aptos" w:hAnsi="Aptos"/>
          <w:b/>
          <w:color w:val="17324D"/>
          <w:sz w:val="18"/>
        </w:rPr>
        <w:t>Save / copy your site as:  PersonalWebsite_V2</w:t>
      </w:r>
    </w:p>
    <w:p>
      <w:pPr>
        <w:spacing w:after="20"/>
      </w:pPr>
      <w:r>
        <w:rPr>
          <w:rFonts w:ascii="Aptos" w:hAnsi="Aptos"/>
          <w:b/>
          <w:color w:val="22282E"/>
          <w:sz w:val="17"/>
        </w:rPr>
        <w:t>□ Fixed inconsistency</w:t>
      </w:r>
    </w:p>
    <w:p>
      <w:pPr>
        <w:spacing w:after="20"/>
      </w:pPr>
      <w:r>
        <w:rPr>
          <w:rFonts w:ascii="Aptos" w:hAnsi="Aptos"/>
          <w:b/>
          <w:color w:val="22282E"/>
          <w:sz w:val="17"/>
        </w:rPr>
        <w:t>□ Made 5 design rules</w:t>
      </w:r>
    </w:p>
    <w:p>
      <w:pPr>
        <w:spacing w:after="20"/>
      </w:pPr>
      <w:r>
        <w:rPr>
          <w:rFonts w:ascii="Aptos" w:hAnsi="Aptos"/>
          <w:b/>
          <w:color w:val="22282E"/>
          <w:sz w:val="17"/>
        </w:rPr>
        <w:t>□ Revised AI first result</w:t>
      </w:r>
    </w:p>
    <w:p>
      <w:pPr>
        <w:spacing w:after="20"/>
      </w:pPr>
      <w:r>
        <w:rPr>
          <w:rFonts w:ascii="Aptos" w:hAnsi="Aptos"/>
          <w:b/>
          <w:color w:val="22282E"/>
          <w:sz w:val="17"/>
        </w:rPr>
        <w:t>□ Deleted 3 unnecessary things</w:t>
      </w:r>
    </w:p>
    <w:p>
      <w:pPr>
        <w:spacing w:after="20"/>
      </w:pPr>
      <w:r>
        <w:rPr>
          <w:rFonts w:ascii="Aptos" w:hAnsi="Aptos"/>
          <w:b/>
          <w:color w:val="22282E"/>
          <w:sz w:val="17"/>
        </w:rPr>
        <w:t>□ Completed five-second test</w:t>
      </w:r>
    </w:p>
    <w:p>
      <w:pPr>
        <w:spacing w:after="20"/>
      </w:pPr>
      <w:r>
        <w:rPr>
          <w:rFonts w:ascii="Aptos" w:hAnsi="Aptos"/>
          <w:b/>
          <w:color w:val="22282E"/>
          <w:sz w:val="17"/>
        </w:rPr>
        <w:t>□ Made one final change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EAF8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V2 is better than V1 because…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fill="FFFFFF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6"/>
              </w:rPr>
              <w:t>The next thing I want to improve is…</w:t>
            </w:r>
          </w:p>
          <w:p>
            <w:pPr>
              <w:spacing w:after="0"/>
            </w:pPr>
            <w:r>
              <w:rPr>
                <w:sz w:val="13"/>
              </w:rPr>
              <w:t>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Aptos" w:hAnsi="Aptos"/>
          <w:b/>
          <w:color w:val="17324D"/>
          <w:sz w:val="21"/>
        </w:rPr>
        <w:t>NEXT: REAL CONTENT UPGRADE</w:t>
      </w:r>
    </w:p>
    <w:p>
      <w:pPr>
        <w:spacing w:after="40"/>
      </w:pPr>
      <w:r>
        <w:rPr>
          <w:rFonts w:ascii="Aptos" w:hAnsi="Aptos"/>
          <w:b/>
          <w:color w:val="21B6C7"/>
          <w:sz w:val="17"/>
        </w:rPr>
        <w:t>Replace placeholders with real projects, images, interests, and writing.</w:t>
      </w:r>
    </w:p>
    <w:sectPr w:rsidR="00FC693F" w:rsidRPr="0006063C" w:rsidSect="00034616">
      <w:footerReference w:type="default" r:id="rId9"/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828B"/>
        <w:sz w:val="14"/>
      </w:rPr>
      <w:t>GRADE 8 DESIGN • WEBSITE V2 • CLEAN IT UP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