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w:hAnsi="Aptos"/>
          <w:b/>
          <w:color w:val="172A46"/>
          <w:sz w:val="46"/>
        </w:rPr>
        <w:t>AI PORTFOLIO PROTOTYPE SPRINT</w:t>
      </w:r>
    </w:p>
    <w:p>
      <w:pPr>
        <w:spacing w:after="80"/>
      </w:pPr>
      <w:r>
        <w:rPr>
          <w:rFonts w:ascii="Aptos" w:hAnsi="Aptos"/>
          <w:b/>
          <w:color w:val="1FB8C8"/>
          <w:sz w:val="21"/>
        </w:rPr>
        <w:t>GRADE 9 DESIGN • UX + HTML • BUILD / TEST / ITERATE</w:t>
      </w:r>
    </w:p>
    <w:p>
      <w:pPr>
        <w:spacing w:after="120"/>
      </w:pPr>
      <w:r>
        <w:rPr>
          <w:rFonts w:ascii="Aptos" w:hAnsi="Aptos"/>
          <w:b w:val="0"/>
          <w:color w:val="22282E"/>
          <w:sz w:val="20"/>
        </w:rPr>
        <w:t>MISSION: Turn your existing HTML portfolio into a clear user journey, test it on a real person, then direct AI to fix one observed UX problem.</w:t>
      </w:r>
    </w:p>
    <w:tbl>
      <w:tblPr>
        <w:tblW w:type="auto" w:w="0"/>
        <w:tblLook w:firstColumn="1" w:firstRow="1" w:lastColumn="0" w:lastRow="0" w:noHBand="0" w:noVBand="1" w:val="04A0"/>
      </w:tblPr>
      <w:tblGrid>
        <w:gridCol w:w="2700"/>
        <w:gridCol w:w="2700"/>
        <w:gridCol w:w="2700"/>
        <w:gridCol w:w="2700"/>
      </w:tblGrid>
      <w:tr>
        <w:tc>
          <w:tcPr>
            <w:tcW w:type="dxa" w:w="2700"/>
            <w:shd w:fill="EF5B8C"/>
            <w:tcBorders>
              <w:top w:val="single" w:sz="4" w:color="EF5B8C"/>
              <w:left w:val="single" w:sz="4" w:color="EF5B8C"/>
              <w:bottom w:val="single" w:sz="4" w:color="EF5B8C"/>
              <w:right w:val="single" w:sz="4" w:color="EF5B8C"/>
            </w:tcBorders>
          </w:tcPr>
          <w:p>
            <w:pPr>
              <w:jc w:val="center"/>
            </w:pPr>
            <w:r>
              <w:rPr>
                <w:b/>
                <w:color w:val="FFFFFF"/>
                <w:sz w:val="18"/>
              </w:rPr>
              <w:t>BUILD</w:t>
            </w:r>
          </w:p>
        </w:tc>
        <w:tc>
          <w:tcPr>
            <w:tcW w:type="dxa" w:w="2700"/>
            <w:shd w:fill="1FB8C8"/>
            <w:tcBorders>
              <w:top w:val="single" w:sz="4" w:color="1FB8C8"/>
              <w:left w:val="single" w:sz="4" w:color="1FB8C8"/>
              <w:bottom w:val="single" w:sz="4" w:color="1FB8C8"/>
              <w:right w:val="single" w:sz="4" w:color="1FB8C8"/>
            </w:tcBorders>
          </w:tcPr>
          <w:p>
            <w:pPr>
              <w:jc w:val="center"/>
            </w:pPr>
            <w:r>
              <w:rPr>
                <w:b/>
                <w:color w:val="FFFFFF"/>
                <w:sz w:val="18"/>
              </w:rPr>
              <w:t>CONNECT</w:t>
            </w:r>
          </w:p>
        </w:tc>
        <w:tc>
          <w:tcPr>
            <w:tcW w:type="dxa" w:w="2700"/>
            <w:shd w:fill="F3C84B"/>
            <w:tcBorders>
              <w:top w:val="single" w:sz="4" w:color="F3C84B"/>
              <w:left w:val="single" w:sz="4" w:color="F3C84B"/>
              <w:bottom w:val="single" w:sz="4" w:color="F3C84B"/>
              <w:right w:val="single" w:sz="4" w:color="F3C84B"/>
            </w:tcBorders>
          </w:tcPr>
          <w:p>
            <w:pPr>
              <w:jc w:val="center"/>
            </w:pPr>
            <w:r>
              <w:rPr>
                <w:b/>
                <w:color w:val="172A46"/>
                <w:sz w:val="18"/>
              </w:rPr>
              <w:t>TEST</w:t>
            </w:r>
          </w:p>
        </w:tc>
        <w:tc>
          <w:tcPr>
            <w:tcW w:type="dxa" w:w="2700"/>
            <w:shd w:fill="7557C7"/>
            <w:tcBorders>
              <w:top w:val="single" w:sz="4" w:color="7557C7"/>
              <w:left w:val="single" w:sz="4" w:color="7557C7"/>
              <w:bottom w:val="single" w:sz="4" w:color="7557C7"/>
              <w:right w:val="single" w:sz="4" w:color="7557C7"/>
            </w:tcBorders>
          </w:tcPr>
          <w:p>
            <w:pPr>
              <w:jc w:val="center"/>
            </w:pPr>
            <w:r>
              <w:rPr>
                <w:b/>
                <w:color w:val="FFFFFF"/>
                <w:sz w:val="18"/>
              </w:rPr>
              <w:t>ITERATE</w:t>
            </w:r>
          </w:p>
        </w:tc>
      </w:tr>
    </w:tbl>
    <w:p>
      <w:pPr>
        <w:spacing w:after="140"/>
        <w:jc w:val="center"/>
      </w:pPr>
      <w:r>
        <w:rPr>
          <w:rFonts w:ascii="Aptos" w:hAnsi="Aptos"/>
          <w:b/>
          <w:color w:val="172A46"/>
          <w:sz w:val="22"/>
        </w:rPr>
        <w:t>YOU = UX DESIGNER / PROJECT MANAGER     AI = WEB DEVELOPER</w:t>
      </w:r>
    </w:p>
    <w:tbl>
      <w:tblPr>
        <w:tblW w:type="auto" w:w="0"/>
        <w:tblLook w:firstColumn="1" w:firstRow="1" w:lastColumn="0" w:lastRow="0" w:noHBand="0" w:noVBand="1" w:val="04A0"/>
      </w:tblPr>
      <w:tblGrid>
        <w:gridCol w:w="5400"/>
        <w:gridCol w:w="5400"/>
      </w:tblGrid>
      <w:tr>
        <w:tc>
          <w:tcPr>
            <w:tcW w:type="dxa" w:w="5400"/>
            <w:shd w:fill="EF5B8C"/>
            <w:tcBorders>
              <w:top w:val="single" w:sz="4" w:color="172A46"/>
              <w:left w:val="single" w:sz="4" w:color="172A46"/>
              <w:bottom w:val="single" w:sz="4" w:color="172A46"/>
              <w:right w:val="single" w:sz="4" w:color="172A46"/>
            </w:tcBorders>
          </w:tcPr>
          <w:p>
            <w:pPr>
              <w:jc w:val="center"/>
            </w:pPr>
            <w:r>
              <w:rPr>
                <w:b/>
                <w:color w:val="FFFFFF"/>
                <w:sz w:val="32"/>
              </w:rPr>
              <w:t>A</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TODAY'S USER JOURNEY</w:t>
            </w:r>
          </w:p>
        </w:tc>
      </w:tr>
    </w:tbl>
    <w:p>
      <w:pPr>
        <w:spacing w:after="40"/>
      </w:pPr>
    </w:p>
    <w:p>
      <w:pPr>
        <w:spacing w:after="60"/>
      </w:pPr>
      <w:r>
        <w:rPr>
          <w:rFonts w:ascii="Aptos" w:hAnsi="Aptos"/>
          <w:b w:val="0"/>
          <w:color w:val="22282E"/>
          <w:sz w:val="18"/>
        </w:rPr>
        <w:t>A portfolio is not just a collection of pages. It is a sequence of things a visitor tries to do.</w:t>
      </w:r>
    </w:p>
    <w:tbl>
      <w:tblPr>
        <w:tblW w:type="auto" w:w="0"/>
        <w:tblLook w:firstColumn="1" w:firstRow="1" w:lastColumn="0" w:lastRow="0" w:noHBand="0" w:noVBand="1" w:val="04A0"/>
      </w:tblPr>
      <w:tblGrid>
        <w:gridCol w:w="2700"/>
        <w:gridCol w:w="2700"/>
        <w:gridCol w:w="2700"/>
        <w:gridCol w:w="2700"/>
      </w:tblGrid>
      <w:tr>
        <w:tc>
          <w:tcPr>
            <w:tcW w:type="dxa" w:w="2700"/>
            <w:shd w:fill="EF5B8C"/>
            <w:tcBorders>
              <w:top w:val="single" w:sz="4" w:color="EF5B8C"/>
              <w:left w:val="single" w:sz="4" w:color="EF5B8C"/>
              <w:bottom w:val="single" w:sz="4" w:color="EF5B8C"/>
              <w:right w:val="single" w:sz="4" w:color="EF5B8C"/>
            </w:tcBorders>
          </w:tcPr>
          <w:p>
            <w:pPr>
              <w:jc w:val="center"/>
            </w:pPr>
            <w:r>
              <w:rPr>
                <w:b/>
                <w:color w:val="FFFFFF"/>
                <w:sz w:val="17"/>
              </w:rPr>
              <w:t>1. ARRIVE</w:t>
              <w:br/>
              <w:t>Who is this?</w:t>
            </w:r>
          </w:p>
        </w:tc>
        <w:tc>
          <w:tcPr>
            <w:tcW w:type="dxa" w:w="2700"/>
            <w:shd w:fill="1FB8C8"/>
            <w:tcBorders>
              <w:top w:val="single" w:sz="4" w:color="1FB8C8"/>
              <w:left w:val="single" w:sz="4" w:color="1FB8C8"/>
              <w:bottom w:val="single" w:sz="4" w:color="1FB8C8"/>
              <w:right w:val="single" w:sz="4" w:color="1FB8C8"/>
            </w:tcBorders>
          </w:tcPr>
          <w:p>
            <w:pPr>
              <w:jc w:val="center"/>
            </w:pPr>
            <w:r>
              <w:rPr>
                <w:b/>
                <w:color w:val="FFFFFF"/>
                <w:sz w:val="17"/>
              </w:rPr>
              <w:t>2. FIND WORK</w:t>
              <w:br/>
              <w:t>Where are the projects?</w:t>
            </w:r>
          </w:p>
        </w:tc>
        <w:tc>
          <w:tcPr>
            <w:tcW w:type="dxa" w:w="2700"/>
            <w:shd w:fill="57B879"/>
            <w:tcBorders>
              <w:top w:val="single" w:sz="4" w:color="57B879"/>
              <w:left w:val="single" w:sz="4" w:color="57B879"/>
              <w:bottom w:val="single" w:sz="4" w:color="57B879"/>
              <w:right w:val="single" w:sz="4" w:color="57B879"/>
            </w:tcBorders>
          </w:tcPr>
          <w:p>
            <w:pPr>
              <w:jc w:val="center"/>
            </w:pPr>
            <w:r>
              <w:rPr>
                <w:b/>
                <w:color w:val="FFFFFF"/>
                <w:sz w:val="17"/>
              </w:rPr>
              <w:t>3. INSPECT</w:t>
              <w:br/>
              <w:t>What did they make?</w:t>
            </w:r>
          </w:p>
        </w:tc>
        <w:tc>
          <w:tcPr>
            <w:tcW w:type="dxa" w:w="2700"/>
            <w:shd w:fill="7557C7"/>
            <w:tcBorders>
              <w:top w:val="single" w:sz="4" w:color="7557C7"/>
              <w:left w:val="single" w:sz="4" w:color="7557C7"/>
              <w:bottom w:val="single" w:sz="4" w:color="7557C7"/>
              <w:right w:val="single" w:sz="4" w:color="7557C7"/>
            </w:tcBorders>
          </w:tcPr>
          <w:p>
            <w:pPr>
              <w:jc w:val="center"/>
            </w:pPr>
            <w:r>
              <w:rPr>
                <w:b/>
                <w:color w:val="FFFFFF"/>
                <w:sz w:val="17"/>
              </w:rPr>
              <w:t>4. RETURN</w:t>
              <w:br/>
              <w:t>Can I navigate back?</w:t>
            </w:r>
          </w:p>
        </w:tc>
      </w:tr>
    </w:tbl>
    <w:tbl>
      <w:tblPr>
        <w:tblW w:type="auto" w:w="0"/>
        <w:tblLook w:firstColumn="1" w:firstRow="1" w:lastColumn="0" w:lastRow="0" w:noHBand="0" w:noVBand="1" w:val="04A0"/>
      </w:tblPr>
      <w:tblGrid>
        <w:gridCol w:w="10800"/>
      </w:tblGrid>
      <w:tr>
        <w:tc>
          <w:tcPr>
            <w:tcW w:type="dxa" w:w="10800"/>
            <w:shd w:fill="FFF0F5"/>
            <w:tcBorders>
              <w:top w:val="single" w:sz="4" w:color="D9E1E7"/>
              <w:left w:val="single" w:sz="4" w:color="D9E1E7"/>
              <w:bottom w:val="single" w:sz="4" w:color="D9E1E7"/>
              <w:right w:val="single" w:sz="4" w:color="D9E1E7"/>
            </w:tcBorders>
          </w:tcPr>
          <w:p>
            <w:r>
              <w:rPr>
                <w:b/>
                <w:color w:val="172A46"/>
                <w:sz w:val="18"/>
              </w:rPr>
              <w:t>Can your website already complete this whole journey? What is missing or weak?</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tbl>
      <w:tblPr>
        <w:tblW w:type="auto" w:w="0"/>
        <w:tblLook w:firstColumn="1" w:firstRow="1" w:lastColumn="0" w:lastRow="0" w:noHBand="0" w:noVBand="1" w:val="04A0"/>
      </w:tblPr>
      <w:tblGrid>
        <w:gridCol w:w="5400"/>
        <w:gridCol w:w="5400"/>
      </w:tblGrid>
      <w:tr>
        <w:tc>
          <w:tcPr>
            <w:tcW w:type="dxa" w:w="5400"/>
            <w:shd w:fill="1FB8C8"/>
            <w:tcBorders>
              <w:top w:val="single" w:sz="4" w:color="172A46"/>
              <w:left w:val="single" w:sz="4" w:color="172A46"/>
              <w:bottom w:val="single" w:sz="4" w:color="172A46"/>
              <w:right w:val="single" w:sz="4" w:color="172A46"/>
            </w:tcBorders>
          </w:tcPr>
          <w:p>
            <w:pPr>
              <w:jc w:val="center"/>
            </w:pPr>
            <w:r>
              <w:rPr>
                <w:b/>
                <w:color w:val="FFFFFF"/>
                <w:sz w:val="32"/>
              </w:rPr>
              <w:t>B</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BACK UP + BRIEF YOUR AI DEVELOPER</w:t>
            </w:r>
          </w:p>
        </w:tc>
      </w:tr>
    </w:tbl>
    <w:p>
      <w:pPr>
        <w:spacing w:after="40"/>
      </w:pPr>
    </w:p>
    <w:p>
      <w:pPr>
        <w:spacing w:after="60"/>
      </w:pPr>
      <w:r>
        <w:rPr>
          <w:rFonts w:ascii="Aptos" w:hAnsi="Aptos"/>
          <w:b/>
          <w:color w:val="E75A5A"/>
          <w:sz w:val="18"/>
        </w:rPr>
        <w:t>FIRST: duplicate your entire website folder. Never experiment on your only copy.</w:t>
      </w:r>
    </w:p>
    <w:tbl>
      <w:tblPr>
        <w:tblW w:type="auto" w:w="0"/>
        <w:tblLook w:firstColumn="1" w:firstRow="1" w:lastColumn="0" w:lastRow="0" w:noHBand="0" w:noVBand="1" w:val="04A0"/>
      </w:tblPr>
      <w:tblGrid>
        <w:gridCol w:w="10800"/>
      </w:tblGrid>
      <w:tr>
        <w:tc>
          <w:tcPr>
            <w:tcW w:type="dxa" w:w="10800"/>
            <w:shd w:fill="F5F7F9"/>
            <w:tcBorders>
              <w:top w:val="single" w:sz="4" w:color="D9E1E7"/>
              <w:left w:val="single" w:sz="4" w:color="D9E1E7"/>
              <w:bottom w:val="single" w:sz="4" w:color="D9E1E7"/>
              <w:right w:val="single" w:sz="4" w:color="D9E1E7"/>
            </w:tcBorders>
          </w:tcPr>
          <w:p>
            <w:r>
              <w:rPr>
                <w:b/>
                <w:color w:val="172A46"/>
                <w:sz w:val="18"/>
              </w:rPr>
              <w:t>Backup folder name:</w:t>
            </w:r>
          </w:p>
          <w:p>
            <w:pPr>
              <w:spacing w:after="0"/>
            </w:pPr>
            <w:r>
              <w:rPr>
                <w:color w:val="A6B0B6"/>
                <w:sz w:val="14"/>
              </w:rPr>
              <w:t>________________________________________________________________________</w:t>
            </w:r>
          </w:p>
        </w:tc>
      </w:tr>
    </w:tbl>
    <w:p>
      <w:pPr>
        <w:spacing w:after="40"/>
      </w:pPr>
    </w:p>
    <w:p>
      <w:pPr>
        <w:spacing w:after="40"/>
      </w:pPr>
      <w:r>
        <w:rPr>
          <w:rFonts w:ascii="Aptos" w:hAnsi="Aptos"/>
          <w:b/>
          <w:color w:val="172A46"/>
          <w:sz w:val="18"/>
        </w:rPr>
        <w:t>Suggested opening instruction to AI:</w:t>
      </w:r>
    </w:p>
    <w:tbl>
      <w:tblPr>
        <w:tblW w:type="auto" w:w="0"/>
        <w:tblLook w:firstColumn="1" w:firstRow="1" w:lastColumn="0" w:lastRow="0" w:noHBand="0" w:noVBand="1" w:val="04A0"/>
      </w:tblPr>
      <w:tblGrid>
        <w:gridCol w:w="10800"/>
      </w:tblGrid>
      <w:tr>
        <w:tc>
          <w:tcPr>
            <w:tcW w:type="dxa" w:w="10800"/>
            <w:shd w:fill="EAF8FA"/>
            <w:tcBorders>
              <w:top w:val="single" w:sz="4" w:color="D9E1E7"/>
              <w:left w:val="single" w:sz="4" w:color="D9E1E7"/>
              <w:bottom w:val="single" w:sz="4" w:color="D9E1E7"/>
              <w:right w:val="single" w:sz="4" w:color="D9E1E7"/>
            </w:tcBorders>
          </w:tcPr>
          <w:p>
            <w:r>
              <w:rPr>
                <w:b/>
                <w:color w:val="172A46"/>
                <w:sz w:val="18"/>
              </w:rPr>
              <w:t>I am designing a personal portfolio website and you are my web developer. I will make the UX and design decisions; you will implement them in HTML, CSS and JavaScript. Here is my existing website. Do not redesign it yet. First identify the existing pages, navigation and major sections, then wait for my instructions.</w:t>
            </w:r>
          </w:p>
          <w:p>
            <w:pPr>
              <w:spacing w:after="0"/>
            </w:pPr>
            <w:r>
              <w:rPr>
                <w:color w:val="A6B0B6"/>
                <w:sz w:val="14"/>
              </w:rPr>
              <w:t>________________________________________________________________________</w:t>
            </w:r>
          </w:p>
        </w:tc>
      </w:tr>
    </w:tbl>
    <w:p>
      <w:pPr>
        <w:spacing w:after="40"/>
      </w:pPr>
    </w:p>
    <w:p>
      <w:r>
        <w:br w:type="page"/>
      </w:r>
    </w:p>
    <w:tbl>
      <w:tblPr>
        <w:tblW w:type="auto" w:w="0"/>
        <w:tblLook w:firstColumn="1" w:firstRow="1" w:lastColumn="0" w:lastRow="0" w:noHBand="0" w:noVBand="1" w:val="04A0"/>
      </w:tblPr>
      <w:tblGrid>
        <w:gridCol w:w="5400"/>
        <w:gridCol w:w="5400"/>
      </w:tblGrid>
      <w:tr>
        <w:tc>
          <w:tcPr>
            <w:tcW w:type="dxa" w:w="5400"/>
            <w:shd w:fill="57B879"/>
            <w:tcBorders>
              <w:top w:val="single" w:sz="4" w:color="172A46"/>
              <w:left w:val="single" w:sz="4" w:color="172A46"/>
              <w:bottom w:val="single" w:sz="4" w:color="172A46"/>
              <w:right w:val="single" w:sz="4" w:color="172A46"/>
            </w:tcBorders>
          </w:tcPr>
          <w:p>
            <w:pPr>
              <w:jc w:val="center"/>
            </w:pPr>
            <w:r>
              <w:rPr>
                <w:b/>
                <w:color w:val="FFFFFF"/>
                <w:sz w:val="32"/>
              </w:rPr>
              <w:t>C</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BUILD THE PORTFOLIO EXPERIENCE</w:t>
            </w:r>
          </w:p>
        </w:tc>
      </w:tr>
    </w:tbl>
    <w:p>
      <w:pPr>
        <w:spacing w:after="40"/>
      </w:pPr>
    </w:p>
    <w:p>
      <w:pPr>
        <w:spacing w:after="80"/>
      </w:pPr>
      <w:r>
        <w:rPr>
          <w:rFonts w:ascii="Aptos" w:hAnsi="Aptos"/>
          <w:b w:val="0"/>
          <w:color w:val="22282E"/>
          <w:sz w:val="18"/>
        </w:rPr>
        <w:t>Use AI to implement what your current site is missing. You decide the requirements.</w:t>
      </w:r>
    </w:p>
    <w:tbl>
      <w:tblPr>
        <w:tblW w:type="auto" w:w="0"/>
        <w:tblLook w:firstColumn="1" w:firstRow="1" w:lastColumn="0" w:lastRow="0" w:noHBand="0" w:noVBand="1" w:val="04A0"/>
      </w:tblPr>
      <w:tblGrid>
        <w:gridCol w:w="5400"/>
        <w:gridCol w:w="5400"/>
      </w:tblGrid>
      <w:tr>
        <w:tc>
          <w:tcPr>
            <w:tcW w:type="dxa" w:w="5400"/>
            <w:shd w:fill="EF5B8C"/>
            <w:tcBorders>
              <w:top w:val="single" w:sz="4" w:color="D9E1E7"/>
              <w:left w:val="single" w:sz="4" w:color="D9E1E7"/>
              <w:bottom w:val="single" w:sz="4" w:color="D9E1E7"/>
              <w:right w:val="single" w:sz="4" w:color="D9E1E7"/>
            </w:tcBorders>
          </w:tcPr>
          <w:p>
            <w:r>
              <w:rPr>
                <w:b/>
                <w:color w:val="FFFFFF"/>
                <w:sz w:val="18"/>
              </w:rPr>
              <w:t>HOME</w:t>
            </w:r>
          </w:p>
        </w:tc>
        <w:tc>
          <w:tcPr>
            <w:tcW w:type="dxa" w:w="5400"/>
            <w:shd w:fill="FFFFFF"/>
            <w:tcBorders>
              <w:top w:val="single" w:sz="4" w:color="D9E1E7"/>
              <w:left w:val="single" w:sz="4" w:color="D9E1E7"/>
              <w:bottom w:val="single" w:sz="4" w:color="D9E1E7"/>
              <w:right w:val="single" w:sz="4" w:color="D9E1E7"/>
            </w:tcBorders>
          </w:tcPr>
          <w:p>
            <w:r>
              <w:rPr>
                <w:color w:val="22282E"/>
                <w:sz w:val="17"/>
              </w:rPr>
              <w:t>Visitor understands who you are, what you do, and where to go next.</w:t>
            </w:r>
          </w:p>
        </w:tc>
      </w:tr>
    </w:tbl>
    <w:tbl>
      <w:tblPr>
        <w:tblW w:type="auto" w:w="0"/>
        <w:tblLook w:firstColumn="1" w:firstRow="1" w:lastColumn="0" w:lastRow="0" w:noHBand="0" w:noVBand="1" w:val="04A0"/>
      </w:tblPr>
      <w:tblGrid>
        <w:gridCol w:w="5400"/>
        <w:gridCol w:w="5400"/>
      </w:tblGrid>
      <w:tr>
        <w:tc>
          <w:tcPr>
            <w:tcW w:type="dxa" w:w="5400"/>
            <w:shd w:fill="1FB8C8"/>
            <w:tcBorders>
              <w:top w:val="single" w:sz="4" w:color="D9E1E7"/>
              <w:left w:val="single" w:sz="4" w:color="D9E1E7"/>
              <w:bottom w:val="single" w:sz="4" w:color="D9E1E7"/>
              <w:right w:val="single" w:sz="4" w:color="D9E1E7"/>
            </w:tcBorders>
          </w:tcPr>
          <w:p>
            <w:r>
              <w:rPr>
                <w:b/>
                <w:color w:val="FFFFFF"/>
                <w:sz w:val="18"/>
              </w:rPr>
              <w:t>PROJECTS</w:t>
            </w:r>
          </w:p>
        </w:tc>
        <w:tc>
          <w:tcPr>
            <w:tcW w:type="dxa" w:w="5400"/>
            <w:shd w:fill="FFFFFF"/>
            <w:tcBorders>
              <w:top w:val="single" w:sz="4" w:color="D9E1E7"/>
              <w:left w:val="single" w:sz="4" w:color="D9E1E7"/>
              <w:bottom w:val="single" w:sz="4" w:color="D9E1E7"/>
              <w:right w:val="single" w:sz="4" w:color="D9E1E7"/>
            </w:tcBorders>
          </w:tcPr>
          <w:p>
            <w:r>
              <w:rPr>
                <w:color w:val="22282E"/>
                <w:sz w:val="17"/>
              </w:rPr>
              <w:t>At least 3 project cards with image/placeholder, title and short description.</w:t>
            </w:r>
          </w:p>
        </w:tc>
      </w:tr>
    </w:tbl>
    <w:tbl>
      <w:tblPr>
        <w:tblW w:type="auto" w:w="0"/>
        <w:tblLook w:firstColumn="1" w:firstRow="1" w:lastColumn="0" w:lastRow="0" w:noHBand="0" w:noVBand="1" w:val="04A0"/>
      </w:tblPr>
      <w:tblGrid>
        <w:gridCol w:w="5400"/>
        <w:gridCol w:w="5400"/>
      </w:tblGrid>
      <w:tr>
        <w:tc>
          <w:tcPr>
            <w:tcW w:type="dxa" w:w="5400"/>
            <w:shd w:fill="57B879"/>
            <w:tcBorders>
              <w:top w:val="single" w:sz="4" w:color="D9E1E7"/>
              <w:left w:val="single" w:sz="4" w:color="D9E1E7"/>
              <w:bottom w:val="single" w:sz="4" w:color="D9E1E7"/>
              <w:right w:val="single" w:sz="4" w:color="D9E1E7"/>
            </w:tcBorders>
          </w:tcPr>
          <w:p>
            <w:r>
              <w:rPr>
                <w:b/>
                <w:color w:val="FFFFFF"/>
                <w:sz w:val="18"/>
              </w:rPr>
              <w:t>PROJECT DETAIL</w:t>
            </w:r>
          </w:p>
        </w:tc>
        <w:tc>
          <w:tcPr>
            <w:tcW w:type="dxa" w:w="5400"/>
            <w:shd w:fill="FFFFFF"/>
            <w:tcBorders>
              <w:top w:val="single" w:sz="4" w:color="D9E1E7"/>
              <w:left w:val="single" w:sz="4" w:color="D9E1E7"/>
              <w:bottom w:val="single" w:sz="4" w:color="D9E1E7"/>
              <w:right w:val="single" w:sz="4" w:color="D9E1E7"/>
            </w:tcBorders>
          </w:tcPr>
          <w:p>
            <w:r>
              <w:rPr>
                <w:color w:val="22282E"/>
                <w:sz w:val="17"/>
              </w:rPr>
              <w:t>At least one project shows the problem, process, result and evidence/images.</w:t>
            </w:r>
          </w:p>
        </w:tc>
      </w:tr>
    </w:tbl>
    <w:tbl>
      <w:tblPr>
        <w:tblW w:type="auto" w:w="0"/>
        <w:tblLook w:firstColumn="1" w:firstRow="1" w:lastColumn="0" w:lastRow="0" w:noHBand="0" w:noVBand="1" w:val="04A0"/>
      </w:tblPr>
      <w:tblGrid>
        <w:gridCol w:w="5400"/>
        <w:gridCol w:w="5400"/>
      </w:tblGrid>
      <w:tr>
        <w:tc>
          <w:tcPr>
            <w:tcW w:type="dxa" w:w="5400"/>
            <w:shd w:fill="7557C7"/>
            <w:tcBorders>
              <w:top w:val="single" w:sz="4" w:color="D9E1E7"/>
              <w:left w:val="single" w:sz="4" w:color="D9E1E7"/>
              <w:bottom w:val="single" w:sz="4" w:color="D9E1E7"/>
              <w:right w:val="single" w:sz="4" w:color="D9E1E7"/>
            </w:tcBorders>
          </w:tcPr>
          <w:p>
            <w:r>
              <w:rPr>
                <w:b/>
                <w:color w:val="FFFFFF"/>
                <w:sz w:val="18"/>
              </w:rPr>
              <w:t>NAVIGATION</w:t>
            </w:r>
          </w:p>
        </w:tc>
        <w:tc>
          <w:tcPr>
            <w:tcW w:type="dxa" w:w="5400"/>
            <w:shd w:fill="FFFFFF"/>
            <w:tcBorders>
              <w:top w:val="single" w:sz="4" w:color="D9E1E7"/>
              <w:left w:val="single" w:sz="4" w:color="D9E1E7"/>
              <w:bottom w:val="single" w:sz="4" w:color="D9E1E7"/>
              <w:right w:val="single" w:sz="4" w:color="D9E1E7"/>
            </w:tcBorders>
          </w:tcPr>
          <w:p>
            <w:r>
              <w:rPr>
                <w:color w:val="22282E"/>
                <w:sz w:val="17"/>
              </w:rPr>
              <w:t>Home • Projects • About. The user must not get trapped.</w:t>
            </w:r>
          </w:p>
        </w:tc>
      </w:tr>
    </w:tbl>
    <w:tbl>
      <w:tblPr>
        <w:tblW w:type="auto" w:w="0"/>
        <w:tblLook w:firstColumn="1" w:firstRow="1" w:lastColumn="0" w:lastRow="0" w:noHBand="0" w:noVBand="1" w:val="04A0"/>
      </w:tblPr>
      <w:tblGrid>
        <w:gridCol w:w="10800"/>
      </w:tblGrid>
      <w:tr>
        <w:tc>
          <w:tcPr>
            <w:tcW w:type="dxa" w:w="10800"/>
            <w:shd w:fill="EDF8EF"/>
            <w:tcBorders>
              <w:top w:val="single" w:sz="4" w:color="D9E1E7"/>
              <w:left w:val="single" w:sz="4" w:color="D9E1E7"/>
              <w:bottom w:val="single" w:sz="4" w:color="D9E1E7"/>
              <w:right w:val="single" w:sz="4" w:color="D9E1E7"/>
            </w:tcBorders>
          </w:tcPr>
          <w:p>
            <w:r>
              <w:rPr>
                <w:b/>
                <w:color w:val="172A46"/>
                <w:sz w:val="18"/>
              </w:rPr>
              <w:t>What is the FIRST thing you need AI to build or improve?</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tbl>
      <w:tblPr>
        <w:tblW w:type="auto" w:w="0"/>
        <w:tblLook w:firstColumn="1" w:firstRow="1" w:lastColumn="0" w:lastRow="0" w:noHBand="0" w:noVBand="1" w:val="04A0"/>
      </w:tblPr>
      <w:tblGrid>
        <w:gridCol w:w="10800"/>
      </w:tblGrid>
      <w:tr>
        <w:tc>
          <w:tcPr>
            <w:tcW w:type="dxa" w:w="10800"/>
            <w:shd w:fill="FFFFFF"/>
            <w:tcBorders>
              <w:top w:val="single" w:sz="4" w:color="D9E1E7"/>
              <w:left w:val="single" w:sz="4" w:color="D9E1E7"/>
              <w:bottom w:val="single" w:sz="4" w:color="D9E1E7"/>
              <w:right w:val="single" w:sz="4" w:color="D9E1E7"/>
            </w:tcBorders>
          </w:tcPr>
          <w:p>
            <w:r>
              <w:rPr>
                <w:b/>
                <w:color w:val="172A46"/>
                <w:sz w:val="18"/>
              </w:rPr>
              <w:t>Write the instruction you will give AI. Be specific about what the USER should be able to do.</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tbl>
      <w:tblPr>
        <w:tblW w:type="auto" w:w="0"/>
        <w:tblLook w:firstColumn="1" w:firstRow="1" w:lastColumn="0" w:lastRow="0" w:noHBand="0" w:noVBand="1" w:val="04A0"/>
      </w:tblPr>
      <w:tblGrid>
        <w:gridCol w:w="5400"/>
        <w:gridCol w:w="5400"/>
      </w:tblGrid>
      <w:tr>
        <w:tc>
          <w:tcPr>
            <w:tcW w:type="dxa" w:w="5400"/>
            <w:shd w:fill="F3C84B"/>
            <w:tcBorders>
              <w:top w:val="single" w:sz="4" w:color="172A46"/>
              <w:left w:val="single" w:sz="4" w:color="172A46"/>
              <w:bottom w:val="single" w:sz="4" w:color="172A46"/>
              <w:right w:val="single" w:sz="4" w:color="172A46"/>
            </w:tcBorders>
          </w:tcPr>
          <w:p>
            <w:pPr>
              <w:jc w:val="center"/>
            </w:pPr>
            <w:r>
              <w:rPr>
                <w:b/>
                <w:color w:val="FFFFFF"/>
                <w:sz w:val="32"/>
              </w:rPr>
              <w:t>D</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ADD ONE USEFUL INTERACTION</w:t>
            </w:r>
          </w:p>
        </w:tc>
      </w:tr>
    </w:tbl>
    <w:p>
      <w:pPr>
        <w:spacing w:after="40"/>
      </w:pPr>
    </w:p>
    <w:p>
      <w:pPr>
        <w:spacing w:after="60"/>
      </w:pPr>
      <w:r>
        <w:rPr>
          <w:rFonts w:ascii="Aptos" w:hAnsi="Aptos"/>
          <w:b w:val="0"/>
          <w:color w:val="22282E"/>
          <w:sz w:val="18"/>
        </w:rPr>
        <w:t>Add ONE interaction that genuinely improves the portfolio. No random fireworks.</w:t>
      </w:r>
    </w:p>
    <w:tbl>
      <w:tblPr>
        <w:tblW w:type="auto" w:w="0"/>
        <w:tblLook w:firstColumn="1" w:firstRow="1" w:lastColumn="0" w:lastRow="0" w:noHBand="0" w:noVBand="1" w:val="04A0"/>
      </w:tblPr>
      <w:tblGrid>
        <w:gridCol w:w="3600"/>
        <w:gridCol w:w="3600"/>
        <w:gridCol w:w="3600"/>
      </w:tblGrid>
      <w:tr>
        <w:tc>
          <w:tcPr>
            <w:tcW w:type="dxa" w:w="3600"/>
            <w:shd w:fill="FFF8DD"/>
            <w:tcBorders>
              <w:top w:val="single" w:sz="4" w:color="D9E1E7"/>
              <w:left w:val="single" w:sz="4" w:color="D9E1E7"/>
              <w:bottom w:val="single" w:sz="4" w:color="D9E1E7"/>
              <w:right w:val="single" w:sz="4" w:color="D9E1E7"/>
            </w:tcBorders>
          </w:tcPr>
          <w:p>
            <w:r>
              <w:rPr>
                <w:color w:val="172A46"/>
                <w:sz w:val="16"/>
              </w:rPr>
              <w:t>□ Project filter</w:t>
            </w:r>
          </w:p>
        </w:tc>
        <w:tc>
          <w:tcPr>
            <w:tcW w:type="dxa" w:w="3600"/>
            <w:shd w:fill="FFF8DD"/>
            <w:tcBorders>
              <w:top w:val="single" w:sz="4" w:color="D9E1E7"/>
              <w:left w:val="single" w:sz="4" w:color="D9E1E7"/>
              <w:bottom w:val="single" w:sz="4" w:color="D9E1E7"/>
              <w:right w:val="single" w:sz="4" w:color="D9E1E7"/>
            </w:tcBorders>
          </w:tcPr>
          <w:p>
            <w:r>
              <w:rPr>
                <w:color w:val="172A46"/>
                <w:sz w:val="16"/>
              </w:rPr>
              <w:t>□ Expandable process</w:t>
            </w:r>
          </w:p>
        </w:tc>
        <w:tc>
          <w:tcPr>
            <w:tcW w:type="dxa" w:w="3600"/>
            <w:shd w:fill="FFF8DD"/>
            <w:tcBorders>
              <w:top w:val="single" w:sz="4" w:color="D9E1E7"/>
              <w:left w:val="single" w:sz="4" w:color="D9E1E7"/>
              <w:bottom w:val="single" w:sz="4" w:color="D9E1E7"/>
              <w:right w:val="single" w:sz="4" w:color="D9E1E7"/>
            </w:tcBorders>
          </w:tcPr>
          <w:p>
            <w:r>
              <w:rPr>
                <w:color w:val="172A46"/>
                <w:sz w:val="16"/>
              </w:rPr>
              <w:t>□ Image gallery</w:t>
            </w:r>
          </w:p>
        </w:tc>
      </w:tr>
      <w:tr>
        <w:tc>
          <w:tcPr>
            <w:tcW w:type="dxa" w:w="3600"/>
            <w:shd w:fill="FFF8DD"/>
            <w:tcBorders>
              <w:top w:val="single" w:sz="4" w:color="D9E1E7"/>
              <w:left w:val="single" w:sz="4" w:color="D9E1E7"/>
              <w:bottom w:val="single" w:sz="4" w:color="D9E1E7"/>
              <w:right w:val="single" w:sz="4" w:color="D9E1E7"/>
            </w:tcBorders>
          </w:tcPr>
          <w:p>
            <w:r>
              <w:rPr>
                <w:color w:val="172A46"/>
                <w:sz w:val="16"/>
              </w:rPr>
              <w:t>□ Project preview/modal</w:t>
            </w:r>
          </w:p>
        </w:tc>
        <w:tc>
          <w:tcPr>
            <w:tcW w:type="dxa" w:w="3600"/>
            <w:shd w:fill="FFF8DD"/>
            <w:tcBorders>
              <w:top w:val="single" w:sz="4" w:color="D9E1E7"/>
              <w:left w:val="single" w:sz="4" w:color="D9E1E7"/>
              <w:bottom w:val="single" w:sz="4" w:color="D9E1E7"/>
              <w:right w:val="single" w:sz="4" w:color="D9E1E7"/>
            </w:tcBorders>
          </w:tcPr>
          <w:p>
            <w:r>
              <w:rPr>
                <w:color w:val="172A46"/>
                <w:sz w:val="16"/>
              </w:rPr>
              <w:t>□ Interactive timeline</w:t>
            </w:r>
          </w:p>
        </w:tc>
        <w:tc>
          <w:tcPr>
            <w:tcW w:type="dxa" w:w="3600"/>
            <w:shd w:fill="FFF8DD"/>
            <w:tcBorders>
              <w:top w:val="single" w:sz="4" w:color="D9E1E7"/>
              <w:left w:val="single" w:sz="4" w:color="D9E1E7"/>
              <w:bottom w:val="single" w:sz="4" w:color="D9E1E7"/>
              <w:right w:val="single" w:sz="4" w:color="D9E1E7"/>
            </w:tcBorders>
          </w:tcPr>
          <w:p>
            <w:r>
              <w:rPr>
                <w:color w:val="172A46"/>
                <w:sz w:val="16"/>
              </w:rPr>
              <w:t>□ Next/previous project</w:t>
            </w:r>
          </w:p>
        </w:tc>
      </w:tr>
      <w:tr>
        <w:tc>
          <w:tcPr>
            <w:tcW w:type="dxa" w:w="3600"/>
            <w:shd w:fill="FFF8DD"/>
            <w:tcBorders>
              <w:top w:val="single" w:sz="4" w:color="D9E1E7"/>
              <w:left w:val="single" w:sz="4" w:color="D9E1E7"/>
              <w:bottom w:val="single" w:sz="4" w:color="D9E1E7"/>
              <w:right w:val="single" w:sz="4" w:color="D9E1E7"/>
            </w:tcBorders>
          </w:tcPr>
          <w:p>
            <w:r>
              <w:rPr>
                <w:color w:val="172A46"/>
                <w:sz w:val="16"/>
              </w:rPr>
              <w:t>□ Before/after view</w:t>
            </w:r>
          </w:p>
        </w:tc>
        <w:tc>
          <w:tcPr>
            <w:tcW w:type="dxa" w:w="3600"/>
            <w:shd w:fill="FFF8DD"/>
            <w:tcBorders>
              <w:top w:val="single" w:sz="4" w:color="D9E1E7"/>
              <w:left w:val="single" w:sz="4" w:color="D9E1E7"/>
              <w:bottom w:val="single" w:sz="4" w:color="D9E1E7"/>
              <w:right w:val="single" w:sz="4" w:color="D9E1E7"/>
            </w:tcBorders>
          </w:tcPr>
          <w:p>
            <w:r>
              <w:rPr>
                <w:color w:val="172A46"/>
                <w:sz w:val="16"/>
              </w:rPr>
              <w:t>□ Category buttons</w:t>
            </w:r>
          </w:p>
        </w:tc>
        <w:tc>
          <w:tcPr>
            <w:tcW w:type="dxa" w:w="3600"/>
            <w:shd w:fill="FFF8DD"/>
            <w:tcBorders>
              <w:top w:val="single" w:sz="4" w:color="D9E1E7"/>
              <w:left w:val="single" w:sz="4" w:color="D9E1E7"/>
              <w:bottom w:val="single" w:sz="4" w:color="D9E1E7"/>
              <w:right w:val="single" w:sz="4" w:color="D9E1E7"/>
            </w:tcBorders>
          </w:tcPr>
          <w:p>
            <w:r>
              <w:rPr>
                <w:color w:val="172A46"/>
                <w:sz w:val="16"/>
              </w:rPr>
              <w:t>□ Other: __________</w:t>
            </w:r>
          </w:p>
        </w:tc>
      </w:tr>
    </w:tbl>
    <w:tbl>
      <w:tblPr>
        <w:tblW w:type="auto" w:w="0"/>
        <w:tblLook w:firstColumn="1" w:firstRow="1" w:lastColumn="0" w:lastRow="0" w:noHBand="0" w:noVBand="1" w:val="04A0"/>
      </w:tblPr>
      <w:tblGrid>
        <w:gridCol w:w="10800"/>
      </w:tblGrid>
      <w:tr>
        <w:tc>
          <w:tcPr>
            <w:tcW w:type="dxa" w:w="10800"/>
            <w:shd w:fill="FFF8DD"/>
            <w:tcBorders>
              <w:top w:val="single" w:sz="4" w:color="D9E1E7"/>
              <w:left w:val="single" w:sz="4" w:color="D9E1E7"/>
              <w:bottom w:val="single" w:sz="4" w:color="D9E1E7"/>
              <w:right w:val="single" w:sz="4" w:color="D9E1E7"/>
            </w:tcBorders>
          </w:tcPr>
          <w:p>
            <w:r>
              <w:rPr>
                <w:b/>
                <w:color w:val="172A46"/>
                <w:sz w:val="18"/>
              </w:rPr>
              <w:t>My interaction should help the user by…</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p>
      <w:r>
        <w:br w:type="page"/>
      </w:r>
    </w:p>
    <w:tbl>
      <w:tblPr>
        <w:tblW w:type="auto" w:w="0"/>
        <w:tblLook w:firstColumn="1" w:firstRow="1" w:lastColumn="0" w:lastRow="0" w:noHBand="0" w:noVBand="1" w:val="04A0"/>
      </w:tblPr>
      <w:tblGrid>
        <w:gridCol w:w="5400"/>
        <w:gridCol w:w="5400"/>
      </w:tblGrid>
      <w:tr>
        <w:tc>
          <w:tcPr>
            <w:tcW w:type="dxa" w:w="5400"/>
            <w:shd w:fill="F29445"/>
            <w:tcBorders>
              <w:top w:val="single" w:sz="4" w:color="172A46"/>
              <w:left w:val="single" w:sz="4" w:color="172A46"/>
              <w:bottom w:val="single" w:sz="4" w:color="172A46"/>
              <w:right w:val="single" w:sz="4" w:color="172A46"/>
            </w:tcBorders>
          </w:tcPr>
          <w:p>
            <w:pPr>
              <w:jc w:val="center"/>
            </w:pPr>
            <w:r>
              <w:rPr>
                <w:b/>
                <w:color w:val="FFFFFF"/>
                <w:sz w:val="32"/>
              </w:rPr>
              <w:t>E</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REAL UX TEST — DO NOT HELP THE USER</w:t>
            </w:r>
          </w:p>
        </w:tc>
      </w:tr>
    </w:tbl>
    <w:p>
      <w:pPr>
        <w:spacing w:after="40"/>
      </w:pPr>
    </w:p>
    <w:p>
      <w:pPr>
        <w:spacing w:after="40"/>
      </w:pPr>
      <w:r>
        <w:rPr>
          <w:rFonts w:ascii="Aptos" w:hAnsi="Aptos"/>
          <w:b w:val="0"/>
          <w:color w:val="22282E"/>
          <w:sz w:val="18"/>
        </w:rPr>
        <w:t>Swap computers. Give your tester ONE task:</w:t>
      </w:r>
    </w:p>
    <w:tbl>
      <w:tblPr>
        <w:tblW w:type="auto" w:w="0"/>
        <w:tblLook w:firstColumn="1" w:firstRow="1" w:lastColumn="0" w:lastRow="0" w:noHBand="0" w:noVBand="1" w:val="04A0"/>
      </w:tblPr>
      <w:tblGrid>
        <w:gridCol w:w="10800"/>
      </w:tblGrid>
      <w:tr>
        <w:tc>
          <w:tcPr>
            <w:tcW w:type="dxa" w:w="10800"/>
            <w:shd w:fill="FFF3E8"/>
            <w:tcBorders>
              <w:top w:val="single" w:sz="4" w:color="D9E1E7"/>
              <w:left w:val="single" w:sz="4" w:color="D9E1E7"/>
              <w:bottom w:val="single" w:sz="4" w:color="D9E1E7"/>
              <w:right w:val="single" w:sz="4" w:color="D9E1E7"/>
            </w:tcBorders>
          </w:tcPr>
          <w:p>
            <w:r>
              <w:rPr>
                <w:b/>
                <w:color w:val="172A46"/>
                <w:sz w:val="18"/>
              </w:rPr>
              <w:t>FIND WHAT YOU THINK IS MY STRONGEST PROJECT, LEARN WHAT I DID, THEN RETURN TO THE HOMEPAGE.</w:t>
            </w:r>
          </w:p>
          <w:p>
            <w:pPr>
              <w:spacing w:after="0"/>
            </w:pPr>
            <w:r>
              <w:rPr>
                <w:color w:val="A6B0B6"/>
                <w:sz w:val="14"/>
              </w:rPr>
              <w:t>________________________________________________________________________</w:t>
            </w:r>
          </w:p>
        </w:tc>
      </w:tr>
    </w:tbl>
    <w:p>
      <w:pPr>
        <w:spacing w:after="40"/>
      </w:pPr>
    </w:p>
    <w:p>
      <w:pPr>
        <w:spacing w:after="80"/>
      </w:pPr>
      <w:r>
        <w:rPr>
          <w:rFonts w:ascii="Aptos" w:hAnsi="Aptos"/>
          <w:b/>
          <w:color w:val="E75A5A"/>
          <w:sz w:val="18"/>
        </w:rPr>
        <w:t>The website owner stays silent. Observe behavior instead of explaining.</w:t>
      </w:r>
    </w:p>
    <w:tbl>
      <w:tblPr>
        <w:tblW w:type="auto" w:w="0"/>
        <w:tblLook w:firstColumn="1" w:firstRow="1" w:lastColumn="0" w:lastRow="0" w:noHBand="0" w:noVBand="1" w:val="04A0"/>
      </w:tblPr>
      <w:tblGrid>
        <w:gridCol w:w="5400"/>
        <w:gridCol w:w="5400"/>
      </w:tblGrid>
      <w:tr>
        <w:tc>
          <w:tcPr>
            <w:tcW w:type="dxa" w:w="5400"/>
            <w:shd w:fill="F5F7F9"/>
            <w:tcBorders>
              <w:top w:val="single" w:sz="4" w:color="D9E1E7"/>
              <w:left w:val="single" w:sz="4" w:color="D9E1E7"/>
              <w:bottom w:val="single" w:sz="4" w:color="D9E1E7"/>
              <w:right w:val="single" w:sz="4" w:color="D9E1E7"/>
            </w:tcBorders>
          </w:tcPr>
          <w:p>
            <w:r>
              <w:rPr>
                <w:b/>
                <w:color w:val="172A46"/>
                <w:sz w:val="16"/>
              </w:rPr>
              <w:t>What did they click first?</w:t>
            </w:r>
          </w:p>
        </w:tc>
        <w:tc>
          <w:tcPr>
            <w:tcW w:type="dxa" w:w="5400"/>
            <w:shd w:fill="FFFFFF"/>
            <w:tcBorders>
              <w:top w:val="single" w:sz="4" w:color="D9E1E7"/>
              <w:left w:val="single" w:sz="4" w:color="D9E1E7"/>
              <w:bottom w:val="single" w:sz="4" w:color="D9E1E7"/>
              <w:right w:val="single" w:sz="4" w:color="D9E1E7"/>
            </w:tcBorders>
          </w:tcPr>
          <w:p/>
          <w:p>
            <w:pPr>
              <w:spacing w:after="0"/>
            </w:pPr>
            <w:r>
              <w:rPr>
                <w:color w:val="A6B0B6"/>
                <w:sz w:val="14"/>
              </w:rPr>
              <w:t>________________________________________________________________________</w:t>
            </w:r>
          </w:p>
        </w:tc>
      </w:tr>
      <w:tr>
        <w:tc>
          <w:tcPr>
            <w:tcW w:type="dxa" w:w="5400"/>
            <w:shd w:fill="FFF3E8"/>
            <w:tcBorders>
              <w:top w:val="single" w:sz="4" w:color="D9E1E7"/>
              <w:left w:val="single" w:sz="4" w:color="D9E1E7"/>
              <w:bottom w:val="single" w:sz="4" w:color="D9E1E7"/>
              <w:right w:val="single" w:sz="4" w:color="D9E1E7"/>
            </w:tcBorders>
          </w:tcPr>
          <w:p>
            <w:r>
              <w:rPr>
                <w:b/>
                <w:color w:val="172A46"/>
                <w:sz w:val="16"/>
              </w:rPr>
              <w:t>Where did they hesitate?</w:t>
            </w:r>
          </w:p>
        </w:tc>
        <w:tc>
          <w:tcPr>
            <w:tcW w:type="dxa" w:w="5400"/>
            <w:shd w:fill="FFFFFF"/>
            <w:tcBorders>
              <w:top w:val="single" w:sz="4" w:color="D9E1E7"/>
              <w:left w:val="single" w:sz="4" w:color="D9E1E7"/>
              <w:bottom w:val="single" w:sz="4" w:color="D9E1E7"/>
              <w:right w:val="single" w:sz="4" w:color="D9E1E7"/>
            </w:tcBorders>
          </w:tcPr>
          <w:p/>
          <w:p>
            <w:pPr>
              <w:spacing w:after="0"/>
            </w:pPr>
            <w:r>
              <w:rPr>
                <w:color w:val="A6B0B6"/>
                <w:sz w:val="14"/>
              </w:rPr>
              <w:t>________________________________________________________________________</w:t>
            </w:r>
          </w:p>
        </w:tc>
      </w:tr>
      <w:tr>
        <w:tc>
          <w:tcPr>
            <w:tcW w:type="dxa" w:w="5400"/>
            <w:shd w:fill="F5F7F9"/>
            <w:tcBorders>
              <w:top w:val="single" w:sz="4" w:color="D9E1E7"/>
              <w:left w:val="single" w:sz="4" w:color="D9E1E7"/>
              <w:bottom w:val="single" w:sz="4" w:color="D9E1E7"/>
              <w:right w:val="single" w:sz="4" w:color="D9E1E7"/>
            </w:tcBorders>
          </w:tcPr>
          <w:p>
            <w:r>
              <w:rPr>
                <w:b/>
                <w:color w:val="172A46"/>
                <w:sz w:val="16"/>
              </w:rPr>
              <w:t>Did they click something that was not clickable?</w:t>
            </w:r>
          </w:p>
        </w:tc>
        <w:tc>
          <w:tcPr>
            <w:tcW w:type="dxa" w:w="5400"/>
            <w:shd w:fill="FFFFFF"/>
            <w:tcBorders>
              <w:top w:val="single" w:sz="4" w:color="D9E1E7"/>
              <w:left w:val="single" w:sz="4" w:color="D9E1E7"/>
              <w:bottom w:val="single" w:sz="4" w:color="D9E1E7"/>
              <w:right w:val="single" w:sz="4" w:color="D9E1E7"/>
            </w:tcBorders>
          </w:tcPr>
          <w:p/>
          <w:p>
            <w:pPr>
              <w:spacing w:after="0"/>
            </w:pPr>
            <w:r>
              <w:rPr>
                <w:color w:val="A6B0B6"/>
                <w:sz w:val="14"/>
              </w:rPr>
              <w:t>________________________________________________________________________</w:t>
            </w:r>
          </w:p>
        </w:tc>
      </w:tr>
      <w:tr>
        <w:tc>
          <w:tcPr>
            <w:tcW w:type="dxa" w:w="5400"/>
            <w:shd w:fill="FFF3E8"/>
            <w:tcBorders>
              <w:top w:val="single" w:sz="4" w:color="D9E1E7"/>
              <w:left w:val="single" w:sz="4" w:color="D9E1E7"/>
              <w:bottom w:val="single" w:sz="4" w:color="D9E1E7"/>
              <w:right w:val="single" w:sz="4" w:color="D9E1E7"/>
            </w:tcBorders>
          </w:tcPr>
          <w:p>
            <w:r>
              <w:rPr>
                <w:b/>
                <w:color w:val="172A46"/>
                <w:sz w:val="16"/>
              </w:rPr>
              <w:t>Did they get lost? Where?</w:t>
            </w:r>
          </w:p>
        </w:tc>
        <w:tc>
          <w:tcPr>
            <w:tcW w:type="dxa" w:w="5400"/>
            <w:shd w:fill="FFFFFF"/>
            <w:tcBorders>
              <w:top w:val="single" w:sz="4" w:color="D9E1E7"/>
              <w:left w:val="single" w:sz="4" w:color="D9E1E7"/>
              <w:bottom w:val="single" w:sz="4" w:color="D9E1E7"/>
              <w:right w:val="single" w:sz="4" w:color="D9E1E7"/>
            </w:tcBorders>
          </w:tcPr>
          <w:p/>
          <w:p>
            <w:pPr>
              <w:spacing w:after="0"/>
            </w:pPr>
            <w:r>
              <w:rPr>
                <w:color w:val="A6B0B6"/>
                <w:sz w:val="14"/>
              </w:rPr>
              <w:t>________________________________________________________________________</w:t>
            </w:r>
          </w:p>
        </w:tc>
      </w:tr>
      <w:tr>
        <w:tc>
          <w:tcPr>
            <w:tcW w:type="dxa" w:w="5400"/>
            <w:shd w:fill="F5F7F9"/>
            <w:tcBorders>
              <w:top w:val="single" w:sz="4" w:color="D9E1E7"/>
              <w:left w:val="single" w:sz="4" w:color="D9E1E7"/>
              <w:bottom w:val="single" w:sz="4" w:color="D9E1E7"/>
              <w:right w:val="single" w:sz="4" w:color="D9E1E7"/>
            </w:tcBorders>
          </w:tcPr>
          <w:p>
            <w:r>
              <w:rPr>
                <w:b/>
                <w:color w:val="172A46"/>
                <w:sz w:val="16"/>
              </w:rPr>
              <w:t>Did they complete the task?</w:t>
            </w:r>
          </w:p>
        </w:tc>
        <w:tc>
          <w:tcPr>
            <w:tcW w:type="dxa" w:w="5400"/>
            <w:shd w:fill="FFFFFF"/>
            <w:tcBorders>
              <w:top w:val="single" w:sz="4" w:color="D9E1E7"/>
              <w:left w:val="single" w:sz="4" w:color="D9E1E7"/>
              <w:bottom w:val="single" w:sz="4" w:color="D9E1E7"/>
              <w:right w:val="single" w:sz="4" w:color="D9E1E7"/>
            </w:tcBorders>
          </w:tcPr>
          <w:p>
            <w:r>
              <w:rPr>
                <w:b/>
                <w:sz w:val="17"/>
              </w:rPr>
              <w:t>□ YES   □ NO</w:t>
            </w:r>
          </w:p>
        </w:tc>
      </w:tr>
    </w:tbl>
    <w:tbl>
      <w:tblPr>
        <w:tblW w:type="auto" w:w="0"/>
        <w:tblLook w:firstColumn="1" w:firstRow="1" w:lastColumn="0" w:lastRow="0" w:noHBand="0" w:noVBand="1" w:val="04A0"/>
      </w:tblPr>
      <w:tblGrid>
        <w:gridCol w:w="5400"/>
        <w:gridCol w:w="5400"/>
      </w:tblGrid>
      <w:tr>
        <w:tc>
          <w:tcPr>
            <w:tcW w:type="dxa" w:w="5400"/>
            <w:shd w:fill="7557C7"/>
            <w:tcBorders>
              <w:top w:val="single" w:sz="4" w:color="172A46"/>
              <w:left w:val="single" w:sz="4" w:color="172A46"/>
              <w:bottom w:val="single" w:sz="4" w:color="172A46"/>
              <w:right w:val="single" w:sz="4" w:color="172A46"/>
            </w:tcBorders>
          </w:tcPr>
          <w:p>
            <w:pPr>
              <w:jc w:val="center"/>
            </w:pPr>
            <w:r>
              <w:rPr>
                <w:b/>
                <w:color w:val="FFFFFF"/>
                <w:sz w:val="32"/>
              </w:rPr>
              <w:t>F</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DIAGNOSE → DIRECT AI → FIX</w:t>
            </w:r>
          </w:p>
        </w:tc>
      </w:tr>
    </w:tbl>
    <w:p>
      <w:pPr>
        <w:spacing w:after="40"/>
      </w:pPr>
    </w:p>
    <w:p>
      <w:pPr>
        <w:spacing w:after="60"/>
      </w:pPr>
      <w:r>
        <w:rPr>
          <w:rFonts w:ascii="Aptos" w:hAnsi="Aptos"/>
          <w:b w:val="0"/>
          <w:color w:val="22282E"/>
          <w:sz w:val="18"/>
        </w:rPr>
        <w:t>Do not tell AI 'make it better.' Use the evidence you just observed.</w:t>
      </w:r>
    </w:p>
    <w:tbl>
      <w:tblPr>
        <w:tblW w:type="auto" w:w="0"/>
        <w:tblLook w:firstColumn="1" w:firstRow="1" w:lastColumn="0" w:lastRow="0" w:noHBand="0" w:noVBand="1" w:val="04A0"/>
      </w:tblPr>
      <w:tblGrid>
        <w:gridCol w:w="10800"/>
      </w:tblGrid>
      <w:tr>
        <w:tc>
          <w:tcPr>
            <w:tcW w:type="dxa" w:w="10800"/>
            <w:shd w:fill="F0ECFA"/>
            <w:tcBorders>
              <w:top w:val="single" w:sz="4" w:color="D9E1E7"/>
              <w:left w:val="single" w:sz="4" w:color="D9E1E7"/>
              <w:bottom w:val="single" w:sz="4" w:color="D9E1E7"/>
              <w:right w:val="single" w:sz="4" w:color="D9E1E7"/>
            </w:tcBorders>
          </w:tcPr>
          <w:p>
            <w:r>
              <w:rPr>
                <w:b/>
                <w:color w:val="172A46"/>
                <w:sz w:val="18"/>
              </w:rPr>
              <w:t>The UX problem I observed was…</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tbl>
      <w:tblPr>
        <w:tblW w:type="auto" w:w="0"/>
        <w:tblLook w:firstColumn="1" w:firstRow="1" w:lastColumn="0" w:lastRow="0" w:noHBand="0" w:noVBand="1" w:val="04A0"/>
      </w:tblPr>
      <w:tblGrid>
        <w:gridCol w:w="10800"/>
      </w:tblGrid>
      <w:tr>
        <w:tc>
          <w:tcPr>
            <w:tcW w:type="dxa" w:w="10800"/>
            <w:shd w:fill="FFFFFF"/>
            <w:tcBorders>
              <w:top w:val="single" w:sz="4" w:color="D9E1E7"/>
              <w:left w:val="single" w:sz="4" w:color="D9E1E7"/>
              <w:bottom w:val="single" w:sz="4" w:color="D9E1E7"/>
              <w:right w:val="single" w:sz="4" w:color="D9E1E7"/>
            </w:tcBorders>
          </w:tcPr>
          <w:p>
            <w:r>
              <w:rPr>
                <w:b/>
                <w:color w:val="172A46"/>
                <w:sz w:val="18"/>
              </w:rPr>
              <w:t>My specific revision instruction to AI:</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p>
      <w:pPr>
        <w:spacing w:after="100"/>
      </w:pPr>
      <w:r>
        <w:rPr>
          <w:rFonts w:ascii="Aptos" w:hAnsi="Aptos"/>
          <w:b w:val="0"/>
          <w:color w:val="687780"/>
          <w:sz w:val="16"/>
        </w:rPr>
        <w:t>Example: “My test user did not realize the project images were clickable. Make the entire card clickable and add a subtle hover response. Do not otherwise change the layout.”</w:t>
      </w:r>
    </w:p>
    <w:tbl>
      <w:tblPr>
        <w:tblW w:type="auto" w:w="0"/>
        <w:tblLook w:firstColumn="1" w:firstRow="1" w:lastColumn="0" w:lastRow="0" w:noHBand="0" w:noVBand="1" w:val="04A0"/>
      </w:tblPr>
      <w:tblGrid>
        <w:gridCol w:w="5400"/>
        <w:gridCol w:w="5400"/>
      </w:tblGrid>
      <w:tr>
        <w:tc>
          <w:tcPr>
            <w:tcW w:type="dxa" w:w="5400"/>
            <w:shd w:fill="1FB8C8"/>
            <w:tcBorders>
              <w:top w:val="single" w:sz="4" w:color="172A46"/>
              <w:left w:val="single" w:sz="4" w:color="172A46"/>
              <w:bottom w:val="single" w:sz="4" w:color="172A46"/>
              <w:right w:val="single" w:sz="4" w:color="172A46"/>
            </w:tcBorders>
          </w:tcPr>
          <w:p>
            <w:pPr>
              <w:jc w:val="center"/>
            </w:pPr>
            <w:r>
              <w:rPr>
                <w:b/>
                <w:color w:val="FFFFFF"/>
                <w:sz w:val="32"/>
              </w:rPr>
              <w:t>G</w:t>
            </w:r>
          </w:p>
        </w:tc>
        <w:tc>
          <w:tcPr>
            <w:tcW w:type="dxa" w:w="5400"/>
            <w:shd w:fill="172A46"/>
            <w:tcBorders>
              <w:top w:val="single" w:sz="4" w:color="172A46"/>
              <w:left w:val="single" w:sz="4" w:color="172A46"/>
              <w:bottom w:val="single" w:sz="4" w:color="172A46"/>
              <w:right w:val="single" w:sz="4" w:color="172A46"/>
            </w:tcBorders>
          </w:tcPr>
          <w:p>
            <w:r>
              <w:rPr>
                <w:b/>
                <w:color w:val="FFFFFF"/>
                <w:sz w:val="26"/>
              </w:rPr>
              <w:t>BEFORE / AFTER EVIDENCE</w:t>
            </w:r>
          </w:p>
        </w:tc>
      </w:tr>
    </w:tbl>
    <w:p>
      <w:pPr>
        <w:spacing w:after="40"/>
      </w:pPr>
    </w:p>
    <w:tbl>
      <w:tblPr>
        <w:tblW w:type="auto" w:w="0"/>
        <w:tblLook w:firstColumn="1" w:firstRow="1" w:lastColumn="0" w:lastRow="0" w:noHBand="0" w:noVBand="1" w:val="04A0"/>
      </w:tblPr>
      <w:tblGrid>
        <w:gridCol w:w="5400"/>
        <w:gridCol w:w="5400"/>
      </w:tblGrid>
      <w:tr>
        <w:tc>
          <w:tcPr>
            <w:tcW w:type="dxa" w:w="5400"/>
            <w:shd w:fill="F5F7F9"/>
            <w:tcBorders>
              <w:top w:val="single" w:sz="4" w:color="D9E1E7"/>
              <w:left w:val="single" w:sz="4" w:color="D9E1E7"/>
              <w:bottom w:val="single" w:sz="4" w:color="D9E1E7"/>
              <w:right w:val="single" w:sz="4" w:color="D9E1E7"/>
            </w:tcBorders>
          </w:tcPr>
          <w:p>
            <w:r>
              <w:rPr>
                <w:sz w:val="17"/>
              </w:rPr>
              <w:t>BEFORE SCREENSHOT</w:t>
              <w:br/>
              <w:br/>
              <w:t>Paste screenshot here</w:t>
              <w:br/>
              <w:br/>
            </w:r>
          </w:p>
        </w:tc>
        <w:tc>
          <w:tcPr>
            <w:tcW w:type="dxa" w:w="5400"/>
            <w:shd w:fill="F5F7F9"/>
            <w:tcBorders>
              <w:top w:val="single" w:sz="4" w:color="D9E1E7"/>
              <w:left w:val="single" w:sz="4" w:color="D9E1E7"/>
              <w:bottom w:val="single" w:sz="4" w:color="D9E1E7"/>
              <w:right w:val="single" w:sz="4" w:color="D9E1E7"/>
            </w:tcBorders>
          </w:tcPr>
          <w:p>
            <w:r>
              <w:rPr>
                <w:sz w:val="17"/>
              </w:rPr>
              <w:t>AFTER SCREENSHOT</w:t>
              <w:br/>
              <w:br/>
              <w:t>Paste screenshot here</w:t>
              <w:br/>
              <w:br/>
            </w:r>
          </w:p>
        </w:tc>
      </w:tr>
    </w:tbl>
    <w:tbl>
      <w:tblPr>
        <w:tblW w:type="auto" w:w="0"/>
        <w:tblLook w:firstColumn="1" w:firstRow="1" w:lastColumn="0" w:lastRow="0" w:noHBand="0" w:noVBand="1" w:val="04A0"/>
      </w:tblPr>
      <w:tblGrid>
        <w:gridCol w:w="10800"/>
      </w:tblGrid>
      <w:tr>
        <w:tc>
          <w:tcPr>
            <w:tcW w:type="dxa" w:w="10800"/>
            <w:shd w:fill="EAF8FA"/>
            <w:tcBorders>
              <w:top w:val="single" w:sz="4" w:color="D9E1E7"/>
              <w:left w:val="single" w:sz="4" w:color="D9E1E7"/>
              <w:bottom w:val="single" w:sz="4" w:color="D9E1E7"/>
              <w:right w:val="single" w:sz="4" w:color="D9E1E7"/>
            </w:tcBorders>
          </w:tcPr>
          <w:p>
            <w:r>
              <w:rPr>
                <w:b/>
                <w:color w:val="172A46"/>
                <w:sz w:val="18"/>
              </w:rPr>
              <w:t>My user __________________________, so I changed __________________________ because __________________________.</w:t>
            </w:r>
          </w:p>
          <w:p>
            <w:pPr>
              <w:spacing w:after="0"/>
            </w:pPr>
            <w:r>
              <w:rPr>
                <w:color w:val="A6B0B6"/>
                <w:sz w:val="14"/>
              </w:rPr>
              <w:t>________________________________________________________________________</w:t>
            </w:r>
          </w:p>
          <w:p>
            <w:pPr>
              <w:spacing w:after="0"/>
            </w:pPr>
            <w:r>
              <w:rPr>
                <w:color w:val="A6B0B6"/>
                <w:sz w:val="14"/>
              </w:rPr>
              <w:t>________________________________________________________________________</w:t>
            </w:r>
          </w:p>
        </w:tc>
      </w:tr>
    </w:tbl>
    <w:p>
      <w:pPr>
        <w:spacing w:after="40"/>
      </w:pPr>
    </w:p>
    <w:sectPr w:rsidR="00FC693F" w:rsidRPr="0006063C" w:rsidSect="00034616">
      <w:footerReference w:type="default" r:id="rId9"/>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4828B"/>
        <w:sz w:val="15"/>
      </w:rPr>
      <w:t>GRADE 9 DESIGN • AI PORTFOLIO PROTOTYPE SPRINT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