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32"/>
        <w:gridCol w:w="3168"/>
        <w:gridCol w:w="3168"/>
      </w:tblGrid>
      <w:tr>
        <w:tc>
          <w:tcPr>
            <w:tcW w:type="dxa" w:w="3552"/>
            <w:tcMar>
              <w:top w:w="30" w:type="dxa"/>
              <w:start w:w="30" w:type="dxa"/>
              <w:bottom w:w="30" w:type="dxa"/>
              <w:end w:w="30" w:type="dxa"/>
            </w:tcMar>
            <w:tcBorders>
              <w:top w:val="nil"/>
              <w:left w:val="nil"/>
              <w:bottom w:val="single" w:sz="5" w:color="D9E0E5"/>
              <w:right w:val="nil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6"/>
              </w:rPr>
              <w:t xml:space="preserve">NAME: 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</w:t>
            </w:r>
          </w:p>
        </w:tc>
        <w:tc>
          <w:tcPr>
            <w:tcW w:type="dxa" w:w="3552"/>
            <w:tcMar>
              <w:top w:w="30" w:type="dxa"/>
              <w:start w:w="30" w:type="dxa"/>
              <w:bottom w:w="30" w:type="dxa"/>
              <w:end w:w="30" w:type="dxa"/>
            </w:tcMar>
            <w:tcBorders>
              <w:top w:val="nil"/>
              <w:left w:val="nil"/>
              <w:bottom w:val="single" w:sz="5" w:color="D9E0E5"/>
              <w:right w:val="nil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6"/>
              </w:rPr>
              <w:t xml:space="preserve">CLASS: 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</w:t>
            </w:r>
          </w:p>
        </w:tc>
        <w:tc>
          <w:tcPr>
            <w:tcW w:type="dxa" w:w="3552"/>
            <w:tcMar>
              <w:top w:w="30" w:type="dxa"/>
              <w:start w:w="30" w:type="dxa"/>
              <w:bottom w:w="30" w:type="dxa"/>
              <w:end w:w="30" w:type="dxa"/>
            </w:tcMar>
            <w:tcBorders>
              <w:top w:val="nil"/>
              <w:left w:val="nil"/>
              <w:bottom w:val="single" w:sz="5" w:color="D9E0E5"/>
              <w:right w:val="nil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6"/>
              </w:rPr>
              <w:t xml:space="preserve">DATE: 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</w:t>
            </w:r>
          </w:p>
        </w:tc>
      </w:tr>
    </w:tbl>
    <w:p>
      <w:pPr>
        <w:spacing w:after="0" w:before="120"/>
        <w:jc w:val="left"/>
      </w:pPr>
      <w:r>
        <w:rPr>
          <w:rFonts w:ascii="Liberation Sans" w:hAnsi="Liberation Sans"/>
          <w:b/>
          <w:color w:val="17324D"/>
          <w:sz w:val="48"/>
        </w:rPr>
        <w:t>PORTFOLIO AUTOPSY</w:t>
      </w:r>
    </w:p>
    <w:p>
      <w:pPr>
        <w:spacing w:after="100" w:before="0"/>
      </w:pPr>
      <w:r>
        <w:rPr>
          <w:rFonts w:ascii="Liberation Sans" w:hAnsi="Liberation Sans"/>
          <w:b/>
          <w:color w:val="1C8C8C"/>
          <w:sz w:val="22"/>
        </w:rPr>
        <w:t>Grade 9 Design  •  UX / UI  •  Criterion A</w:t>
      </w:r>
    </w:p>
    <w:p>
      <w:pPr>
        <w:spacing w:after="100" w:before="0"/>
      </w:pPr>
      <w:r>
        <w:rPr>
          <w:rFonts w:ascii="Liberation Sans" w:hAnsi="Liberation Sans"/>
          <w:b w:val="0"/>
          <w:color w:val="1E252B"/>
          <w:sz w:val="20"/>
        </w:rPr>
        <w:t>Today you will analyze real portfolio websites, test how quickly they communicate, and define the user for your own portfolio.</w:t>
      </w:r>
    </w:p>
    <w:p>
      <w:pPr>
        <w:spacing w:before="20" w:after="80"/>
        <w:pBdr>
          <w:bottom w:val="single" w:sz="10" w:space="1" w:color="1C8C8C"/>
        </w:pBdr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9F6F5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nil"/>
              <w:left w:val="single" w:sz="18" w:color="1C8C8C"/>
              <w:bottom w:val="nil"/>
              <w:right w:val="nil"/>
            </w:tcBorders>
          </w:tcPr>
          <w:p>
            <w:r>
              <w:rPr>
                <w:rFonts w:ascii="Liberation Sans" w:hAnsi="Liberation Sans"/>
                <w:color w:val="1E252B"/>
                <w:sz w:val="17"/>
              </w:rPr>
              <w:t>Today’s rule: “It looks good” is not enough. Every judgment must be tied to what the user can see, understand, predict, or do.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5328"/>
            <w:shd w:fill="1C8C8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6"/>
              </w:rPr>
              <w:t>A</w:t>
            </w:r>
          </w:p>
        </w:tc>
        <w:tc>
          <w:tcPr>
            <w:tcW w:type="dxa" w:w="532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8"/>
              </w:rPr>
              <w:t>THE FIVE UX TESTS</w:t>
            </w:r>
            <w:r>
              <w:rPr>
                <w:rFonts w:ascii="Liberation Sans" w:hAnsi="Liberation Sans"/>
                <w:color w:val="D8E6EF"/>
                <w:sz w:val="17"/>
              </w:rPr>
              <w:br/>
              <w:t>Use these five lenses while you investigate portfolio websites.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2088"/>
        <w:gridCol w:w="8280"/>
      </w:tblGrid>
      <w:tr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1C8C8C"/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1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EEF4F8"/>
          </w:tcPr>
          <w:p>
            <w:r>
              <w:rPr>
                <w:rFonts w:ascii="Liberation Sans" w:hAnsi="Liberation Sans"/>
                <w:b/>
                <w:color w:val="17324D"/>
                <w:sz w:val="18"/>
              </w:rPr>
              <w:t>PURPOSE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1E252B"/>
                <w:sz w:val="18"/>
              </w:rPr>
              <w:t>Can I tell what this site is for within five seconds?</w:t>
            </w:r>
          </w:p>
        </w:tc>
      </w:tr>
      <w:tr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17324D"/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2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E9F6F5"/>
          </w:tcPr>
          <w:p>
            <w:r>
              <w:rPr>
                <w:rFonts w:ascii="Liberation Sans" w:hAnsi="Liberation Sans"/>
                <w:b/>
                <w:color w:val="17324D"/>
                <w:sz w:val="18"/>
              </w:rPr>
              <w:t>HIERARCHY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1E252B"/>
                <w:sz w:val="18"/>
              </w:rPr>
              <w:t>Do I know where to look first, second, and third?</w:t>
            </w:r>
          </w:p>
        </w:tc>
      </w:tr>
      <w:tr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1C8C8C"/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3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EEF4F8"/>
          </w:tcPr>
          <w:p>
            <w:r>
              <w:rPr>
                <w:rFonts w:ascii="Liberation Sans" w:hAnsi="Liberation Sans"/>
                <w:b/>
                <w:color w:val="17324D"/>
                <w:sz w:val="18"/>
              </w:rPr>
              <w:t>NAVIGATION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1E252B"/>
                <w:sz w:val="18"/>
              </w:rPr>
              <w:t>Can I predict where links and buttons will take me?</w:t>
            </w:r>
          </w:p>
        </w:tc>
      </w:tr>
      <w:tr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17324D"/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4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E9F6F5"/>
          </w:tcPr>
          <w:p>
            <w:r>
              <w:rPr>
                <w:rFonts w:ascii="Liberation Sans" w:hAnsi="Liberation Sans"/>
                <w:b/>
                <w:color w:val="17324D"/>
                <w:sz w:val="18"/>
              </w:rPr>
              <w:t>CONSISTENCY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1E252B"/>
                <w:sz w:val="18"/>
              </w:rPr>
              <w:t>Do pages, colors, type, buttons, and layouts behave like one system?</w:t>
            </w:r>
          </w:p>
        </w:tc>
      </w:tr>
      <w:tr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1C8C8C"/>
          </w:tcPr>
          <w:p>
            <w:r>
              <w:rPr>
                <w:rFonts w:ascii="Liberation Sans" w:hAnsi="Liberation Sans"/>
                <w:b/>
                <w:color w:val="FFFFFF"/>
                <w:sz w:val="26"/>
              </w:rPr>
              <w:t>5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  <w:shd w:fill="EEF4F8"/>
          </w:tcPr>
          <w:p>
            <w:r>
              <w:rPr>
                <w:rFonts w:ascii="Liberation Sans" w:hAnsi="Liberation Sans"/>
                <w:b/>
                <w:color w:val="17324D"/>
                <w:sz w:val="18"/>
              </w:rPr>
              <w:t>FRICTION</w:t>
            </w:r>
          </w:p>
        </w:tc>
        <w:tc>
          <w:tcPr>
            <w:tcW w:type="dxa" w:w="3552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1E252B"/>
                <w:sz w:val="18"/>
              </w:rPr>
              <w:t>What makes the user stop, search, wait, guess, or become confused?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9EE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E0E5"/>
              <w:left w:val="single" w:sz="6" w:color="D9E0E5"/>
              <w:bottom w:val="single" w:sz="6" w:color="D9E0E5"/>
              <w:right w:val="single" w:sz="6" w:color="D9E0E5"/>
            </w:tcBorders>
          </w:tcPr>
          <w:p>
            <w:r>
              <w:rPr>
                <w:rFonts w:ascii="Liberation Sans" w:hAnsi="Liberation Sans"/>
                <w:b/>
                <w:color w:val="D59D3A"/>
                <w:sz w:val="18"/>
              </w:rPr>
              <w:t>In your own words: What is UX friction?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5328"/>
            <w:shd w:fill="1C8C8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6"/>
              </w:rPr>
              <w:t>B</w:t>
            </w:r>
          </w:p>
        </w:tc>
        <w:tc>
          <w:tcPr>
            <w:tcW w:type="dxa" w:w="532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8"/>
              </w:rPr>
              <w:t>START YOUR DESIGN FOLDER</w:t>
            </w:r>
            <w:r>
              <w:rPr>
                <w:rFonts w:ascii="Liberation Sans" w:hAnsi="Liberation Sans"/>
                <w:color w:val="D8E6EF"/>
                <w:sz w:val="17"/>
              </w:rPr>
              <w:br/>
              <w:t>Create a file named: G9 Portfolio Project - [Your Name]</w:t>
            </w:r>
          </w:p>
        </w:tc>
      </w:tr>
    </w:tbl>
    <w:p>
      <w:pPr>
        <w:spacing w:after="40"/>
      </w:pPr>
    </w:p>
    <w:p>
      <w:pPr>
        <w:spacing w:after="40" w:before="0"/>
      </w:pPr>
      <w:r>
        <w:rPr>
          <w:rFonts w:ascii="Liberation Sans" w:hAnsi="Liberation Sans"/>
          <w:b/>
          <w:color w:val="17324D"/>
          <w:sz w:val="18"/>
        </w:rPr>
        <w:t>Use these headings in your folder: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8640"/>
      </w:tblGrid>
      <w:tr>
        <w:tc>
          <w:tcPr>
            <w:tcW w:type="dxa" w:w="5328"/>
            <w:shd w:fill="EEF4F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8"/>
              </w:rPr>
              <w:t>A.i</w:t>
            </w:r>
          </w:p>
        </w:tc>
        <w:tc>
          <w:tcPr>
            <w:tcW w:type="dxa" w:w="5328"/>
            <w:shd w:fill="FFFFFF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1E252B"/>
                <w:sz w:val="18"/>
              </w:rPr>
              <w:t>Need / User</w:t>
            </w:r>
          </w:p>
        </w:tc>
      </w:tr>
      <w:tr>
        <w:tc>
          <w:tcPr>
            <w:tcW w:type="dxa" w:w="5328"/>
            <w:shd w:fill="EEF4F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8"/>
              </w:rPr>
              <w:t>A.ii</w:t>
            </w:r>
          </w:p>
        </w:tc>
        <w:tc>
          <w:tcPr>
            <w:tcW w:type="dxa" w:w="5328"/>
            <w:shd w:fill="FFFFFF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1E252B"/>
                <w:sz w:val="18"/>
              </w:rPr>
              <w:t>Research Plan</w:t>
            </w:r>
          </w:p>
        </w:tc>
      </w:tr>
      <w:tr>
        <w:tc>
          <w:tcPr>
            <w:tcW w:type="dxa" w:w="5328"/>
            <w:shd w:fill="EEF4F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8"/>
              </w:rPr>
              <w:t>A.iii</w:t>
            </w:r>
          </w:p>
        </w:tc>
        <w:tc>
          <w:tcPr>
            <w:tcW w:type="dxa" w:w="5328"/>
            <w:shd w:fill="FFFFFF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1E252B"/>
                <w:sz w:val="18"/>
              </w:rPr>
              <w:t>Existing Product Analysis</w:t>
            </w:r>
          </w:p>
        </w:tc>
      </w:tr>
      <w:tr>
        <w:tc>
          <w:tcPr>
            <w:tcW w:type="dxa" w:w="5328"/>
            <w:shd w:fill="EEF4F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8"/>
              </w:rPr>
              <w:t>A.iv</w:t>
            </w:r>
          </w:p>
        </w:tc>
        <w:tc>
          <w:tcPr>
            <w:tcW w:type="dxa" w:w="5328"/>
            <w:shd w:fill="FFFFFF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1E252B"/>
                <w:sz w:val="18"/>
              </w:rPr>
              <w:t>Design Brief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5328"/>
            <w:shd w:fill="1C8C8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6"/>
              </w:rPr>
              <w:t>1</w:t>
            </w:r>
          </w:p>
        </w:tc>
        <w:tc>
          <w:tcPr>
            <w:tcW w:type="dxa" w:w="532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8"/>
              </w:rPr>
              <w:t>PORTFOLIO AUTOPSY #1</w:t>
            </w:r>
            <w:r>
              <w:rPr>
                <w:rFonts w:ascii="Liberation Sans" w:hAnsi="Liberation Sans"/>
                <w:color w:val="D8E6EF"/>
                <w:sz w:val="17"/>
              </w:rPr>
              <w:br/>
              <w:t>Choose a real person’s portfolio: designer, developer, architect, photographer, animator, engineer, artist, etc.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328"/>
            <w:shd w:fill="F4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Portfolio owner / site name: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  <w:tc>
          <w:tcPr>
            <w:tcW w:type="dxa" w:w="5328"/>
            <w:shd w:fill="F4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URL: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</w:tr>
      <w:tr>
        <w:tc>
          <w:tcPr>
            <w:tcW w:type="dxa" w:w="5328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Field / profession: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  <w:tc>
          <w:tcPr>
            <w:tcW w:type="dxa" w:w="5328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Likely target audience: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</w:tr>
    </w:tbl>
    <w:p>
      <w:pPr>
        <w:spacing w:after="40" w:before="80"/>
      </w:pPr>
      <w:r>
        <w:rPr>
          <w:rFonts w:ascii="Liberation Sans" w:hAnsi="Liberation Sans"/>
          <w:b/>
          <w:color w:val="1C8C8C"/>
          <w:sz w:val="20"/>
        </w:rPr>
        <w:t>First impressions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EF4F8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What do you notice first?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shd w:fill="FFFFFF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What does the owner most want the visitor to do?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shd w:fill="EEF4F8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How is the work organized?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shd w:fill="FFFFFF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What tells you who this portfolio is for?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40" w:before="100"/>
      </w:pPr>
      <w:r>
        <w:rPr>
          <w:rFonts w:ascii="Liberation Sans" w:hAnsi="Liberation Sans"/>
          <w:b/>
          <w:color w:val="1C8C8C"/>
          <w:sz w:val="20"/>
        </w:rPr>
        <w:t>Score the UX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5616"/>
        <w:gridCol w:w="1584"/>
      </w:tblGrid>
      <w:tr>
        <w:tc>
          <w:tcPr>
            <w:tcW w:type="dxa" w:w="3552"/>
            <w:shd w:fill="17324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3" w:color="17324D"/>
              <w:left w:val="single" w:sz="3" w:color="17324D"/>
              <w:bottom w:val="single" w:sz="3" w:color="17324D"/>
              <w:right w:val="single" w:sz="3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Test</w:t>
            </w:r>
          </w:p>
        </w:tc>
        <w:tc>
          <w:tcPr>
            <w:tcW w:type="dxa" w:w="3552"/>
            <w:shd w:fill="17324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3" w:color="17324D"/>
              <w:left w:val="single" w:sz="3" w:color="17324D"/>
              <w:bottom w:val="single" w:sz="3" w:color="17324D"/>
              <w:right w:val="single" w:sz="3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Evidence / quick note</w:t>
            </w:r>
          </w:p>
        </w:tc>
        <w:tc>
          <w:tcPr>
            <w:tcW w:type="dxa" w:w="3552"/>
            <w:shd w:fill="17324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3" w:color="17324D"/>
              <w:left w:val="single" w:sz="3" w:color="17324D"/>
              <w:bottom w:val="single" w:sz="3" w:color="17324D"/>
              <w:right w:val="single" w:sz="3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Score</w:t>
            </w:r>
          </w:p>
        </w:tc>
      </w:tr>
      <w:tr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Purpose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Can you understand the site quickly?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Hierarchy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Is attention directed clearly?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Navigation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Can you predict where to go?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Consistency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Does the interface behave like one system?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Low friction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Does it avoid unnecessary effort?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</w:tbl>
    <w:p>
      <w:pPr>
        <w:spacing w:after="40" w:before="100"/>
      </w:pPr>
      <w:r>
        <w:rPr>
          <w:rFonts w:ascii="Liberation Sans" w:hAnsi="Liberation Sans"/>
          <w:b/>
          <w:color w:val="1C8C8C"/>
          <w:sz w:val="20"/>
        </w:rPr>
        <w:t>Design judgment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8064"/>
      </w:tblGrid>
      <w:tr>
        <w:tc>
          <w:tcPr>
            <w:tcW w:type="dxa" w:w="5328"/>
            <w:shd w:fill="E9F6F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BEST FEATURE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works especially well, and why?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WORST FEATURE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creates confusion, friction, or weak communication?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9F6F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BORROW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One idea worth adapting for your own portfolio.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AVOID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One design choice you would deliberately reject.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5328"/>
            <w:shd w:fill="1C8C8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6"/>
              </w:rPr>
              <w:t>2</w:t>
            </w:r>
          </w:p>
        </w:tc>
        <w:tc>
          <w:tcPr>
            <w:tcW w:type="dxa" w:w="532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8"/>
              </w:rPr>
              <w:t>PORTFOLIO AUTOPSY #2</w:t>
            </w:r>
            <w:r>
              <w:rPr>
                <w:rFonts w:ascii="Liberation Sans" w:hAnsi="Liberation Sans"/>
                <w:color w:val="D8E6EF"/>
                <w:sz w:val="17"/>
              </w:rPr>
              <w:br/>
              <w:t>Choose a real person’s portfolio: designer, developer, architect, photographer, animator, engineer, artist, etc.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328"/>
            <w:shd w:fill="F4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Portfolio owner / site name: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  <w:tc>
          <w:tcPr>
            <w:tcW w:type="dxa" w:w="5328"/>
            <w:shd w:fill="F4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URL: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</w:tr>
      <w:tr>
        <w:tc>
          <w:tcPr>
            <w:tcW w:type="dxa" w:w="5328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Field / profession: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  <w:tc>
          <w:tcPr>
            <w:tcW w:type="dxa" w:w="5328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Likely target audience: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</w:tr>
    </w:tbl>
    <w:p>
      <w:pPr>
        <w:spacing w:after="40" w:before="80"/>
      </w:pPr>
      <w:r>
        <w:rPr>
          <w:rFonts w:ascii="Liberation Sans" w:hAnsi="Liberation Sans"/>
          <w:b/>
          <w:color w:val="1C8C8C"/>
          <w:sz w:val="20"/>
        </w:rPr>
        <w:t>First impressions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EF4F8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What do you notice first?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shd w:fill="FFFFFF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What does the owner most want the visitor to do?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shd w:fill="EEF4F8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How is the work organized?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shd w:fill="FFFFFF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What tells you who this portfolio is for?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40" w:before="100"/>
      </w:pPr>
      <w:r>
        <w:rPr>
          <w:rFonts w:ascii="Liberation Sans" w:hAnsi="Liberation Sans"/>
          <w:b/>
          <w:color w:val="1C8C8C"/>
          <w:sz w:val="20"/>
        </w:rPr>
        <w:t>Score the UX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5616"/>
        <w:gridCol w:w="1584"/>
      </w:tblGrid>
      <w:tr>
        <w:tc>
          <w:tcPr>
            <w:tcW w:type="dxa" w:w="3552"/>
            <w:shd w:fill="17324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3" w:color="17324D"/>
              <w:left w:val="single" w:sz="3" w:color="17324D"/>
              <w:bottom w:val="single" w:sz="3" w:color="17324D"/>
              <w:right w:val="single" w:sz="3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Test</w:t>
            </w:r>
          </w:p>
        </w:tc>
        <w:tc>
          <w:tcPr>
            <w:tcW w:type="dxa" w:w="3552"/>
            <w:shd w:fill="17324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3" w:color="17324D"/>
              <w:left w:val="single" w:sz="3" w:color="17324D"/>
              <w:bottom w:val="single" w:sz="3" w:color="17324D"/>
              <w:right w:val="single" w:sz="3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Evidence / quick note</w:t>
            </w:r>
          </w:p>
        </w:tc>
        <w:tc>
          <w:tcPr>
            <w:tcW w:type="dxa" w:w="3552"/>
            <w:shd w:fill="17324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3" w:color="17324D"/>
              <w:left w:val="single" w:sz="3" w:color="17324D"/>
              <w:bottom w:val="single" w:sz="3" w:color="17324D"/>
              <w:right w:val="single" w:sz="3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Score</w:t>
            </w:r>
          </w:p>
        </w:tc>
      </w:tr>
      <w:tr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Purpose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Can you understand the site quickly?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Hierarchy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Is attention directed clearly?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Navigation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Can you predict where to go?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Consistency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Does the interface behave like one system?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Low friction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Does it avoid unnecessary effort?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</w:tbl>
    <w:p>
      <w:pPr>
        <w:spacing w:after="40" w:before="100"/>
      </w:pPr>
      <w:r>
        <w:rPr>
          <w:rFonts w:ascii="Liberation Sans" w:hAnsi="Liberation Sans"/>
          <w:b/>
          <w:color w:val="1C8C8C"/>
          <w:sz w:val="20"/>
        </w:rPr>
        <w:t>Design judgment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8064"/>
      </w:tblGrid>
      <w:tr>
        <w:tc>
          <w:tcPr>
            <w:tcW w:type="dxa" w:w="5328"/>
            <w:shd w:fill="E9F6F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BEST FEATURE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works especially well, and why?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WORST FEATURE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creates confusion, friction, or weak communication?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9F6F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BORROW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One idea worth adapting for your own portfolio.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AVOID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One design choice you would deliberately reject.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5328"/>
            <w:shd w:fill="1C8C8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6"/>
              </w:rPr>
              <w:t>3</w:t>
            </w:r>
          </w:p>
        </w:tc>
        <w:tc>
          <w:tcPr>
            <w:tcW w:type="dxa" w:w="532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8"/>
              </w:rPr>
              <w:t>PORTFOLIO AUTOPSY #3</w:t>
            </w:r>
            <w:r>
              <w:rPr>
                <w:rFonts w:ascii="Liberation Sans" w:hAnsi="Liberation Sans"/>
                <w:color w:val="D8E6EF"/>
                <w:sz w:val="17"/>
              </w:rPr>
              <w:br/>
              <w:t>Choose a real person’s portfolio: designer, developer, architect, photographer, animator, engineer, artist, etc.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328"/>
            <w:shd w:fill="F4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Portfolio owner / site name: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  <w:tc>
          <w:tcPr>
            <w:tcW w:type="dxa" w:w="5328"/>
            <w:shd w:fill="F4F6F8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URL: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</w:tr>
      <w:tr>
        <w:tc>
          <w:tcPr>
            <w:tcW w:type="dxa" w:w="5328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Field / profession: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  <w:tc>
          <w:tcPr>
            <w:tcW w:type="dxa" w:w="5328"/>
            <w:shd w:fill="FFFFFF"/>
            <w:tcMar>
              <w:top w:w="80" w:type="dxa"/>
              <w:start w:w="90" w:type="dxa"/>
              <w:bottom w:w="80" w:type="dxa"/>
              <w:end w:w="9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 xml:space="preserve">Likely target audience: </w:t>
            </w:r>
            <w:r>
              <w:rPr>
                <w:rFonts w:ascii="Liberation Sans" w:hAnsi="Liberation Sans"/>
                <w:color w:val="98A4AB"/>
                <w:sz w:val="16"/>
              </w:rPr>
              <w:t>________________________________</w:t>
            </w:r>
          </w:p>
        </w:tc>
      </w:tr>
    </w:tbl>
    <w:p>
      <w:pPr>
        <w:spacing w:after="40" w:before="80"/>
      </w:pPr>
      <w:r>
        <w:rPr>
          <w:rFonts w:ascii="Liberation Sans" w:hAnsi="Liberation Sans"/>
          <w:b/>
          <w:color w:val="1C8C8C"/>
          <w:sz w:val="20"/>
        </w:rPr>
        <w:t>First impressions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EF4F8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What do you notice first?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shd w:fill="FFFFFF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What does the owner most want the visitor to do?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shd w:fill="EEF4F8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How is the work organized?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shd w:fill="FFFFFF"/>
            <w:tcMar>
              <w:top w:w="75" w:type="dxa"/>
              <w:start w:w="100" w:type="dxa"/>
              <w:bottom w:w="75" w:type="dxa"/>
              <w:end w:w="10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E252B"/>
                <w:sz w:val="17"/>
              </w:rPr>
              <w:t>What tells you who this portfolio is for?</w:t>
            </w:r>
          </w:p>
          <w:p>
            <w:pPr>
              <w:spacing w:after="0"/>
            </w:pPr>
            <w:r>
              <w:rPr>
                <w:color w:val="A6B0B6"/>
                <w:sz w:val="15"/>
              </w:rPr>
              <w:t>________________________________________________________________________________</w:t>
            </w:r>
          </w:p>
        </w:tc>
      </w:tr>
    </w:tbl>
    <w:p>
      <w:pPr>
        <w:spacing w:after="40" w:before="100"/>
      </w:pPr>
      <w:r>
        <w:rPr>
          <w:rFonts w:ascii="Liberation Sans" w:hAnsi="Liberation Sans"/>
          <w:b/>
          <w:color w:val="1C8C8C"/>
          <w:sz w:val="20"/>
        </w:rPr>
        <w:t>Score the UX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5616"/>
        <w:gridCol w:w="1584"/>
      </w:tblGrid>
      <w:tr>
        <w:tc>
          <w:tcPr>
            <w:tcW w:type="dxa" w:w="3552"/>
            <w:shd w:fill="17324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3" w:color="17324D"/>
              <w:left w:val="single" w:sz="3" w:color="17324D"/>
              <w:bottom w:val="single" w:sz="3" w:color="17324D"/>
              <w:right w:val="single" w:sz="3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Test</w:t>
            </w:r>
          </w:p>
        </w:tc>
        <w:tc>
          <w:tcPr>
            <w:tcW w:type="dxa" w:w="3552"/>
            <w:shd w:fill="17324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3" w:color="17324D"/>
              <w:left w:val="single" w:sz="3" w:color="17324D"/>
              <w:bottom w:val="single" w:sz="3" w:color="17324D"/>
              <w:right w:val="single" w:sz="3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Evidence / quick note</w:t>
            </w:r>
          </w:p>
        </w:tc>
        <w:tc>
          <w:tcPr>
            <w:tcW w:type="dxa" w:w="3552"/>
            <w:shd w:fill="17324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3" w:color="17324D"/>
              <w:left w:val="single" w:sz="3" w:color="17324D"/>
              <w:bottom w:val="single" w:sz="3" w:color="17324D"/>
              <w:right w:val="single" w:sz="3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Score</w:t>
            </w:r>
          </w:p>
        </w:tc>
      </w:tr>
      <w:tr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Purpose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Can you understand the site quickly?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Hierarchy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Is attention directed clearly?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Navigation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Can you predict where to go?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Consistency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Does the interface behave like one system?</w:t>
            </w:r>
          </w:p>
        </w:tc>
        <w:tc>
          <w:tcPr>
            <w:tcW w:type="dxa" w:w="3552"/>
            <w:shd w:fill="F4F6F8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  <w:tr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Low friction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color w:val="5C6B73"/>
                <w:sz w:val="15"/>
              </w:rPr>
              <w:t>Does it avoid unnecessary effort?</w:t>
            </w:r>
          </w:p>
        </w:tc>
        <w:tc>
          <w:tcPr>
            <w:tcW w:type="dxa" w:w="3552"/>
            <w:shd w:fill="FFFFFF"/>
            <w:tcMar>
              <w:top w:w="55" w:type="dxa"/>
              <w:start w:w="80" w:type="dxa"/>
              <w:bottom w:w="55" w:type="dxa"/>
              <w:end w:w="8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6"/>
              </w:rPr>
              <w:t>___ / 5</w:t>
            </w:r>
          </w:p>
        </w:tc>
      </w:tr>
    </w:tbl>
    <w:p>
      <w:pPr>
        <w:spacing w:after="40" w:before="100"/>
      </w:pPr>
      <w:r>
        <w:rPr>
          <w:rFonts w:ascii="Liberation Sans" w:hAnsi="Liberation Sans"/>
          <w:b/>
          <w:color w:val="1C8C8C"/>
          <w:sz w:val="20"/>
        </w:rPr>
        <w:t>Design judgment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8064"/>
      </w:tblGrid>
      <w:tr>
        <w:tc>
          <w:tcPr>
            <w:tcW w:type="dxa" w:w="5328"/>
            <w:shd w:fill="E9F6F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BEST FEATURE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works especially well, and why?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WORST FEATURE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creates confusion, friction, or weak communication?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9F6F5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BORROW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One idea worth adapting for your own portfolio.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5"/>
              </w:rPr>
              <w:t>AVOID</w:t>
            </w:r>
          </w:p>
        </w:tc>
        <w:tc>
          <w:tcPr>
            <w:tcW w:type="dxa" w:w="5328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D9E0E5"/>
              <w:left w:val="single" w:sz="3" w:color="D9E0E5"/>
              <w:bottom w:val="single" w:sz="3" w:color="D9E0E5"/>
              <w:right w:val="single" w:sz="3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One design choice you would deliberately reject.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5328"/>
            <w:shd w:fill="1C8C8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6"/>
              </w:rPr>
              <w:t>C</w:t>
            </w:r>
          </w:p>
        </w:tc>
        <w:tc>
          <w:tcPr>
            <w:tcW w:type="dxa" w:w="532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8"/>
              </w:rPr>
              <w:t>THE FIVE-SECOND TEST</w:t>
            </w:r>
            <w:r>
              <w:rPr>
                <w:rFonts w:ascii="Liberation Sans" w:hAnsi="Liberation Sans"/>
                <w:color w:val="D8E6EF"/>
                <w:sz w:val="17"/>
              </w:rPr>
              <w:br/>
              <w:t>A user’s memory is evidence. The designer’s explanation is not.</w:t>
            </w:r>
          </w:p>
        </w:tc>
      </w:tr>
    </w:tbl>
    <w:p>
      <w:pPr>
        <w:spacing w:after="40"/>
      </w:pPr>
    </w:p>
    <w:p>
      <w:pPr>
        <w:spacing w:after="100" w:before="0"/>
      </w:pPr>
      <w:r>
        <w:rPr>
          <w:rFonts w:ascii="Liberation Sans" w:hAnsi="Liberation Sans"/>
          <w:b w:val="0"/>
          <w:color w:val="1E252B"/>
          <w:sz w:val="19"/>
        </w:rPr>
        <w:t>Choose the strongest portfolio from your three analyses. Show its homepage to a partner for exactly FIVE SECONDS, then hide it.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888"/>
        <w:gridCol w:w="6624"/>
      </w:tblGrid>
      <w:tr>
        <w:tc>
          <w:tcPr>
            <w:tcW w:type="dxa" w:w="5328"/>
            <w:shd w:fill="EEF4F8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>1. Whose website was this?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A6B0B6"/>
                <w:sz w:val="16"/>
              </w:rPr>
              <w:t>____________________________________________________</w:t>
            </w:r>
          </w:p>
        </w:tc>
      </w:tr>
      <w:tr>
        <w:tc>
          <w:tcPr>
            <w:tcW w:type="dxa" w:w="5328"/>
            <w:shd w:fill="E9F6F5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>2. What kind of work do they do?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A6B0B6"/>
                <w:sz w:val="16"/>
              </w:rPr>
              <w:t>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>3. What did you notice first?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A6B0B6"/>
                <w:sz w:val="16"/>
              </w:rPr>
              <w:t>____________________________________________________</w:t>
            </w:r>
          </w:p>
        </w:tc>
      </w:tr>
      <w:tr>
        <w:tc>
          <w:tcPr>
            <w:tcW w:type="dxa" w:w="5328"/>
            <w:shd w:fill="E9F6F5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>4. What do you remember visually?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A6B0B6"/>
                <w:sz w:val="16"/>
              </w:rPr>
              <w:t>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7"/>
              </w:rPr>
              <w:t>5. What would you have clicked?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color w:val="A6B0B6"/>
                <w:sz w:val="16"/>
              </w:rPr>
              <w:t>____________________________________________________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9EE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E0E5"/>
              <w:left w:val="single" w:sz="6" w:color="D9E0E5"/>
              <w:bottom w:val="single" w:sz="6" w:color="D9E0E5"/>
              <w:right w:val="single" w:sz="6" w:color="D9E0E5"/>
            </w:tcBorders>
          </w:tcPr>
          <w:p>
            <w:r>
              <w:rPr>
                <w:rFonts w:ascii="Liberation Sans" w:hAnsi="Liberation Sans"/>
                <w:b/>
                <w:color w:val="D59D3A"/>
                <w:sz w:val="18"/>
              </w:rPr>
              <w:t>What did the five-second test reveal that the website owner/designer might not notice?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5328"/>
            <w:shd w:fill="1C8C8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6"/>
              </w:rPr>
              <w:t>D</w:t>
            </w:r>
          </w:p>
        </w:tc>
        <w:tc>
          <w:tcPr>
            <w:tcW w:type="dxa" w:w="532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8"/>
              </w:rPr>
              <w:t>DEFINE YOUR PRIMARY USER</w:t>
            </w:r>
            <w:r>
              <w:rPr>
                <w:rFonts w:ascii="Liberation Sans" w:hAnsi="Liberation Sans"/>
                <w:color w:val="D8E6EF"/>
                <w:sz w:val="17"/>
              </w:rPr>
              <w:br/>
              <w:t>Your portfolio is for a real audience, not simply for yourself.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9F6F5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nil"/>
              <w:left w:val="single" w:sz="18" w:color="1C8C8C"/>
              <w:bottom w:val="nil"/>
              <w:right w:val="nil"/>
            </w:tcBorders>
          </w:tcPr>
          <w:p>
            <w:r>
              <w:rPr>
                <w:rFonts w:ascii="Liberation Sans" w:hAnsi="Liberation Sans"/>
                <w:color w:val="1E252B"/>
                <w:sz w:val="17"/>
              </w:rPr>
              <w:t>Choose ONE primary audience. Examples: university admissions, internship employer, competition judge, future client, collaborator.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28"/>
        <w:gridCol w:w="6984"/>
      </w:tblGrid>
      <w:tr>
        <w:tc>
          <w:tcPr>
            <w:tcW w:type="dxa" w:w="5328"/>
            <w:shd w:fill="17324D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16"/>
              </w:rPr>
              <w:t>My primary user is: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Who exactly are they?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They need to understand: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must become clear quickly?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They care most about: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evidence or information matters to them?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They might leave if: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could frustrate or bore them?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5328"/>
            <w:shd w:fill="EEF4F8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6"/>
              </w:rPr>
              <w:t>I want them to:</w:t>
            </w:r>
          </w:p>
        </w:tc>
        <w:tc>
          <w:tcPr>
            <w:tcW w:type="dxa" w:w="5328"/>
            <w:shd w:fill="FFFFFF"/>
            <w:tcMar>
              <w:top w:w="85" w:type="dxa"/>
              <w:start w:w="100" w:type="dxa"/>
              <w:bottom w:w="85" w:type="dxa"/>
              <w:end w:w="100" w:type="dxa"/>
            </w:tcMar>
            <w:tcBorders>
              <w:top w:val="single" w:sz="4" w:color="D9E0E5"/>
              <w:left w:val="single" w:sz="4" w:color="D9E0E5"/>
              <w:bottom w:val="single" w:sz="4" w:color="D9E0E5"/>
              <w:right w:val="single" w:sz="4" w:color="D9E0E5"/>
            </w:tcBorders>
          </w:tcPr>
          <w:p>
            <w:r>
              <w:rPr>
                <w:rFonts w:ascii="Liberation Sans" w:hAnsi="Liberation Sans"/>
                <w:b/>
                <w:color w:val="5C6B73"/>
                <w:sz w:val="15"/>
              </w:rPr>
              <w:t>What action should they take next?</w:t>
              <w:br/>
            </w:r>
          </w:p>
          <w:p>
            <w:pPr>
              <w:spacing w:after="0"/>
            </w:pPr>
            <w:r>
              <w:rPr>
                <w:color w:val="A6B0B6"/>
                <w:sz w:val="14"/>
              </w:rPr>
              <w:t>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5328"/>
            <w:shd w:fill="1C8C8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6"/>
              </w:rPr>
              <w:t>E</w:t>
            </w:r>
          </w:p>
        </w:tc>
        <w:tc>
          <w:tcPr>
            <w:tcW w:type="dxa" w:w="532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8"/>
              </w:rPr>
              <w:t>THREE RULES FOR MY PORTFOLIO</w:t>
            </w:r>
            <w:r>
              <w:rPr>
                <w:rFonts w:ascii="Liberation Sans" w:hAnsi="Liberation Sans"/>
                <w:color w:val="D8E6EF"/>
                <w:sz w:val="17"/>
              </w:rPr>
              <w:br/>
              <w:t>Convert today’s research into specific design requirements.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9F6F5"/>
            <w:tcMar>
              <w:top w:w="75" w:type="dxa"/>
              <w:start w:w="105" w:type="dxa"/>
              <w:bottom w:w="75" w:type="dxa"/>
              <w:end w:w="105" w:type="dxa"/>
            </w:tcMar>
            <w:tcBorders>
              <w:top w:val="nil"/>
              <w:left w:val="single" w:sz="18" w:color="1C8C8C"/>
              <w:bottom w:val="nil"/>
              <w:right w:val="nil"/>
            </w:tcBorders>
          </w:tcPr>
          <w:p>
            <w:r>
              <w:rPr>
                <w:rFonts w:ascii="Liberation Sans" w:hAnsi="Liberation Sans"/>
                <w:color w:val="1E252B"/>
                <w:sz w:val="17"/>
              </w:rPr>
              <w:t>Weak rule: “My website should look good.”  Strong rule: “A visitor must be able to reach my strongest project from the homepage in one click.”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9648"/>
      </w:tblGrid>
      <w:tr>
        <w:tc>
          <w:tcPr>
            <w:tcW w:type="dxa" w:w="5328"/>
            <w:shd w:fill="1C8C8C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5" w:color="D9E0E5"/>
              <w:left w:val="single" w:sz="5" w:color="D9E0E5"/>
              <w:bottom w:val="single" w:sz="5" w:color="D9E0E5"/>
              <w:right w:val="single" w:sz="5" w:color="D9E0E5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32"/>
              </w:rPr>
              <w:t>1</w:t>
            </w:r>
          </w:p>
        </w:tc>
        <w:tc>
          <w:tcPr>
            <w:tcW w:type="dxa" w:w="5328"/>
            <w:shd w:fill="F4F6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5" w:color="D9E0E5"/>
              <w:left w:val="single" w:sz="5" w:color="D9E0E5"/>
              <w:bottom w:val="single" w:sz="5" w:color="D9E0E5"/>
              <w:right w:val="single" w:sz="5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8"/>
              </w:rPr>
              <w:t>My portfolio must / must not ...</w:t>
            </w:r>
          </w:p>
          <w:p>
            <w:pPr>
              <w:spacing w:after="40"/>
            </w:pPr>
            <w:r>
              <w:rPr>
                <w:color w:val="A6B0B6"/>
                <w:sz w:val="15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5C6B73"/>
                <w:sz w:val="15"/>
              </w:rPr>
              <w:t>Because / evidence from today’s research: 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9648"/>
      </w:tblGrid>
      <w:tr>
        <w:tc>
          <w:tcPr>
            <w:tcW w:type="dxa" w:w="5328"/>
            <w:shd w:fill="1C8C8C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5" w:color="D9E0E5"/>
              <w:left w:val="single" w:sz="5" w:color="D9E0E5"/>
              <w:bottom w:val="single" w:sz="5" w:color="D9E0E5"/>
              <w:right w:val="single" w:sz="5" w:color="D9E0E5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32"/>
              </w:rPr>
              <w:t>2</w:t>
            </w:r>
          </w:p>
        </w:tc>
        <w:tc>
          <w:tcPr>
            <w:tcW w:type="dxa" w:w="5328"/>
            <w:shd w:fill="F4F6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5" w:color="D9E0E5"/>
              <w:left w:val="single" w:sz="5" w:color="D9E0E5"/>
              <w:bottom w:val="single" w:sz="5" w:color="D9E0E5"/>
              <w:right w:val="single" w:sz="5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8"/>
              </w:rPr>
              <w:t>My portfolio must / must not ...</w:t>
            </w:r>
          </w:p>
          <w:p>
            <w:pPr>
              <w:spacing w:after="40"/>
            </w:pPr>
            <w:r>
              <w:rPr>
                <w:color w:val="A6B0B6"/>
                <w:sz w:val="15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5C6B73"/>
                <w:sz w:val="15"/>
              </w:rPr>
              <w:t>Because / evidence from today’s research: 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"/>
        <w:gridCol w:w="9648"/>
      </w:tblGrid>
      <w:tr>
        <w:tc>
          <w:tcPr>
            <w:tcW w:type="dxa" w:w="5328"/>
            <w:shd w:fill="1C8C8C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5" w:color="D9E0E5"/>
              <w:left w:val="single" w:sz="5" w:color="D9E0E5"/>
              <w:bottom w:val="single" w:sz="5" w:color="D9E0E5"/>
              <w:right w:val="single" w:sz="5" w:color="D9E0E5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32"/>
              </w:rPr>
              <w:t>3</w:t>
            </w:r>
          </w:p>
        </w:tc>
        <w:tc>
          <w:tcPr>
            <w:tcW w:type="dxa" w:w="5328"/>
            <w:shd w:fill="F4F6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5" w:color="D9E0E5"/>
              <w:left w:val="single" w:sz="5" w:color="D9E0E5"/>
              <w:bottom w:val="single" w:sz="5" w:color="D9E0E5"/>
              <w:right w:val="single" w:sz="5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8"/>
              </w:rPr>
              <w:t>My portfolio must / must not ...</w:t>
            </w:r>
          </w:p>
          <w:p>
            <w:pPr>
              <w:spacing w:after="40"/>
            </w:pPr>
            <w:r>
              <w:rPr>
                <w:color w:val="A6B0B6"/>
                <w:sz w:val="15"/>
              </w:rPr>
              <w:t>________________________________________________________________________</w:t>
            </w:r>
          </w:p>
          <w:p>
            <w:pPr>
              <w:spacing w:after="0"/>
            </w:pPr>
            <w:r>
              <w:rPr>
                <w:color w:val="5C6B73"/>
                <w:sz w:val="15"/>
              </w:rPr>
              <w:t>Because / evidence from today’s research: 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720"/>
      </w:tblGrid>
      <w:tr>
        <w:tc>
          <w:tcPr>
            <w:tcW w:type="dxa" w:w="5328"/>
            <w:shd w:fill="1C8C8C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36"/>
              </w:rPr>
              <w:t>F</w:t>
            </w:r>
          </w:p>
        </w:tc>
        <w:tc>
          <w:tcPr>
            <w:tcW w:type="dxa" w:w="532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1" w:color="17324D"/>
              <w:left w:val="single" w:sz="1" w:color="17324D"/>
              <w:bottom w:val="single" w:sz="1" w:color="17324D"/>
              <w:right w:val="single" w:sz="1" w:color="17324D"/>
            </w:tcBorders>
          </w:tcPr>
          <w:p>
            <w:r>
              <w:rPr>
                <w:rFonts w:ascii="Liberation Sans" w:hAnsi="Liberation Sans"/>
                <w:b/>
                <w:color w:val="FFFFFF"/>
                <w:sz w:val="28"/>
              </w:rPr>
              <w:t>EXIT REFLECTION</w:t>
            </w:r>
            <w:r>
              <w:rPr>
                <w:rFonts w:ascii="Liberation Sans" w:hAnsi="Liberation Sans"/>
                <w:color w:val="D8E6EF"/>
                <w:sz w:val="17"/>
              </w:rPr>
              <w:br/>
              <w:t>Finish with a design judgment, not a description.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EF4F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E0E5"/>
              <w:left w:val="single" w:sz="6" w:color="D9E0E5"/>
              <w:bottom w:val="single" w:sz="6" w:color="D9E0E5"/>
              <w:right w:val="single" w:sz="6" w:color="D9E0E5"/>
            </w:tcBorders>
          </w:tcPr>
          <w:p>
            <w:r>
              <w:rPr>
                <w:rFonts w:ascii="Liberation Sans" w:hAnsi="Liberation Sans"/>
                <w:b/>
                <w:color w:val="17324D"/>
                <w:sz w:val="18"/>
              </w:rPr>
              <w:t>The most important UX idea I learned today is ...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9F6F5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E0E5"/>
              <w:left w:val="single" w:sz="6" w:color="D9E0E5"/>
              <w:bottom w:val="single" w:sz="6" w:color="D9E0E5"/>
              <w:right w:val="single" w:sz="6" w:color="D9E0E5"/>
            </w:tcBorders>
          </w:tcPr>
          <w:p>
            <w:r>
              <w:rPr>
                <w:rFonts w:ascii="Liberation Sans" w:hAnsi="Liberation Sans"/>
                <w:b/>
                <w:color w:val="1C8C8C"/>
                <w:sz w:val="18"/>
              </w:rPr>
              <w:t>One assumption I had about websites that changed today is ...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  <w:p>
            <w:pPr>
              <w:spacing w:after="40"/>
            </w:pPr>
            <w:r>
              <w:rPr>
                <w:rFonts w:ascii="Liberation Sans" w:hAnsi="Liberation Sans"/>
                <w:color w:val="98A4AB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pPr>
        <w:spacing w:after="20" w:before="140"/>
      </w:pPr>
      <w:r>
        <w:rPr>
          <w:rFonts w:ascii="Liberation Sans" w:hAnsi="Liberation Sans"/>
          <w:b/>
          <w:color w:val="D59D3A"/>
          <w:sz w:val="18"/>
        </w:rPr>
        <w:t>NEXT STEP</w:t>
      </w:r>
    </w:p>
    <w:p>
      <w:pPr>
        <w:spacing w:after="80" w:before="0"/>
      </w:pPr>
      <w:r>
        <w:rPr>
          <w:rFonts w:ascii="Liberation Sans" w:hAnsi="Liberation Sans"/>
          <w:b w:val="0"/>
          <w:color w:val="1E252B"/>
          <w:sz w:val="18"/>
        </w:rPr>
        <w:t>Next lesson: research planning + short user interviews. Your observations today will become evidence for Criterion A.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7A8992"/>
        <w:sz w:val="15"/>
      </w:rPr>
      <w:t>GRADE 9 DESIGN  |  UX PORTFOLIO AUTOPSY  |  CISK</w:t>
    </w:r>
    <w:r>
      <w:rPr>
        <w:rFonts w:ascii="Liberation Sans" w:hAnsi="Liberation Sans"/>
        <w:color w:val="7A8992"/>
        <w:sz w:val="15"/>
      </w:rPr>
      <w:t>GRADE 9 DESIGN  |  UX PORTFOLIO AUTOPSY  |  CISK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color w:val="1E25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