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2: Electrical Quantities and Multimeter Skills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Student practical and measurement record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Measure DC voltage, resistance, and continuity safely.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Relate voltage, current, resistance, power, and capacity.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voltage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current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resistance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power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capacity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DC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continuity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open circuit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short circuit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CE8E6"/>
          <w:left w:val="single" w:sz="0" w:space="0" w:color="FCE8E6"/>
          <w:bottom w:val="single" w:sz="0" w:space="0" w:color="FCE8E6"/>
          <w:right w:val="single" w:sz="0" w:space="0" w:color="FCE8E6"/>
          <w:insideH w:val="single" w:sz="0" w:space="0" w:color="FCE8E6"/>
          <w:insideV w:val="single" w:sz="0" w:space="0" w:color="FCE8E6"/>
        </w:tblBorders>
      </w:tblPr>
      <w:tblGrid>
        <w:gridCol w:w="10036"/>
      </w:tblGrid>
      <w:tr>
        <w:tc>
          <w:tcPr>
            <w:tcW w:type="dxa" w:w="10036"/>
            <w:shd w:fill="FCE8E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9C2B22"/>
                <w:sz w:val="20"/>
              </w:rPr>
              <w:t>Meter safety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Black lead in COM. Red lead in V/Ω. Resistance and continuity are measured only with the circuit unpowered. Do not use the current socket in this lesson.</w:t>
            </w:r>
          </w:p>
        </w:tc>
      </w:tr>
    </w:tbl>
    <w:p>
      <w:pPr>
        <w:spacing w:after="0"/>
      </w:pPr>
    </w:p>
    <w:p>
      <w:pPr>
        <w:pStyle w:val="Heading1"/>
      </w:pPr>
      <w:r>
        <w:t>1. Before measuring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 checked the black lead is in COM.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 checked the red lead is in V/Ω.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 selected DC voltage, resistance, or continuity as instructed.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 confirmed whether the circuit should be powered or unpowered.</w:t>
      </w:r>
    </w:p>
    <w:p>
      <w:pPr>
        <w:pStyle w:val="Heading1"/>
      </w:pPr>
      <w:r>
        <w:t>2. Measurement stations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757"/>
        <w:gridCol w:w="1247"/>
        <w:gridCol w:w="2268"/>
        <w:gridCol w:w="1247"/>
        <w:gridCol w:w="1247"/>
        <w:gridCol w:w="1984"/>
      </w:tblGrid>
      <w:tr>
        <w:trPr>
          <w:tblHeader w:val="true"/>
        </w:trPr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Station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Meter mode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Probe positions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Expected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Measured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Interpretation</w:t>
            </w:r>
          </w:p>
        </w:tc>
      </w:tr>
      <w:tr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A: cell/supply voltage</w:t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DC V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B: resistor</w:t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Ω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C: closed switch</w:t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Continuity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D: open switch</w:t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Continuity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E: buck input voltage</w:t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DC V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24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3. Calculation</w:t>
      </w:r>
    </w:p>
    <w:p>
      <w:r>
        <w:rPr>
          <w:rFonts w:ascii="Aptos" w:hAnsi="Aptos"/>
          <w:i w:val="0"/>
        </w:rPr>
        <w:t>A pump is labelled 12V, 5W. Estimate its running current using I = P ÷ V.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r>
        <w:rPr>
          <w:rFonts w:ascii="Aptos" w:hAnsi="Aptos"/>
          <w:i w:val="0"/>
        </w:rPr>
        <w:t>A battery is labelled 40Ah. Explain why this does not mean it forces 40A through the pump.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4. Error analysis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948"/>
        <w:gridCol w:w="3288"/>
        <w:gridCol w:w="3515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Mistake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What could happen?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Correct practice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Measure resistance on a powered circuit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Red lead left in current socket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Probe tips bridge two nearby terminals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Voltage measured with both probes on the same wire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Exit ticket</w:t>
      </w:r>
    </w:p>
    <w:p>
      <w:pPr>
        <w:spacing w:after="40"/>
      </w:pPr>
      <w:r>
        <w:rPr>
          <w:rFonts w:ascii="Aptos" w:hAnsi="Aptos"/>
          <w:b/>
        </w:rPr>
        <w:t>Write one safe and one unsafe multimeter practice.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2 student handout | Multimeter skills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